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37159" w14:textId="00026C54" w:rsidR="003B52A7" w:rsidRPr="000516A1" w:rsidRDefault="003B52A7" w:rsidP="003B52A7">
      <w:pPr>
        <w:tabs>
          <w:tab w:val="left" w:pos="5760"/>
        </w:tabs>
        <w:spacing w:after="0" w:line="276" w:lineRule="auto"/>
        <w:ind w:left="6378"/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</w:pPr>
      <w:r w:rsidRPr="000516A1">
        <w:rPr>
          <w:rFonts w:asciiTheme="majorHAnsi" w:eastAsia="Times New Roman" w:hAnsiTheme="majorHAnsi" w:cstheme="majorHAnsi"/>
          <w:color w:val="000000"/>
          <w:sz w:val="18"/>
          <w:szCs w:val="18"/>
          <w:lang w:val="pl-PL" w:eastAsia="pl-PL"/>
        </w:rPr>
        <w:t xml:space="preserve">Załącznik nr 2 do </w:t>
      </w:r>
      <w:r w:rsidRPr="000516A1"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  <w:t xml:space="preserve">Programu </w:t>
      </w:r>
    </w:p>
    <w:p w14:paraId="1F102280" w14:textId="77777777" w:rsidR="003B52A7" w:rsidRPr="000516A1" w:rsidRDefault="003B52A7" w:rsidP="003B52A7">
      <w:pPr>
        <w:tabs>
          <w:tab w:val="left" w:pos="5760"/>
        </w:tabs>
        <w:spacing w:after="0" w:line="276" w:lineRule="auto"/>
        <w:ind w:left="6378"/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</w:pPr>
      <w:bookmarkStart w:id="0" w:name="_Hlk143082047"/>
      <w:r w:rsidRPr="000516A1"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  <w:t>Ministra Rodziny, Pracy i Polityki Społecznej</w:t>
      </w:r>
    </w:p>
    <w:bookmarkEnd w:id="0"/>
    <w:p w14:paraId="490840B2" w14:textId="77777777" w:rsidR="003B52A7" w:rsidRPr="000516A1" w:rsidRDefault="003B52A7" w:rsidP="003B52A7">
      <w:pPr>
        <w:tabs>
          <w:tab w:val="left" w:pos="5760"/>
        </w:tabs>
        <w:spacing w:after="0" w:line="276" w:lineRule="auto"/>
        <w:ind w:left="6378"/>
        <w:rPr>
          <w:rFonts w:asciiTheme="majorHAnsi" w:eastAsia="Times New Roman" w:hAnsiTheme="majorHAnsi" w:cstheme="majorHAnsi"/>
          <w:i/>
          <w:iCs/>
          <w:color w:val="000000"/>
          <w:sz w:val="18"/>
          <w:szCs w:val="18"/>
          <w:lang w:val="pl-PL" w:eastAsia="pl-PL"/>
        </w:rPr>
      </w:pPr>
      <w:r w:rsidRPr="000516A1"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  <w:t>„Asystent osobisty osoby z niepełnosprawnością” dla Jednostek Samorządu Terytorialnego - edycja 2027</w:t>
      </w:r>
    </w:p>
    <w:p w14:paraId="29594D64" w14:textId="70F580DE" w:rsidR="003B52A7" w:rsidRPr="000516A1" w:rsidRDefault="003B52A7" w:rsidP="003B52A7">
      <w:pPr>
        <w:spacing w:after="160" w:line="259" w:lineRule="auto"/>
        <w:jc w:val="center"/>
        <w:rPr>
          <w:rFonts w:asciiTheme="majorHAnsi" w:eastAsiaTheme="minorHAnsi" w:hAnsiTheme="majorHAnsi" w:cstheme="majorHAnsi"/>
          <w:i/>
          <w:sz w:val="24"/>
          <w:szCs w:val="20"/>
          <w:lang w:val="pl-PL"/>
        </w:rPr>
      </w:pPr>
      <w:r w:rsidRPr="000516A1">
        <w:rPr>
          <w:rFonts w:asciiTheme="majorHAnsi" w:eastAsiaTheme="minorHAnsi" w:hAnsiTheme="majorHAnsi" w:cstheme="majorHAnsi"/>
          <w:i/>
          <w:sz w:val="24"/>
          <w:szCs w:val="20"/>
          <w:lang w:val="pl-PL"/>
        </w:rPr>
        <w:t xml:space="preserve">WZÓR </w:t>
      </w:r>
    </w:p>
    <w:p w14:paraId="7F19F529" w14:textId="30E8C3F4" w:rsidR="00CD12B9" w:rsidRPr="000516A1" w:rsidRDefault="003B52A7" w:rsidP="003B52A7">
      <w:pPr>
        <w:spacing w:after="160" w:line="259" w:lineRule="auto"/>
        <w:jc w:val="center"/>
        <w:rPr>
          <w:rFonts w:asciiTheme="majorHAnsi" w:eastAsiaTheme="minorHAnsi" w:hAnsiTheme="majorHAnsi" w:cstheme="majorHAnsi"/>
          <w:b/>
          <w:sz w:val="24"/>
          <w:szCs w:val="24"/>
          <w:lang w:val="pl-PL"/>
        </w:rPr>
      </w:pPr>
      <w:r w:rsidRPr="000516A1">
        <w:rPr>
          <w:rFonts w:asciiTheme="majorHAnsi" w:eastAsiaTheme="minorHAnsi" w:hAnsiTheme="majorHAnsi" w:cstheme="majorHAnsi"/>
          <w:b/>
          <w:sz w:val="24"/>
          <w:szCs w:val="24"/>
          <w:lang w:val="pl-PL"/>
        </w:rPr>
        <w:t>Kart</w:t>
      </w:r>
      <w:r w:rsidR="003052A7" w:rsidRPr="000516A1">
        <w:rPr>
          <w:rFonts w:asciiTheme="majorHAnsi" w:eastAsiaTheme="minorHAnsi" w:hAnsiTheme="majorHAnsi" w:cstheme="majorHAnsi"/>
          <w:b/>
          <w:sz w:val="24"/>
          <w:szCs w:val="24"/>
          <w:lang w:val="pl-PL"/>
        </w:rPr>
        <w:t>a</w:t>
      </w:r>
      <w:r w:rsidRPr="000516A1">
        <w:rPr>
          <w:rFonts w:asciiTheme="majorHAnsi" w:eastAsiaTheme="minorHAnsi" w:hAnsiTheme="majorHAnsi" w:cstheme="majorHAnsi"/>
          <w:b/>
          <w:sz w:val="24"/>
          <w:szCs w:val="24"/>
          <w:lang w:val="pl-PL"/>
        </w:rPr>
        <w:t xml:space="preserve"> oceny indywidualnej sytuacji osoby z niepełnosprawnością do Programu „Asystent osobisty osoby z niepełnosprawnością” dla Jednostek Samorządu Terytorialnego - edycja 2027</w:t>
      </w:r>
    </w:p>
    <w:p w14:paraId="6CB233B1" w14:textId="165DB570" w:rsidR="009F3AE3" w:rsidRPr="000516A1" w:rsidRDefault="009F3AE3" w:rsidP="002C4A33">
      <w:pPr>
        <w:spacing w:line="360" w:lineRule="auto"/>
        <w:rPr>
          <w:rFonts w:asciiTheme="majorHAnsi" w:hAnsiTheme="majorHAnsi" w:cstheme="majorHAnsi"/>
          <w:i/>
          <w:sz w:val="21"/>
          <w:szCs w:val="21"/>
          <w:lang w:val="pl-PL"/>
        </w:rPr>
      </w:pPr>
      <w:r w:rsidRPr="000516A1">
        <w:rPr>
          <w:rFonts w:asciiTheme="majorHAnsi" w:hAnsiTheme="majorHAnsi" w:cstheme="majorHAnsi"/>
          <w:b/>
          <w:i/>
          <w:sz w:val="21"/>
          <w:szCs w:val="21"/>
          <w:lang w:val="pl-PL"/>
        </w:rPr>
        <w:t xml:space="preserve">Uwaga: </w:t>
      </w:r>
      <w:r w:rsidRPr="000516A1">
        <w:rPr>
          <w:rFonts w:asciiTheme="majorHAnsi" w:hAnsiTheme="majorHAnsi" w:cstheme="majorHAnsi"/>
          <w:bCs/>
          <w:i/>
          <w:sz w:val="21"/>
          <w:szCs w:val="21"/>
          <w:lang w:val="pl-PL"/>
        </w:rPr>
        <w:t>Niniejsza Karta oceny indywidualnej sytuacji osoby z niepełnosprawnością wypełniana jest przez realizatora Programu.</w:t>
      </w:r>
    </w:p>
    <w:p w14:paraId="44CCD71D" w14:textId="254262AE" w:rsidR="003B52A7" w:rsidRPr="000516A1" w:rsidRDefault="00AD54CC" w:rsidP="002C4A33">
      <w:pPr>
        <w:rPr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I. DANE </w:t>
      </w:r>
      <w:r w:rsidR="009567C1"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OSOBY 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WNIOSKUJĄCE</w:t>
      </w:r>
      <w:r w:rsidR="009567C1" w:rsidRPr="000516A1">
        <w:rPr>
          <w:rFonts w:asciiTheme="majorHAnsi" w:hAnsiTheme="majorHAnsi" w:cstheme="majorHAnsi"/>
          <w:b/>
          <w:sz w:val="24"/>
          <w:szCs w:val="24"/>
          <w:lang w:val="pl-PL"/>
        </w:rPr>
        <w:t>J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 O UDZIAŁ W PROGRAMIE „ASYSTENT OSOBISTY OSOBY Z NIEPEŁNOSPRAWNOŚCIĄ” DLA JEDNOSTEK SAMORZĄDU TERYTORIALNEGO - EDYCJA 2027, ZWANEGO DALEJ „PROGRAMEM”:</w:t>
      </w:r>
      <w:r w:rsidRPr="000516A1">
        <w:rPr>
          <w:rFonts w:asciiTheme="majorHAnsi" w:hAnsiTheme="majorHAnsi" w:cstheme="majorHAnsi"/>
          <w:lang w:val="pl-PL"/>
        </w:rPr>
        <w:t xml:space="preserve"> </w:t>
      </w:r>
    </w:p>
    <w:p w14:paraId="22D6BB91" w14:textId="1CEE77DA" w:rsidR="00AD54CC" w:rsidRPr="000516A1" w:rsidRDefault="00AD54CC" w:rsidP="00AD54CC">
      <w:pPr>
        <w:pStyle w:val="Default"/>
        <w:spacing w:after="170"/>
        <w:ind w:left="426" w:hanging="426"/>
        <w:rPr>
          <w:rFonts w:asciiTheme="majorHAnsi" w:hAnsiTheme="majorHAnsi" w:cstheme="majorHAnsi"/>
          <w:color w:val="auto"/>
          <w:sz w:val="22"/>
          <w:szCs w:val="22"/>
        </w:rPr>
      </w:pPr>
      <w:r w:rsidRPr="000516A1">
        <w:rPr>
          <w:rFonts w:asciiTheme="majorHAnsi" w:hAnsiTheme="majorHAnsi" w:cstheme="majorHAnsi"/>
          <w:color w:val="auto"/>
          <w:sz w:val="22"/>
          <w:szCs w:val="22"/>
        </w:rPr>
        <w:t>1.</w:t>
      </w:r>
      <w:r w:rsidRPr="000516A1">
        <w:rPr>
          <w:rFonts w:asciiTheme="majorHAnsi" w:hAnsiTheme="majorHAnsi" w:cstheme="majorHAnsi"/>
          <w:color w:val="auto"/>
          <w:sz w:val="22"/>
          <w:szCs w:val="22"/>
        </w:rPr>
        <w:tab/>
        <w:t>Imię i nazwisko: …………………………………………...................................................………….......………………………………….</w:t>
      </w:r>
    </w:p>
    <w:p w14:paraId="7DD4ED34" w14:textId="62BCFD13" w:rsidR="00AD54CC" w:rsidRPr="000516A1" w:rsidRDefault="00AD54CC" w:rsidP="00AD54CC">
      <w:pPr>
        <w:pStyle w:val="Default"/>
        <w:spacing w:after="170"/>
        <w:ind w:left="426" w:hanging="426"/>
        <w:rPr>
          <w:rFonts w:asciiTheme="majorHAnsi" w:hAnsiTheme="majorHAnsi" w:cstheme="majorHAnsi"/>
          <w:color w:val="auto"/>
          <w:sz w:val="22"/>
          <w:szCs w:val="22"/>
        </w:rPr>
      </w:pPr>
      <w:r w:rsidRPr="000516A1">
        <w:rPr>
          <w:rFonts w:asciiTheme="majorHAnsi" w:hAnsiTheme="majorHAnsi" w:cstheme="majorHAnsi"/>
          <w:color w:val="auto"/>
          <w:sz w:val="22"/>
          <w:szCs w:val="22"/>
        </w:rPr>
        <w:t>2.</w:t>
      </w:r>
      <w:r w:rsidRPr="000516A1">
        <w:rPr>
          <w:rFonts w:asciiTheme="majorHAnsi" w:hAnsiTheme="majorHAnsi" w:cstheme="majorHAnsi"/>
          <w:color w:val="auto"/>
          <w:sz w:val="22"/>
          <w:szCs w:val="22"/>
        </w:rPr>
        <w:tab/>
        <w:t>Data urodzenia: …………………………….…...................…….................………...............................................………………..</w:t>
      </w:r>
    </w:p>
    <w:p w14:paraId="576408E1" w14:textId="61825237" w:rsidR="00CD12B9" w:rsidRPr="000516A1" w:rsidRDefault="00AD54CC" w:rsidP="00AD54CC">
      <w:pPr>
        <w:pStyle w:val="Default"/>
        <w:spacing w:after="170"/>
        <w:ind w:left="426" w:hanging="426"/>
        <w:rPr>
          <w:rFonts w:asciiTheme="majorHAnsi" w:hAnsiTheme="majorHAnsi" w:cstheme="majorHAnsi"/>
          <w:color w:val="auto"/>
          <w:sz w:val="22"/>
          <w:szCs w:val="22"/>
        </w:rPr>
      </w:pPr>
      <w:r w:rsidRPr="000516A1">
        <w:rPr>
          <w:rFonts w:asciiTheme="majorHAnsi" w:hAnsiTheme="majorHAnsi" w:cstheme="majorHAnsi"/>
          <w:color w:val="auto"/>
          <w:sz w:val="22"/>
          <w:szCs w:val="22"/>
        </w:rPr>
        <w:t>3.</w:t>
      </w:r>
      <w:r w:rsidRPr="000516A1">
        <w:rPr>
          <w:rFonts w:asciiTheme="majorHAnsi" w:hAnsiTheme="majorHAnsi" w:cstheme="majorHAnsi"/>
          <w:color w:val="auto"/>
          <w:sz w:val="22"/>
          <w:szCs w:val="22"/>
        </w:rPr>
        <w:tab/>
        <w:t>Adres zamieszkania: …………………………….…...................…….................………...............................................………….</w:t>
      </w:r>
    </w:p>
    <w:p w14:paraId="71A1EFE1" w14:textId="0B7D1487" w:rsidR="00AD54CC" w:rsidRPr="000516A1" w:rsidRDefault="00AD54CC" w:rsidP="00AD54CC">
      <w:pPr>
        <w:rPr>
          <w:rFonts w:asciiTheme="majorHAnsi" w:hAnsiTheme="majorHAnsi" w:cstheme="majorHAnsi"/>
          <w:b/>
          <w:sz w:val="24"/>
          <w:szCs w:val="24"/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II. SPOSÓB PRZEPROWADZ</w:t>
      </w:r>
      <w:r w:rsidR="009567C1" w:rsidRPr="000516A1">
        <w:rPr>
          <w:rFonts w:asciiTheme="majorHAnsi" w:hAnsiTheme="majorHAnsi" w:cstheme="majorHAnsi"/>
          <w:b/>
          <w:sz w:val="24"/>
          <w:szCs w:val="24"/>
          <w:lang w:val="pl-PL"/>
        </w:rPr>
        <w:t>E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NIA OCENY:</w:t>
      </w:r>
    </w:p>
    <w:p w14:paraId="33B578C1" w14:textId="6B1E9C19" w:rsidR="00CD12B9" w:rsidRPr="000516A1" w:rsidRDefault="00AD54CC" w:rsidP="002C4A33">
      <w:pPr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1.</w:t>
      </w:r>
      <w:r w:rsidRPr="000516A1">
        <w:rPr>
          <w:rFonts w:asciiTheme="majorHAnsi" w:hAnsiTheme="majorHAnsi" w:cstheme="majorHAnsi"/>
          <w:sz w:val="22"/>
          <w:lang w:val="pl-PL"/>
        </w:rPr>
        <w:tab/>
      </w:r>
      <w:r w:rsidRPr="000516A1">
        <w:rPr>
          <w:rFonts w:asciiTheme="majorHAnsi" w:hAnsiTheme="majorHAnsi" w:cstheme="majorHAnsi"/>
          <w:bCs/>
          <w:sz w:val="22"/>
          <w:lang w:val="pl-PL"/>
        </w:rPr>
        <w:t>Oceny dokonano na podstawie:</w:t>
      </w:r>
    </w:p>
    <w:p w14:paraId="53E655DC" w14:textId="06586D81" w:rsidR="00CD12B9" w:rsidRPr="000516A1" w:rsidRDefault="001800F0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>K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arty zgłoszenia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do Programu</w:t>
      </w:r>
    </w:p>
    <w:p w14:paraId="67DFE49C" w14:textId="22194B40" w:rsidR="002207BB" w:rsidRPr="000516A1" w:rsidRDefault="00AD54CC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dokumentacji </w:t>
      </w:r>
      <w:r w:rsidR="002207BB" w:rsidRPr="003D52E0">
        <w:rPr>
          <w:rFonts w:asciiTheme="majorHAnsi" w:eastAsiaTheme="minorHAnsi" w:hAnsiTheme="majorHAnsi" w:cstheme="majorHAnsi"/>
          <w:sz w:val="22"/>
          <w:lang w:val="pl-PL"/>
        </w:rPr>
        <w:t>przedłożonej przez osobę z niepełnosprawnością</w:t>
      </w:r>
      <w:r w:rsidR="000E3BB2">
        <w:rPr>
          <w:rFonts w:asciiTheme="majorHAnsi" w:eastAsiaTheme="minorHAnsi" w:hAnsiTheme="majorHAnsi" w:cstheme="majorHAnsi"/>
          <w:sz w:val="22"/>
          <w:lang w:val="pl-PL"/>
        </w:rPr>
        <w:t xml:space="preserve"> (opiekuna prawnego)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>:</w:t>
      </w:r>
    </w:p>
    <w:p w14:paraId="1312ECDF" w14:textId="6F85A86C" w:rsidR="00AD54CC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(</w:t>
      </w:r>
      <w:r w:rsidRPr="00F26771">
        <w:rPr>
          <w:rFonts w:asciiTheme="majorHAnsi" w:eastAsiaTheme="minorHAnsi" w:hAnsiTheme="majorHAnsi" w:cstheme="majorHAnsi"/>
          <w:i/>
          <w:iCs/>
          <w:sz w:val="22"/>
          <w:lang w:val="pl-PL"/>
        </w:rPr>
        <w:t>proszę wskazać jakiej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>)</w:t>
      </w:r>
    </w:p>
    <w:p w14:paraId="1BAF6E7A" w14:textId="77777777" w:rsidR="00B23A3B" w:rsidRPr="000516A1" w:rsidRDefault="00B23A3B" w:rsidP="00B23A3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……..................................................................................................................................................................................</w:t>
      </w:r>
    </w:p>
    <w:p w14:paraId="342E056E" w14:textId="77777777" w:rsidR="00B23A3B" w:rsidRPr="000516A1" w:rsidRDefault="00B23A3B" w:rsidP="00B23A3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B11D09" w14:textId="6CA0E99A" w:rsidR="00B23A3B" w:rsidRPr="000516A1" w:rsidRDefault="00B23A3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3E56C600" w14:textId="142A3718" w:rsidR="002207BB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dokumentacji znajdującej się w posiadaniu </w:t>
      </w:r>
      <w:r w:rsidR="000E3BB2">
        <w:rPr>
          <w:rFonts w:asciiTheme="majorHAnsi" w:eastAsiaTheme="minorHAnsi" w:hAnsiTheme="majorHAnsi" w:cstheme="majorHAnsi"/>
          <w:sz w:val="22"/>
          <w:lang w:val="pl-PL"/>
        </w:rPr>
        <w:t>realizatora Programu:</w:t>
      </w:r>
    </w:p>
    <w:p w14:paraId="21F6D507" w14:textId="424F2244" w:rsidR="002207BB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(</w:t>
      </w:r>
      <w:r w:rsidRPr="000516A1">
        <w:rPr>
          <w:rFonts w:asciiTheme="majorHAnsi" w:eastAsiaTheme="minorHAnsi" w:hAnsiTheme="majorHAnsi" w:cstheme="majorHAnsi"/>
          <w:i/>
          <w:iCs/>
          <w:sz w:val="22"/>
          <w:lang w:val="pl-PL"/>
        </w:rPr>
        <w:t>proszę wskazać jakiej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)</w:t>
      </w:r>
    </w:p>
    <w:p w14:paraId="15573E05" w14:textId="77777777" w:rsidR="002207BB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……..................................................................................................................................................................................</w:t>
      </w:r>
    </w:p>
    <w:p w14:paraId="4EF2FC70" w14:textId="77777777" w:rsidR="002207BB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2EB15A" w14:textId="11339D37" w:rsidR="002207BB" w:rsidRPr="000516A1" w:rsidRDefault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2068C943" w14:textId="646F6FB5" w:rsidR="00CD12B9" w:rsidRPr="000516A1" w:rsidRDefault="001800F0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rozmowy z osobą z niepełnosprawnością lub 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jej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opiekunem prawnym</w:t>
      </w:r>
    </w:p>
    <w:p w14:paraId="6EFDDB77" w14:textId="2EF3A125" w:rsidR="00CD12B9" w:rsidRPr="000516A1" w:rsidRDefault="001800F0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informacji uzyskanych podczas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wizyty w miejscu zamieszkania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osoby z niepełnosprawnością</w:t>
      </w:r>
    </w:p>
    <w:p w14:paraId="327DD70D" w14:textId="0EF307DB" w:rsidR="000E3BB2" w:rsidRDefault="001800F0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innych </w:t>
      </w:r>
      <w:r w:rsidR="00AD54CC" w:rsidRPr="000516A1">
        <w:rPr>
          <w:rFonts w:asciiTheme="majorHAnsi" w:eastAsiaTheme="minorHAnsi" w:hAnsiTheme="majorHAnsi" w:cstheme="majorHAnsi"/>
          <w:sz w:val="22"/>
          <w:lang w:val="pl-PL"/>
        </w:rPr>
        <w:t>źródeł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:</w:t>
      </w:r>
      <w:r w:rsidR="00761B04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</w:p>
    <w:p w14:paraId="16509CA0" w14:textId="2AA972D5" w:rsidR="000E3BB2" w:rsidRPr="005536CE" w:rsidRDefault="000E3BB2">
      <w:pPr>
        <w:rPr>
          <w:rFonts w:asciiTheme="majorHAnsi" w:eastAsiaTheme="minorHAnsi" w:hAnsiTheme="majorHAnsi" w:cstheme="majorHAnsi"/>
          <w:i/>
          <w:iCs/>
          <w:sz w:val="22"/>
          <w:lang w:val="pl-PL"/>
        </w:rPr>
      </w:pPr>
      <w:r w:rsidRPr="005536CE">
        <w:rPr>
          <w:rFonts w:asciiTheme="majorHAnsi" w:eastAsiaTheme="minorHAnsi" w:hAnsiTheme="majorHAnsi" w:cstheme="majorHAnsi"/>
          <w:i/>
          <w:iCs/>
          <w:sz w:val="22"/>
          <w:lang w:val="pl-PL"/>
        </w:rPr>
        <w:t>(proszę wskazać jaki</w:t>
      </w:r>
      <w:r>
        <w:rPr>
          <w:rFonts w:asciiTheme="majorHAnsi" w:eastAsiaTheme="minorHAnsi" w:hAnsiTheme="majorHAnsi" w:cstheme="majorHAnsi"/>
          <w:i/>
          <w:iCs/>
          <w:sz w:val="22"/>
          <w:lang w:val="pl-PL"/>
        </w:rPr>
        <w:t>ch</w:t>
      </w:r>
      <w:r w:rsidRPr="005536CE">
        <w:rPr>
          <w:rFonts w:asciiTheme="majorHAnsi" w:eastAsiaTheme="minorHAnsi" w:hAnsiTheme="majorHAnsi" w:cstheme="majorHAnsi"/>
          <w:i/>
          <w:iCs/>
          <w:sz w:val="22"/>
          <w:lang w:val="pl-PL"/>
        </w:rPr>
        <w:t>)</w:t>
      </w:r>
    </w:p>
    <w:p w14:paraId="1BD9530D" w14:textId="20AFE0D2" w:rsidR="00CD12B9" w:rsidRPr="000516A1" w:rsidRDefault="00761B04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</w:t>
      </w:r>
      <w:r w:rsidR="001800F0" w:rsidRPr="000516A1">
        <w:rPr>
          <w:rFonts w:asciiTheme="majorHAnsi" w:eastAsiaTheme="minorHAnsi" w:hAnsiTheme="majorHAnsi" w:cstheme="majorHAnsi"/>
          <w:sz w:val="22"/>
          <w:lang w:val="pl-PL"/>
        </w:rPr>
        <w:t>.......................................................................................</w:t>
      </w:r>
      <w:r w:rsidR="00AD54CC" w:rsidRPr="000516A1">
        <w:rPr>
          <w:rFonts w:asciiTheme="majorHAnsi" w:eastAsiaTheme="minorHAnsi" w:hAnsiTheme="majorHAnsi" w:cstheme="majorHAnsi"/>
          <w:sz w:val="22"/>
          <w:lang w:val="pl-PL"/>
        </w:rPr>
        <w:t>.............................................................</w:t>
      </w:r>
      <w:r w:rsidR="001800F0" w:rsidRPr="000516A1">
        <w:rPr>
          <w:rFonts w:asciiTheme="majorHAnsi" w:eastAsiaTheme="minorHAnsi" w:hAnsiTheme="majorHAnsi" w:cstheme="majorHAnsi"/>
          <w:sz w:val="22"/>
          <w:lang w:val="pl-PL"/>
        </w:rPr>
        <w:t>.</w:t>
      </w:r>
      <w:r w:rsidR="00AD54CC" w:rsidRPr="000516A1">
        <w:rPr>
          <w:rFonts w:asciiTheme="majorHAnsi" w:eastAsiaTheme="minorHAnsi" w:hAnsiTheme="majorHAnsi" w:cstheme="majorHAnsi"/>
          <w:sz w:val="22"/>
          <w:lang w:val="pl-PL"/>
        </w:rPr>
        <w:t>......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.......................</w:t>
      </w:r>
    </w:p>
    <w:p w14:paraId="0DF24036" w14:textId="61453B04" w:rsidR="00AD54CC" w:rsidRPr="000516A1" w:rsidRDefault="00AD54CC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0C6D78" w14:textId="019A148A" w:rsidR="00D03A5E" w:rsidRPr="000516A1" w:rsidRDefault="00D03A5E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11A4D1EF" w14:textId="77777777" w:rsidR="00802740" w:rsidRDefault="00802740" w:rsidP="002C4A33">
      <w:pPr>
        <w:spacing w:before="24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</w:p>
    <w:p w14:paraId="4B64DE98" w14:textId="4ADCBF54" w:rsidR="00CE187A" w:rsidRPr="000516A1" w:rsidRDefault="002517B8" w:rsidP="002C4A33">
      <w:pPr>
        <w:spacing w:before="24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lastRenderedPageBreak/>
        <w:t>2.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  <w:t xml:space="preserve">Opis przebiegu oceny: </w:t>
      </w:r>
    </w:p>
    <w:p w14:paraId="51A65E76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82A809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7552F0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FB89CA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E20AF6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CB4D85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69AC1A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53E612" w14:textId="2076023E" w:rsidR="00CD12B9" w:rsidRPr="000516A1" w:rsidRDefault="002517B8" w:rsidP="003B52A7">
      <w:pPr>
        <w:rPr>
          <w:rFonts w:asciiTheme="majorHAnsi" w:hAnsiTheme="majorHAnsi" w:cstheme="majorHAnsi"/>
          <w:b/>
          <w:sz w:val="24"/>
          <w:szCs w:val="24"/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="00761B04"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I. </w:t>
      </w:r>
      <w:r w:rsidR="00C64D84"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OCENA 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POTRZEB </w:t>
      </w:r>
      <w:r w:rsidR="00535676" w:rsidRPr="000516A1">
        <w:rPr>
          <w:rFonts w:asciiTheme="majorHAnsi" w:hAnsiTheme="majorHAnsi" w:cstheme="majorHAnsi"/>
          <w:b/>
          <w:sz w:val="24"/>
          <w:szCs w:val="24"/>
          <w:lang w:val="pl-PL"/>
        </w:rPr>
        <w:t>OSOBY Z NIEPEŁNOSPRAWNOŚCIĄ WYMAGAJĄCEJ WSPARCIA ASYSTENTA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:</w:t>
      </w:r>
    </w:p>
    <w:p w14:paraId="787E8AF6" w14:textId="6A40CA0E" w:rsidR="002517B8" w:rsidRPr="005536CE" w:rsidRDefault="002517B8" w:rsidP="00F26771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Dla każdego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z poniższych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>obszar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>ów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 należy określić poziom potrzeby</w:t>
      </w:r>
      <w:r w:rsidR="00630C7D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wsparcia </w:t>
      </w:r>
      <w:r w:rsidR="00630C7D" w:rsidRPr="005536CE">
        <w:rPr>
          <w:rFonts w:asciiTheme="majorHAnsi" w:hAnsiTheme="majorHAnsi" w:cstheme="majorHAnsi"/>
          <w:i/>
          <w:iCs/>
          <w:sz w:val="22"/>
          <w:szCs w:val="22"/>
        </w:rPr>
        <w:t>osoby wnioskującej</w:t>
      </w:r>
      <w:r w:rsidR="00E9363D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 o udział w Programie</w:t>
      </w:r>
      <w:r w:rsidR="00D03A5E" w:rsidRPr="005536CE">
        <w:rPr>
          <w:rFonts w:asciiTheme="majorHAnsi" w:hAnsiTheme="majorHAnsi" w:cstheme="majorHAnsi"/>
          <w:i/>
          <w:iCs/>
          <w:sz w:val="22"/>
          <w:szCs w:val="22"/>
        </w:rPr>
        <w:t>.</w:t>
      </w:r>
    </w:p>
    <w:p w14:paraId="70EAC33D" w14:textId="41206732" w:rsidR="007E7A35" w:rsidRPr="005536CE" w:rsidRDefault="00DE7B42" w:rsidP="00C64D84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>Przy dokonywaniu oceny należy uwzględnić zakres i częstotliwość potrzebnego wsparcia asystenta w danym obszarze. Ocenie podlegają potrzeby wsparcia pozostające w związku z niepełnosprawnością osoby wnioskującej o udział w Programie</w:t>
      </w:r>
      <w:r w:rsidR="007E7A35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. W przypadku np. dzieci należy brać pod uwagę wyłącznie potrzeby wsparcia </w:t>
      </w:r>
      <w:r w:rsidR="00E45E2B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wynikające z ich niepełnosprawności, </w:t>
      </w:r>
      <w:r w:rsidR="007E7A35" w:rsidRPr="005536CE">
        <w:rPr>
          <w:rFonts w:asciiTheme="majorHAnsi" w:hAnsiTheme="majorHAnsi" w:cstheme="majorHAnsi"/>
          <w:i/>
          <w:iCs/>
          <w:sz w:val="22"/>
          <w:szCs w:val="22"/>
        </w:rPr>
        <w:t>wykraczające poza zakres pomocy właściwy dla dziecka w porównywalnym wieku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. </w:t>
      </w:r>
    </w:p>
    <w:p w14:paraId="78E9ED11" w14:textId="28200EF6" w:rsidR="00C64D84" w:rsidRPr="005536CE" w:rsidRDefault="00B531F6" w:rsidP="00F26771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>Ocenę należy przeprowadzić z zastosowaniem następującej skali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>:</w:t>
      </w:r>
    </w:p>
    <w:p w14:paraId="6C9C3E99" w14:textId="6280E503" w:rsidR="00C64D84" w:rsidRPr="005536CE" w:rsidRDefault="00C64D84" w:rsidP="00F26771">
      <w:pPr>
        <w:pStyle w:val="NormalnyWeb"/>
        <w:numPr>
          <w:ilvl w:val="0"/>
          <w:numId w:val="22"/>
        </w:numPr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brak potrzeby wsparcia (0 pkt) - </w:t>
      </w:r>
      <w:r w:rsidR="000516A1" w:rsidRPr="005536CE">
        <w:rPr>
          <w:rFonts w:asciiTheme="majorHAnsi" w:hAnsiTheme="majorHAnsi" w:cstheme="majorHAnsi"/>
          <w:i/>
          <w:iCs/>
          <w:sz w:val="22"/>
          <w:szCs w:val="22"/>
        </w:rPr>
        <w:t>osoba nie potrzebuje wsparcia asystenta w danym obszarze</w:t>
      </w:r>
      <w:r w:rsidR="00B531F6" w:rsidRPr="005536CE">
        <w:rPr>
          <w:rFonts w:asciiTheme="majorHAnsi" w:hAnsiTheme="majorHAnsi" w:cstheme="majorHAnsi"/>
          <w:i/>
          <w:iCs/>
          <w:sz w:val="22"/>
          <w:szCs w:val="22"/>
        </w:rPr>
        <w:t>;</w:t>
      </w:r>
    </w:p>
    <w:p w14:paraId="411A7236" w14:textId="7ACF2F32" w:rsidR="00C64D84" w:rsidRPr="005536CE" w:rsidRDefault="000516A1" w:rsidP="00F26771">
      <w:pPr>
        <w:pStyle w:val="NormalnyWeb"/>
        <w:numPr>
          <w:ilvl w:val="0"/>
          <w:numId w:val="22"/>
        </w:numPr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umiarkowana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potrzeba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wsparcia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(1 pkt) -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>wsparcie jest potrzebne przy niektórych czynnościach, okresowo lub w określonych sytuacjach</w:t>
      </w:r>
      <w:r w:rsidR="00B531F6" w:rsidRPr="005536CE">
        <w:rPr>
          <w:rFonts w:asciiTheme="majorHAnsi" w:hAnsiTheme="majorHAnsi" w:cstheme="majorHAnsi"/>
          <w:i/>
          <w:iCs/>
          <w:sz w:val="22"/>
          <w:szCs w:val="22"/>
        </w:rPr>
        <w:t>;</w:t>
      </w:r>
    </w:p>
    <w:p w14:paraId="4316790C" w14:textId="19DE6F5D" w:rsidR="00C64D84" w:rsidRPr="005536CE" w:rsidRDefault="000516A1" w:rsidP="00F26771">
      <w:pPr>
        <w:pStyle w:val="NormalnyWeb"/>
        <w:numPr>
          <w:ilvl w:val="0"/>
          <w:numId w:val="22"/>
        </w:numPr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wysoka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potrzeba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wsparcia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(2 pkt) -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>wsparcie jest potrzebne przy wielu czynnościach, często lub regularnie</w:t>
      </w:r>
      <w:r w:rsidR="00B531F6" w:rsidRPr="005536CE">
        <w:rPr>
          <w:rFonts w:asciiTheme="majorHAnsi" w:hAnsiTheme="majorHAnsi" w:cstheme="majorHAnsi"/>
          <w:i/>
          <w:iCs/>
          <w:sz w:val="22"/>
          <w:szCs w:val="22"/>
        </w:rPr>
        <w:t>.</w:t>
      </w:r>
    </w:p>
    <w:p w14:paraId="2BDF1E2F" w14:textId="22C6B487" w:rsidR="002517B8" w:rsidRPr="003D52E0" w:rsidRDefault="002517B8" w:rsidP="002C4A33">
      <w:pPr>
        <w:spacing w:before="240"/>
        <w:ind w:left="284" w:hanging="284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1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40248" w:rsidRPr="000516A1">
        <w:rPr>
          <w:rFonts w:asciiTheme="majorHAnsi" w:hAnsiTheme="majorHAnsi" w:cstheme="majorHAnsi"/>
          <w:bCs/>
          <w:sz w:val="22"/>
          <w:lang w:val="pl-PL"/>
        </w:rPr>
        <w:t>Czynności samoobsługowe, w tym utrzymanie higieny osobistej</w:t>
      </w:r>
      <w:r w:rsidR="00E40248" w:rsidRPr="000516A1" w:rsidDel="00E40248">
        <w:rPr>
          <w:rFonts w:asciiTheme="majorHAnsi" w:hAnsiTheme="majorHAnsi" w:cstheme="majorHAnsi"/>
          <w:bCs/>
          <w:sz w:val="22"/>
          <w:lang w:val="pl-PL"/>
        </w:rPr>
        <w:t xml:space="preserve"> </w:t>
      </w:r>
    </w:p>
    <w:p w14:paraId="18AD80DC" w14:textId="0961E0C7" w:rsidR="001728C8" w:rsidRPr="000516A1" w:rsidRDefault="001728C8" w:rsidP="001728C8">
      <w:pPr>
        <w:rPr>
          <w:rFonts w:asciiTheme="majorHAnsi" w:hAnsiTheme="majorHAnsi" w:cstheme="majorHAnsi"/>
          <w:bCs/>
          <w:sz w:val="22"/>
          <w:lang w:val="pl-PL"/>
        </w:rPr>
      </w:pPr>
      <w:bookmarkStart w:id="1" w:name="_Hlk237964782"/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</w:t>
      </w:r>
      <w:r w:rsidR="00B6776F" w:rsidRPr="000516A1">
        <w:rPr>
          <w:rFonts w:asciiTheme="majorHAnsi" w:hAnsiTheme="majorHAnsi" w:cstheme="majorHAnsi"/>
          <w:bCs/>
          <w:sz w:val="22"/>
          <w:lang w:val="pl-PL"/>
        </w:rPr>
        <w:t xml:space="preserve"> (0 pkt)</w:t>
      </w:r>
    </w:p>
    <w:p w14:paraId="5335470C" w14:textId="269D46A1" w:rsidR="001728C8" w:rsidRPr="000516A1" w:rsidRDefault="001728C8" w:rsidP="001728C8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0516A1" w:rsidRPr="00F26771">
        <w:rPr>
          <w:rFonts w:asciiTheme="majorHAnsi" w:hAnsiTheme="majorHAnsi" w:cstheme="majorHAnsi"/>
          <w:sz w:val="22"/>
          <w:lang w:val="pl-PL"/>
        </w:rPr>
        <w:t xml:space="preserve">umiarkowana potrzeba wsparcia </w:t>
      </w:r>
      <w:r w:rsidR="00B6776F" w:rsidRPr="000516A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3DF36A01" w14:textId="182DE579" w:rsidR="001728C8" w:rsidRPr="003D52E0" w:rsidRDefault="001728C8" w:rsidP="001728C8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0516A1" w:rsidRPr="00F2677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="005D5031" w:rsidRPr="000516A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bookmarkEnd w:id="1"/>
    <w:p w14:paraId="387C0B5B" w14:textId="0325B94E" w:rsidR="00CE5086" w:rsidRPr="000516A1" w:rsidRDefault="00B6776F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</w:t>
      </w:r>
      <w:r w:rsidR="003F1EE2" w:rsidRPr="000516A1">
        <w:rPr>
          <w:rFonts w:asciiTheme="majorHAnsi" w:hAnsiTheme="majorHAnsi" w:cstheme="majorHAnsi"/>
          <w:bCs/>
          <w:sz w:val="22"/>
          <w:lang w:val="pl-PL"/>
        </w:rPr>
        <w:t>e</w:t>
      </w:r>
      <w:r w:rsidRPr="000516A1">
        <w:rPr>
          <w:rFonts w:asciiTheme="majorHAnsi" w:hAnsiTheme="majorHAnsi" w:cstheme="majorHAnsi"/>
          <w:bCs/>
          <w:sz w:val="22"/>
          <w:lang w:val="pl-PL"/>
        </w:rPr>
        <w:t>nie</w:t>
      </w:r>
      <w:r w:rsidR="002517B8" w:rsidRPr="000516A1">
        <w:rPr>
          <w:rFonts w:asciiTheme="majorHAnsi" w:hAnsiTheme="majorHAnsi" w:cstheme="majorHAnsi"/>
          <w:bCs/>
          <w:sz w:val="22"/>
          <w:lang w:val="pl-PL"/>
        </w:rPr>
        <w:t>:</w:t>
      </w:r>
      <w:r w:rsidR="002517B8"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.</w:t>
      </w:r>
      <w:r w:rsidR="002517B8"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CE5086"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</w:t>
      </w:r>
    </w:p>
    <w:p w14:paraId="0364ED20" w14:textId="65B9ECDB" w:rsidR="002517B8" w:rsidRPr="000516A1" w:rsidRDefault="003F1EE2" w:rsidP="005536CE">
      <w:pPr>
        <w:spacing w:before="120"/>
        <w:ind w:left="284" w:hanging="284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2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="002517B8"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45E2B" w:rsidRPr="00E45E2B">
        <w:rPr>
          <w:rFonts w:asciiTheme="majorHAnsi" w:hAnsiTheme="majorHAnsi" w:cstheme="majorHAnsi"/>
          <w:bCs/>
          <w:sz w:val="22"/>
          <w:lang w:val="pl-PL"/>
        </w:rPr>
        <w:t>Wykonywanie codziennych czynności związanych z funkcjonowaniem w domu i rodzinie</w:t>
      </w:r>
    </w:p>
    <w:p w14:paraId="60229502" w14:textId="77777777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 (0 pkt)</w:t>
      </w:r>
    </w:p>
    <w:p w14:paraId="29BB4EAF" w14:textId="28C06BAC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0516A1" w:rsidRPr="005C4CD1">
        <w:rPr>
          <w:rFonts w:asciiTheme="majorHAnsi" w:hAnsiTheme="majorHAnsi" w:cstheme="majorHAnsi"/>
          <w:sz w:val="22"/>
          <w:lang w:val="pl-PL"/>
        </w:rPr>
        <w:t>umiarkowana potrzeba wsparcia</w:t>
      </w:r>
      <w:r w:rsidR="000516A1" w:rsidRPr="003D52E0" w:rsidDel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0516A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11C66B11" w14:textId="78EF5E5A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0516A1" w:rsidRPr="005C4CD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p w14:paraId="04061657" w14:textId="74A4F3F3" w:rsidR="003F1EE2" w:rsidRPr="000516A1" w:rsidRDefault="003F1EE2" w:rsidP="003F1EE2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6DE61F" w14:textId="7E741A9F" w:rsidR="002517B8" w:rsidRPr="000516A1" w:rsidRDefault="003F1EE2" w:rsidP="005536CE">
      <w:pPr>
        <w:spacing w:before="12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lastRenderedPageBreak/>
        <w:t>3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="002517B8" w:rsidRPr="000516A1">
        <w:rPr>
          <w:rFonts w:asciiTheme="majorHAnsi" w:hAnsiTheme="majorHAnsi" w:cstheme="majorHAnsi"/>
          <w:bCs/>
          <w:sz w:val="22"/>
          <w:lang w:val="pl-PL"/>
        </w:rPr>
        <w:tab/>
        <w:t>Przemieszczanie się</w:t>
      </w:r>
      <w:r w:rsidR="00E40248" w:rsidRPr="000516A1">
        <w:rPr>
          <w:rFonts w:asciiTheme="majorHAnsi" w:hAnsiTheme="majorHAnsi" w:cstheme="majorHAnsi"/>
          <w:bCs/>
          <w:sz w:val="22"/>
          <w:lang w:val="pl-PL"/>
        </w:rPr>
        <w:t xml:space="preserve"> poza miejscem zamieszkania</w:t>
      </w:r>
    </w:p>
    <w:p w14:paraId="016FA57A" w14:textId="77777777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 (0 pkt)</w:t>
      </w:r>
    </w:p>
    <w:p w14:paraId="2BFC0DFF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>umiarkowana potrzeba wsparcia</w:t>
      </w:r>
      <w:r w:rsidRPr="005C4CD1" w:rsidDel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7FB1C042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p w14:paraId="7C35320D" w14:textId="77C32405" w:rsidR="003F1EE2" w:rsidRPr="000516A1" w:rsidRDefault="003F1EE2" w:rsidP="003F1EE2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D011D9" w14:textId="5E6331FF" w:rsidR="002517B8" w:rsidRPr="000516A1" w:rsidRDefault="002517B8" w:rsidP="005536CE">
      <w:pPr>
        <w:spacing w:before="12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4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CB5637" w:rsidRPr="000516A1">
        <w:rPr>
          <w:rFonts w:asciiTheme="majorHAnsi" w:hAnsiTheme="majorHAnsi" w:cstheme="majorHAnsi"/>
          <w:bCs/>
          <w:sz w:val="22"/>
          <w:lang w:val="pl-PL"/>
        </w:rPr>
        <w:t>Komunikowanie się z innymi osobami, w tym wyrażanie swoich potrzeb oraz rozumienie i przekazywanie informacji</w:t>
      </w:r>
    </w:p>
    <w:p w14:paraId="7612A7DF" w14:textId="77777777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 (0 pkt)</w:t>
      </w:r>
    </w:p>
    <w:p w14:paraId="1C616B11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>umiarkowana potrzeba wsparcia</w:t>
      </w:r>
      <w:r w:rsidRPr="005C4CD1" w:rsidDel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605520D3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p w14:paraId="11C592E2" w14:textId="572A118F" w:rsidR="003F1EE2" w:rsidRPr="000516A1" w:rsidRDefault="003F1EE2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62009B" w14:textId="0849A8BA" w:rsidR="002517B8" w:rsidRPr="000516A1" w:rsidRDefault="002517B8" w:rsidP="005536CE">
      <w:pPr>
        <w:spacing w:before="12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5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40248" w:rsidRPr="000516A1">
        <w:rPr>
          <w:rFonts w:asciiTheme="majorHAnsi" w:hAnsiTheme="majorHAnsi" w:cstheme="majorHAnsi"/>
          <w:bCs/>
          <w:sz w:val="22"/>
          <w:lang w:val="pl-PL"/>
        </w:rPr>
        <w:t xml:space="preserve">Uczestnictwo w życiu społecznym </w:t>
      </w:r>
      <w:r w:rsidR="00102496">
        <w:rPr>
          <w:rFonts w:asciiTheme="majorHAnsi" w:hAnsiTheme="majorHAnsi" w:cstheme="majorHAnsi"/>
          <w:bCs/>
          <w:sz w:val="22"/>
          <w:lang w:val="pl-PL"/>
        </w:rPr>
        <w:t>(np.</w:t>
      </w:r>
      <w:r w:rsidR="00B531F6" w:rsidRPr="003D52E0">
        <w:rPr>
          <w:rFonts w:asciiTheme="majorHAnsi" w:hAnsiTheme="majorHAnsi" w:cstheme="majorHAnsi"/>
          <w:bCs/>
          <w:sz w:val="22"/>
          <w:lang w:val="pl-PL"/>
        </w:rPr>
        <w:t xml:space="preserve"> podejmowanie aktywności społecznej, edukacyjnej, zawodowej lub kulturalnej</w:t>
      </w:r>
      <w:r w:rsidR="00102496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40554FBF" w14:textId="77777777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 (0 pkt)</w:t>
      </w:r>
    </w:p>
    <w:p w14:paraId="05E14ACF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>umiarkowana potrzeba wsparcia</w:t>
      </w:r>
      <w:r w:rsidRPr="005C4CD1" w:rsidDel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2EFF87F2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p w14:paraId="42EDB57E" w14:textId="4A30D23B" w:rsidR="003F1EE2" w:rsidRPr="000516A1" w:rsidRDefault="003F1EE2" w:rsidP="003F1EE2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6D1613" w14:textId="439E42CA" w:rsidR="00B6776F" w:rsidRPr="000516A1" w:rsidRDefault="00E40248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Łączna liczba punktów uzyskanych w</w:t>
      </w:r>
      <w:r w:rsidRPr="000516A1" w:rsidDel="00E40248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F27C14" w:rsidRPr="000516A1">
        <w:rPr>
          <w:rFonts w:asciiTheme="majorHAnsi" w:eastAsiaTheme="minorHAnsi" w:hAnsiTheme="majorHAnsi" w:cstheme="majorHAnsi"/>
          <w:sz w:val="22"/>
          <w:lang w:val="pl-PL"/>
        </w:rPr>
        <w:t>części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III: ……….</w:t>
      </w:r>
      <w:r w:rsidR="003F1EE2" w:rsidRPr="000516A1">
        <w:rPr>
          <w:rFonts w:asciiTheme="majorHAnsi" w:eastAsiaTheme="minorHAnsi" w:hAnsiTheme="majorHAnsi" w:cstheme="majorHAnsi"/>
          <w:sz w:val="22"/>
          <w:lang w:val="pl-PL"/>
        </w:rPr>
        <w:t>/10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pkt.</w:t>
      </w:r>
    </w:p>
    <w:p w14:paraId="3930A07A" w14:textId="1EFCDFFF" w:rsidR="00D03A5E" w:rsidRPr="000516A1" w:rsidRDefault="00D03A5E" w:rsidP="00D03A5E">
      <w:pPr>
        <w:spacing w:before="240"/>
        <w:rPr>
          <w:rFonts w:asciiTheme="majorHAnsi" w:hAnsiTheme="majorHAnsi" w:cstheme="majorHAnsi"/>
          <w:b/>
          <w:sz w:val="24"/>
          <w:szCs w:val="24"/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="00761B04" w:rsidRPr="000516A1">
        <w:rPr>
          <w:rFonts w:asciiTheme="majorHAnsi" w:hAnsiTheme="majorHAnsi" w:cstheme="majorHAnsi"/>
          <w:b/>
          <w:sz w:val="24"/>
          <w:szCs w:val="24"/>
          <w:lang w:val="pl-PL"/>
        </w:rPr>
        <w:t>V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. </w:t>
      </w:r>
      <w:r w:rsidR="00967F08"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OCENA 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POZIOM</w:t>
      </w:r>
      <w:r w:rsidR="00967F08" w:rsidRPr="000516A1">
        <w:rPr>
          <w:rFonts w:asciiTheme="majorHAnsi" w:hAnsiTheme="majorHAnsi" w:cstheme="majorHAnsi"/>
          <w:b/>
          <w:sz w:val="24"/>
          <w:szCs w:val="24"/>
          <w:lang w:val="pl-PL"/>
        </w:rPr>
        <w:t>U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 SAMODZIELNOŚCI</w:t>
      </w:r>
      <w:r w:rsidR="007F52AD"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 OSOBY Z NIEPEŁNOSPRAWNOŚCIĄ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:</w:t>
      </w:r>
    </w:p>
    <w:p w14:paraId="363B362A" w14:textId="5243F693" w:rsidR="00967F08" w:rsidRPr="005536CE" w:rsidRDefault="00553B07" w:rsidP="00967F08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bCs/>
          <w:i/>
          <w:iCs/>
          <w:sz w:val="22"/>
        </w:rPr>
      </w:pPr>
      <w:r w:rsidRPr="005536CE">
        <w:rPr>
          <w:rFonts w:asciiTheme="majorHAnsi" w:hAnsiTheme="majorHAnsi" w:cstheme="majorHAnsi"/>
          <w:bCs/>
          <w:i/>
          <w:iCs/>
          <w:sz w:val="22"/>
        </w:rPr>
        <w:t>Oceny poziomu samodzielności osoby wnioskującej o udział w Programie należy dokonać z uwzględnieniem zakresu samodzielnie wykonywanych czynności życia codziennego, stopnia niezbędnego udziału osoby wspierającej, częstotliwości potrzeby bezpośredniego wsparcia oraz zdolności do samodzielnego funkcjonowania w znanych, nowych lub zmieniających się sytuacjach i warunkach</w:t>
      </w:r>
      <w:r w:rsidR="00E9363D" w:rsidRPr="005536CE">
        <w:rPr>
          <w:rFonts w:asciiTheme="majorHAnsi" w:hAnsiTheme="majorHAnsi" w:cstheme="majorHAnsi"/>
          <w:bCs/>
          <w:i/>
          <w:iCs/>
          <w:sz w:val="22"/>
        </w:rPr>
        <w:t>.</w:t>
      </w:r>
    </w:p>
    <w:p w14:paraId="653E8A1C" w14:textId="63171D8C" w:rsidR="00AA5214" w:rsidRPr="005536CE" w:rsidRDefault="00AA5214" w:rsidP="00967F08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Przy ocenie poziomu samodzielności należy brać pod uwagę ograniczenia wynikające z niepełnosprawności, a nie np. z wieku osoby. W przypadku </w:t>
      </w:r>
      <w:r w:rsidR="007E7A35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np.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dzieci </w:t>
      </w:r>
      <w:r w:rsidR="00C51922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z niepełnosprawnością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>należy uwzględnić, czy potrzebują one większego wsparcia niż inne dzieci w podobnym wieku.</w:t>
      </w:r>
    </w:p>
    <w:p w14:paraId="2F7ABAB6" w14:textId="7307F4D9" w:rsidR="00D03A5E" w:rsidRPr="000516A1" w:rsidRDefault="00D03A5E" w:rsidP="002C4A33">
      <w:pPr>
        <w:spacing w:before="240"/>
        <w:ind w:left="426" w:hanging="426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Theme="majorHAnsi" w:eastAsiaTheme="minorHAnsi" w:hAnsiTheme="majorHAnsi" w:cstheme="majorHAnsi"/>
          <w:sz w:val="22"/>
          <w:lang w:val="pl-PL"/>
        </w:rPr>
        <w:t>1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9363D" w:rsidRPr="000516A1">
        <w:rPr>
          <w:rFonts w:asciiTheme="majorHAnsi" w:hAnsiTheme="majorHAnsi" w:cstheme="majorHAnsi"/>
          <w:bCs/>
          <w:sz w:val="22"/>
          <w:lang w:val="pl-PL"/>
        </w:rPr>
        <w:t>Zakres samodzielnego wykonywania czynności</w:t>
      </w:r>
      <w:r w:rsidR="00E9363D" w:rsidRPr="000516A1" w:rsidDel="00EC72F2">
        <w:rPr>
          <w:rFonts w:asciiTheme="majorHAnsi" w:hAnsiTheme="majorHAnsi" w:cstheme="majorHAnsi"/>
          <w:bCs/>
          <w:sz w:val="22"/>
          <w:lang w:val="pl-PL"/>
        </w:rPr>
        <w:t xml:space="preserve"> </w:t>
      </w:r>
    </w:p>
    <w:p w14:paraId="1180AA0E" w14:textId="0CF25BD0" w:rsidR="00D03A5E" w:rsidRPr="000516A1" w:rsidRDefault="00D03A5E" w:rsidP="00D03A5E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osoba wykonuje </w:t>
      </w:r>
      <w:r w:rsidR="00912F58">
        <w:rPr>
          <w:rFonts w:asciiTheme="majorHAnsi" w:eastAsiaTheme="minorHAnsi" w:hAnsiTheme="majorHAnsi" w:cstheme="majorHAnsi"/>
          <w:sz w:val="22"/>
          <w:lang w:val="pl-PL"/>
        </w:rPr>
        <w:t xml:space="preserve">czynności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>samodzielnie</w:t>
      </w:r>
      <w:r w:rsidR="00E9363D" w:rsidRPr="000516A1" w:rsidDel="00EC72F2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>(0 pkt)</w:t>
      </w:r>
    </w:p>
    <w:p w14:paraId="1008A186" w14:textId="0E33AC24" w:rsidR="00D03A5E" w:rsidRPr="000516A1" w:rsidRDefault="00D03A5E" w:rsidP="00D03A5E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>część czynności osoba wykonuje samodzielnie, a przy pozostałych wymaga wsparcia innej osoby</w:t>
      </w:r>
      <w:r w:rsidR="00E9363D" w:rsidRPr="000516A1" w:rsidDel="00EC72F2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>(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1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pkt)</w:t>
      </w:r>
    </w:p>
    <w:p w14:paraId="36293B44" w14:textId="2F9EAF2D" w:rsidR="00D03A5E" w:rsidRPr="000516A1" w:rsidRDefault="00D03A5E" w:rsidP="00D03A5E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>przy wykonywaniu większości czynności osoba wymaga bezpośredniego wsparcia innej osoby</w:t>
      </w:r>
      <w:r w:rsidR="00E9363D" w:rsidRPr="000516A1" w:rsidDel="00EC72F2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>(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2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pkt)</w:t>
      </w:r>
    </w:p>
    <w:p w14:paraId="03760D92" w14:textId="7A2D0353" w:rsidR="00B6776F" w:rsidRPr="000516A1" w:rsidRDefault="00B6776F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</w:t>
      </w:r>
      <w:r w:rsidR="005D5031" w:rsidRPr="000516A1">
        <w:rPr>
          <w:rFonts w:asciiTheme="majorHAnsi" w:hAnsiTheme="majorHAnsi" w:cstheme="majorHAnsi"/>
          <w:bCs/>
          <w:sz w:val="22"/>
          <w:lang w:val="pl-PL"/>
        </w:rPr>
        <w:t>e</w:t>
      </w:r>
      <w:r w:rsidRPr="000516A1">
        <w:rPr>
          <w:rFonts w:asciiTheme="majorHAnsi" w:hAnsiTheme="majorHAnsi" w:cstheme="majorHAnsi"/>
          <w:bCs/>
          <w:sz w:val="22"/>
          <w:lang w:val="pl-PL"/>
        </w:rPr>
        <w:t>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..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….……………………………………………………………………………………………………………………………………………………………………………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..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66D37246" w14:textId="73731A4A" w:rsidR="00D03A5E" w:rsidRPr="000516A1" w:rsidRDefault="00D03A5E">
      <w:pPr>
        <w:spacing w:before="240"/>
        <w:ind w:left="426" w:hanging="426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lastRenderedPageBreak/>
        <w:t>2.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9363D" w:rsidRPr="000516A1">
        <w:rPr>
          <w:rFonts w:asciiTheme="majorHAnsi" w:hAnsiTheme="majorHAnsi" w:cstheme="majorHAnsi"/>
          <w:bCs/>
          <w:sz w:val="22"/>
          <w:lang w:val="pl-PL"/>
        </w:rPr>
        <w:t>Stopień samodzielności przy wykonywaniu czynności wymagających wsparcia</w:t>
      </w:r>
      <w:r w:rsidR="00E9363D" w:rsidRPr="000516A1" w:rsidDel="00EC72F2">
        <w:rPr>
          <w:rFonts w:asciiTheme="majorHAnsi" w:hAnsiTheme="majorHAnsi" w:cstheme="majorHAnsi"/>
          <w:bCs/>
          <w:sz w:val="22"/>
          <w:lang w:val="pl-PL"/>
        </w:rPr>
        <w:t xml:space="preserve"> </w:t>
      </w:r>
    </w:p>
    <w:p w14:paraId="202E89F7" w14:textId="1D6F68F5" w:rsidR="00EC72F2" w:rsidRPr="000516A1" w:rsidRDefault="00EC72F2" w:rsidP="00EC72F2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osoba wykonuje czynności zasadniczo samodzielnie, a udział osoby wspierającej jest niewielki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(0 pkt)</w:t>
      </w:r>
    </w:p>
    <w:p w14:paraId="346F8D4A" w14:textId="47E28240" w:rsidR="00EC72F2" w:rsidRPr="000516A1" w:rsidRDefault="00EC72F2" w:rsidP="00EC72F2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osoba wykonuje czynności częściowo samodzielnie, przy istotnym udziale osoby wspierającej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(1 pkt)</w:t>
      </w:r>
    </w:p>
    <w:p w14:paraId="368C3171" w14:textId="47094245" w:rsidR="00EC72F2" w:rsidRPr="000516A1" w:rsidRDefault="00EC72F2" w:rsidP="00EC72F2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wykonanie czynności wymaga w przeważającym zakresie bezpośredniego udziału osoby wspierającej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(2 pkt)</w:t>
      </w:r>
    </w:p>
    <w:p w14:paraId="37F56099" w14:textId="7CD5BB6C" w:rsidR="005D5031" w:rsidRPr="000516A1" w:rsidRDefault="005D5031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552034C4" w14:textId="462BDD8F" w:rsidR="00D03A5E" w:rsidRPr="000516A1" w:rsidRDefault="00D03A5E">
      <w:pPr>
        <w:spacing w:before="240"/>
        <w:ind w:left="426" w:hanging="426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3.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AA5214" w:rsidRPr="000516A1">
        <w:rPr>
          <w:rFonts w:asciiTheme="majorHAnsi" w:hAnsiTheme="majorHAnsi" w:cstheme="majorHAnsi"/>
          <w:bCs/>
          <w:sz w:val="22"/>
          <w:lang w:val="pl-PL"/>
        </w:rPr>
        <w:t>Częstotliwość korzystania ze wsparcia innej osoby</w:t>
      </w:r>
    </w:p>
    <w:p w14:paraId="118B46E6" w14:textId="0372BE05" w:rsidR="00EC72F2" w:rsidRPr="000516A1" w:rsidRDefault="00EC72F2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AA5214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pomoc innej osoby jest potrzebna tylko od czasu do czasu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(0 pkt)</w:t>
      </w:r>
    </w:p>
    <w:p w14:paraId="272B99C8" w14:textId="1CADCD25" w:rsidR="00EC72F2" w:rsidRPr="000516A1" w:rsidRDefault="00EC72F2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AA5214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pomoc innej osoby jest potrzebna w niektórych sytuacjach lub przy części czynności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(1 pkt)</w:t>
      </w:r>
    </w:p>
    <w:p w14:paraId="4EB75849" w14:textId="18417095" w:rsidR="00EC72F2" w:rsidRPr="000516A1" w:rsidRDefault="00EC72F2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AA5214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pomoc innej osoby jest potrzebna często, przy większości wykonywanych czynności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(2 pkt)</w:t>
      </w:r>
    </w:p>
    <w:p w14:paraId="5DA8E9A5" w14:textId="6EA4511B" w:rsidR="005D5031" w:rsidRPr="000516A1" w:rsidRDefault="005D5031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7DD6A0D9" w14:textId="02D6E0FB" w:rsidR="00CD382F" w:rsidRPr="000516A1" w:rsidRDefault="00CD382F" w:rsidP="00CD382F">
      <w:pPr>
        <w:spacing w:before="240"/>
        <w:ind w:left="426" w:hanging="426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4.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  <w:t>Samodzielne funkcjonowanie w znanych i nowych warunkach</w:t>
      </w:r>
    </w:p>
    <w:p w14:paraId="2DE5A3FD" w14:textId="01A7FEC7" w:rsidR="00CD382F" w:rsidRPr="000516A1" w:rsidRDefault="00CD382F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osoba zachowuje samodzielność zarówno w znanych, jak i nowych lub zmieniających się sytuacjach i warunkach (0 pkt)</w:t>
      </w:r>
    </w:p>
    <w:p w14:paraId="5DD0DDD3" w14:textId="3A68115B" w:rsidR="00CD382F" w:rsidRPr="000516A1" w:rsidRDefault="00CD382F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osoba funkcjonuje samodzielnie lub z niewielkim wsparciem w znanych sobie sytuacjach i warunkach, natomiast w nowych lub zmieniających się sytuacjach wymaga większego wsparcia innej osoby (1 pkt)</w:t>
      </w:r>
    </w:p>
    <w:p w14:paraId="30DADB58" w14:textId="6B2AAB53" w:rsidR="00CD382F" w:rsidRPr="000516A1" w:rsidRDefault="00CD382F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osoba wymaga znacznego wsparcia innej osoby również w znanych sobie sytuacjach i warunkach, a w nowych lub zmieniających się sytuacjach zakres potrzebnego wsparcia może być jeszcze większy (2 pkt)</w:t>
      </w:r>
    </w:p>
    <w:p w14:paraId="07C89CE9" w14:textId="3383E226" w:rsidR="00CD382F" w:rsidRPr="000516A1" w:rsidRDefault="00CD382F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20E80FFA" w14:textId="504C3534" w:rsidR="005D5031" w:rsidRPr="000516A1" w:rsidRDefault="00EC72F2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Łączna liczba punktów uzyskanych w </w:t>
      </w:r>
      <w:r w:rsidR="00F27C14" w:rsidRPr="000516A1">
        <w:rPr>
          <w:rFonts w:asciiTheme="majorHAnsi" w:eastAsiaTheme="minorHAnsi" w:hAnsiTheme="majorHAnsi" w:cstheme="majorHAnsi"/>
          <w:sz w:val="22"/>
          <w:lang w:val="pl-PL"/>
        </w:rPr>
        <w:t>części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IV: ……….</w:t>
      </w:r>
      <w:r w:rsidR="003F1EE2" w:rsidRPr="000516A1">
        <w:rPr>
          <w:rFonts w:asciiTheme="majorHAnsi" w:eastAsiaTheme="minorHAnsi" w:hAnsiTheme="majorHAnsi" w:cstheme="majorHAnsi"/>
          <w:sz w:val="22"/>
          <w:lang w:val="pl-PL"/>
        </w:rPr>
        <w:t>/</w:t>
      </w:r>
      <w:r w:rsidR="00CD382F" w:rsidRPr="000516A1">
        <w:rPr>
          <w:rFonts w:asciiTheme="majorHAnsi" w:eastAsiaTheme="minorHAnsi" w:hAnsiTheme="majorHAnsi" w:cstheme="majorHAnsi"/>
          <w:sz w:val="22"/>
          <w:lang w:val="pl-PL"/>
        </w:rPr>
        <w:t>8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pkt.</w:t>
      </w:r>
    </w:p>
    <w:p w14:paraId="1D3CC97F" w14:textId="5AD79589" w:rsidR="00D03A5E" w:rsidRDefault="00D03A5E" w:rsidP="00912F58">
      <w:pPr>
        <w:spacing w:before="240" w:after="120"/>
        <w:rPr>
          <w:rFonts w:asciiTheme="majorHAnsi" w:hAnsiTheme="majorHAnsi" w:cstheme="majorHAnsi"/>
          <w:b/>
          <w:sz w:val="22"/>
          <w:lang w:val="pl-PL"/>
        </w:rPr>
      </w:pPr>
      <w:r w:rsidRPr="000516A1">
        <w:rPr>
          <w:rFonts w:asciiTheme="majorHAnsi" w:hAnsiTheme="majorHAnsi" w:cstheme="majorHAnsi"/>
          <w:b/>
          <w:sz w:val="22"/>
          <w:lang w:val="pl-PL"/>
        </w:rPr>
        <w:t xml:space="preserve">V. </w:t>
      </w:r>
      <w:r w:rsidR="004C4133" w:rsidRPr="004C4133">
        <w:rPr>
          <w:rFonts w:asciiTheme="majorHAnsi" w:hAnsiTheme="majorHAnsi" w:cstheme="majorHAnsi"/>
          <w:b/>
          <w:sz w:val="22"/>
          <w:lang w:val="pl-PL"/>
        </w:rPr>
        <w:t>OCENA DOSTĘPNOŚCI POMOCY ZE STRONY INNYCH OSÓB LUB PODMIOTÓW</w:t>
      </w:r>
      <w:r w:rsidRPr="003D52E0">
        <w:rPr>
          <w:rFonts w:asciiTheme="majorHAnsi" w:hAnsiTheme="majorHAnsi" w:cstheme="majorHAnsi"/>
          <w:b/>
          <w:sz w:val="22"/>
          <w:lang w:val="pl-PL"/>
        </w:rPr>
        <w:t>:</w:t>
      </w:r>
    </w:p>
    <w:p w14:paraId="42B56C4E" w14:textId="2E4B2C5D" w:rsidR="007E01F3" w:rsidRPr="005536CE" w:rsidRDefault="00BF7F15" w:rsidP="00912F58">
      <w:pPr>
        <w:spacing w:before="120" w:after="120"/>
        <w:rPr>
          <w:rFonts w:asciiTheme="majorHAnsi" w:hAnsiTheme="majorHAnsi" w:cstheme="majorHAnsi"/>
          <w:bCs/>
          <w:i/>
          <w:iCs/>
          <w:sz w:val="22"/>
          <w:lang w:val="pl-PL"/>
        </w:rPr>
      </w:pPr>
      <w:r w:rsidRPr="005536CE">
        <w:rPr>
          <w:rFonts w:asciiTheme="majorHAnsi" w:hAnsiTheme="majorHAnsi" w:cstheme="majorHAnsi"/>
          <w:bCs/>
          <w:i/>
          <w:iCs/>
          <w:sz w:val="22"/>
          <w:lang w:val="pl-PL"/>
        </w:rPr>
        <w:t>Przy dokonywaniu oceny należy uwzględnić pomoc realnie dostępną i faktycznie świadczoną osobie wnioskującej. Ocenie podlega w szczególności częstotliwość i regularność udzielanej pomocy, możliwość uzyskania jej w czasie, w którym jest potrzebna, oraz stopień, w jakim odpowiada ona potrzebom osoby. Należy uwzględnić również pomoc świadczoną przez instytucje i inne podmioty, w szczególności jednostki organizacyjne pomocy społecznej.</w:t>
      </w:r>
    </w:p>
    <w:p w14:paraId="5D28A36D" w14:textId="17BA8D25" w:rsidR="00C95E35" w:rsidRPr="005536CE" w:rsidRDefault="00C95E35" w:rsidP="00912F58">
      <w:pPr>
        <w:spacing w:before="120" w:after="120"/>
        <w:rPr>
          <w:rFonts w:asciiTheme="majorHAnsi" w:hAnsiTheme="majorHAnsi" w:cstheme="majorHAnsi"/>
          <w:bCs/>
          <w:i/>
          <w:iCs/>
          <w:sz w:val="22"/>
          <w:lang w:val="pl-PL"/>
        </w:rPr>
      </w:pPr>
      <w:r w:rsidRPr="005536CE">
        <w:rPr>
          <w:rFonts w:asciiTheme="majorHAnsi" w:hAnsiTheme="majorHAnsi" w:cstheme="majorHAnsi"/>
          <w:bCs/>
          <w:i/>
          <w:iCs/>
          <w:sz w:val="22"/>
          <w:lang w:val="pl-PL"/>
        </w:rPr>
        <w:t>Sam fakt wspólnego zamieszkiwania z inną osobą nie oznacza, że osoba wnioskująca ma możliwość uzyskania od niej pomocy.</w:t>
      </w:r>
    </w:p>
    <w:p w14:paraId="6AC58002" w14:textId="7F56AF6E" w:rsidR="00BF7F15" w:rsidRPr="005536CE" w:rsidRDefault="00BF7F15" w:rsidP="00912F58">
      <w:pPr>
        <w:spacing w:before="120" w:after="120"/>
        <w:rPr>
          <w:rFonts w:asciiTheme="majorHAnsi" w:hAnsiTheme="majorHAnsi" w:cstheme="majorHAnsi"/>
          <w:bCs/>
          <w:i/>
          <w:iCs/>
          <w:sz w:val="22"/>
          <w:lang w:val="pl-PL"/>
        </w:rPr>
      </w:pPr>
      <w:r w:rsidRPr="005536CE">
        <w:rPr>
          <w:rFonts w:asciiTheme="majorHAnsi" w:hAnsiTheme="majorHAnsi" w:cstheme="majorHAnsi"/>
          <w:bCs/>
          <w:i/>
          <w:iCs/>
          <w:sz w:val="22"/>
          <w:lang w:val="pl-PL"/>
        </w:rPr>
        <w:t>Zaznaczenie w pkt 1 odpowiedzi „nikt” oznacza przyznanie 6 pkt w części V. W takim przypadku nie wypełnia się pkt 2–4 i należy przejść do części VI. Odpowiedzi „nikt” nie można zaznaczyć łącznie z innymi odpowiedziami w pkt 1.</w:t>
      </w:r>
    </w:p>
    <w:p w14:paraId="198CA0BA" w14:textId="43FAF877" w:rsidR="00B23A3B" w:rsidRDefault="00D03A5E" w:rsidP="002C4A33">
      <w:pPr>
        <w:spacing w:before="24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3D52E0">
        <w:rPr>
          <w:rFonts w:asciiTheme="majorHAnsi" w:hAnsiTheme="majorHAnsi" w:cstheme="majorHAnsi"/>
          <w:bCs/>
          <w:sz w:val="22"/>
          <w:lang w:val="pl-PL"/>
        </w:rPr>
        <w:t>1.</w:t>
      </w:r>
      <w:r w:rsidRPr="003D52E0">
        <w:rPr>
          <w:rFonts w:asciiTheme="majorHAnsi" w:hAnsiTheme="majorHAnsi" w:cstheme="majorHAnsi"/>
          <w:bCs/>
          <w:sz w:val="22"/>
          <w:lang w:val="pl-PL"/>
        </w:rPr>
        <w:tab/>
      </w:r>
      <w:r w:rsidR="00C95E35" w:rsidRPr="00C95E35">
        <w:rPr>
          <w:rFonts w:asciiTheme="majorHAnsi" w:hAnsiTheme="majorHAnsi" w:cstheme="majorHAnsi"/>
          <w:bCs/>
          <w:sz w:val="22"/>
          <w:lang w:val="pl-PL"/>
        </w:rPr>
        <w:t>Kto obecnie faktycznie udziela pomocy osobie wnioskującej</w:t>
      </w:r>
      <w:r w:rsidR="00C95E35">
        <w:rPr>
          <w:rFonts w:asciiTheme="majorHAnsi" w:hAnsiTheme="majorHAnsi" w:cstheme="majorHAnsi"/>
          <w:bCs/>
          <w:sz w:val="22"/>
          <w:lang w:val="pl-PL"/>
        </w:rPr>
        <w:t xml:space="preserve"> </w:t>
      </w:r>
    </w:p>
    <w:p w14:paraId="66CD5AE2" w14:textId="36565810" w:rsidR="00C95E35" w:rsidRDefault="00C95E35" w:rsidP="00C95E35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nikt</w:t>
      </w:r>
      <w:r w:rsidR="00166654">
        <w:rPr>
          <w:rFonts w:asciiTheme="majorHAnsi" w:hAnsiTheme="majorHAnsi" w:cstheme="majorHAnsi"/>
          <w:bCs/>
          <w:sz w:val="22"/>
          <w:lang w:val="pl-PL"/>
        </w:rPr>
        <w:t xml:space="preserve"> (</w:t>
      </w:r>
      <w:r w:rsidR="00166654" w:rsidRPr="00504D57">
        <w:rPr>
          <w:rFonts w:asciiTheme="majorHAnsi" w:hAnsiTheme="majorHAnsi" w:cstheme="majorHAnsi"/>
          <w:bCs/>
          <w:i/>
          <w:iCs/>
          <w:sz w:val="22"/>
          <w:lang w:val="pl-PL"/>
        </w:rPr>
        <w:t>przejdź do części VI</w:t>
      </w:r>
      <w:r w:rsidR="00E46991">
        <w:rPr>
          <w:rFonts w:asciiTheme="majorHAnsi" w:hAnsiTheme="majorHAnsi" w:cstheme="majorHAnsi"/>
          <w:bCs/>
          <w:sz w:val="22"/>
          <w:lang w:val="pl-PL"/>
        </w:rPr>
        <w:t>)</w:t>
      </w:r>
      <w:r w:rsidR="00166654">
        <w:rPr>
          <w:rFonts w:asciiTheme="majorHAnsi" w:hAnsiTheme="majorHAnsi" w:cstheme="majorHAnsi"/>
          <w:bCs/>
          <w:sz w:val="22"/>
          <w:lang w:val="pl-PL"/>
        </w:rPr>
        <w:t xml:space="preserve">, </w:t>
      </w:r>
      <w:r w:rsidR="00E46991">
        <w:rPr>
          <w:rFonts w:asciiTheme="majorHAnsi" w:hAnsiTheme="majorHAnsi" w:cstheme="majorHAnsi"/>
          <w:bCs/>
          <w:sz w:val="22"/>
          <w:lang w:val="pl-PL"/>
        </w:rPr>
        <w:t>(</w:t>
      </w:r>
      <w:r w:rsidR="00166654">
        <w:rPr>
          <w:rFonts w:asciiTheme="majorHAnsi" w:hAnsiTheme="majorHAnsi" w:cstheme="majorHAnsi"/>
          <w:bCs/>
          <w:sz w:val="22"/>
          <w:lang w:val="pl-PL"/>
        </w:rPr>
        <w:t>6 pkt)</w:t>
      </w:r>
    </w:p>
    <w:p w14:paraId="2DAF8671" w14:textId="77777777" w:rsidR="00166654" w:rsidRPr="005C4CD1" w:rsidRDefault="00166654" w:rsidP="00166654">
      <w:pPr>
        <w:spacing w:before="240"/>
        <w:rPr>
          <w:rFonts w:asciiTheme="majorHAnsi" w:hAnsiTheme="majorHAnsi" w:cstheme="majorHAnsi"/>
          <w:sz w:val="22"/>
          <w:lang w:val="pl-PL"/>
        </w:rPr>
      </w:pPr>
      <w:r w:rsidRPr="005C4CD1">
        <w:rPr>
          <w:rFonts w:asciiTheme="majorHAnsi" w:hAnsiTheme="majorHAnsi" w:cstheme="majorHAnsi"/>
          <w:bCs/>
          <w:sz w:val="22"/>
          <w:lang w:val="pl-PL"/>
        </w:rPr>
        <w:lastRenderedPageBreak/>
        <w:t>Uzasadnienie:</w:t>
      </w:r>
      <w:r w:rsidRPr="005C4CD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47E5171F" w14:textId="3BAB9258" w:rsidR="00BF7F15" w:rsidRPr="00912F58" w:rsidRDefault="00BF7F15" w:rsidP="00C95E35">
      <w:pPr>
        <w:spacing w:before="120" w:after="120"/>
        <w:ind w:left="425" w:hanging="425"/>
        <w:rPr>
          <w:rFonts w:ascii="Segoe UI Symbol" w:hAnsi="Segoe UI Symbol" w:cs="Segoe UI Symbol"/>
          <w:bCs/>
          <w:i/>
          <w:iCs/>
          <w:sz w:val="22"/>
          <w:lang w:val="pl-PL"/>
        </w:rPr>
      </w:pPr>
      <w:r w:rsidRPr="00912F58">
        <w:rPr>
          <w:rFonts w:asciiTheme="majorHAnsi" w:hAnsiTheme="majorHAnsi" w:cstheme="majorHAnsi"/>
          <w:bCs/>
          <w:i/>
          <w:iCs/>
          <w:sz w:val="22"/>
          <w:lang w:val="pl-PL"/>
        </w:rPr>
        <w:t xml:space="preserve">W przypadku poniższych opcji </w:t>
      </w:r>
      <w:r w:rsidRPr="003D52E0">
        <w:rPr>
          <w:rFonts w:asciiTheme="majorHAnsi" w:hAnsiTheme="majorHAnsi" w:cstheme="majorHAnsi"/>
          <w:bCs/>
          <w:i/>
          <w:iCs/>
          <w:sz w:val="22"/>
          <w:lang w:val="pl-PL"/>
        </w:rPr>
        <w:t>można zaznaczyć więcej niż jedną odpowiedź</w:t>
      </w:r>
      <w:r w:rsidRPr="00912F58">
        <w:rPr>
          <w:rFonts w:asciiTheme="majorHAnsi" w:hAnsiTheme="majorHAnsi" w:cstheme="majorHAnsi"/>
          <w:bCs/>
          <w:i/>
          <w:iCs/>
          <w:sz w:val="22"/>
          <w:lang w:val="pl-PL"/>
        </w:rPr>
        <w:t>.</w:t>
      </w:r>
    </w:p>
    <w:p w14:paraId="6479A347" w14:textId="53002700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rodzina</w:t>
      </w:r>
    </w:p>
    <w:p w14:paraId="425A7FBE" w14:textId="77777777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osoby niespokrewnione wspólnie zamieszkujące</w:t>
      </w:r>
    </w:p>
    <w:p w14:paraId="34E95C62" w14:textId="1DECC219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inne osoby, np. znajomi lub sąsiedzi</w:t>
      </w:r>
    </w:p>
    <w:p w14:paraId="7789FD01" w14:textId="23BC4E00" w:rsidR="00C95E35" w:rsidRPr="00C95E35" w:rsidRDefault="00C95E35" w:rsidP="005536CE">
      <w:pPr>
        <w:spacing w:before="120" w:after="120"/>
        <w:ind w:left="284" w:hanging="284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jednostka organizacyjna pomocy społecznej, np. OPS, CUS, PCPR,</w:t>
      </w:r>
      <w:r w:rsidR="00663128">
        <w:rPr>
          <w:rFonts w:asciiTheme="majorHAnsi" w:hAnsiTheme="majorHAnsi" w:cstheme="majorHAnsi"/>
          <w:bCs/>
          <w:sz w:val="22"/>
          <w:lang w:val="pl-PL"/>
        </w:rPr>
        <w:t xml:space="preserve"> MOPR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w tym w ramach świadczonych usług opiekuńczych lub specjalistycznych usług opiekuńczych</w:t>
      </w:r>
    </w:p>
    <w:p w14:paraId="617176A0" w14:textId="77777777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organizacja pozarządowa</w:t>
      </w:r>
    </w:p>
    <w:p w14:paraId="4411891C" w14:textId="2017C1A5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jednostka zapewniająca wsparcie, np. ŚDS, WTZ, ZAZ, COM</w:t>
      </w:r>
    </w:p>
    <w:p w14:paraId="153D7741" w14:textId="297D2E70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inne osoby lub podmioty faktycznie udzielające pomocy </w:t>
      </w:r>
      <w:r w:rsidR="005965C9">
        <w:rPr>
          <w:rFonts w:asciiTheme="majorHAnsi" w:hAnsiTheme="majorHAnsi" w:cstheme="majorHAnsi"/>
          <w:bCs/>
          <w:sz w:val="22"/>
          <w:lang w:val="pl-PL"/>
        </w:rPr>
        <w:t>(</w:t>
      </w:r>
      <w:r w:rsidRPr="00504D57">
        <w:rPr>
          <w:rFonts w:asciiTheme="majorHAnsi" w:hAnsiTheme="majorHAnsi" w:cstheme="majorHAnsi"/>
          <w:bCs/>
          <w:i/>
          <w:iCs/>
          <w:sz w:val="22"/>
          <w:lang w:val="pl-PL"/>
        </w:rPr>
        <w:t>jakie?</w:t>
      </w:r>
      <w:r w:rsidR="005965C9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5A5C58BC" w14:textId="3E822613" w:rsidR="00C95E35" w:rsidRDefault="00C95E35" w:rsidP="00912F58">
      <w:pPr>
        <w:spacing w:before="120" w:after="12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Theme="majorHAnsi" w:hAnsiTheme="majorHAnsi" w:cstheme="majorHAnsi"/>
          <w:bCs/>
          <w:sz w:val="22"/>
          <w:lang w:val="pl-PL"/>
        </w:rPr>
        <w:t>………………………………………………………………………………………………………………</w:t>
      </w:r>
      <w:r w:rsidR="005965C9">
        <w:rPr>
          <w:rFonts w:asciiTheme="majorHAnsi" w:hAnsiTheme="majorHAnsi" w:cstheme="majorHAnsi"/>
          <w:bCs/>
          <w:sz w:val="22"/>
          <w:lang w:val="pl-PL"/>
        </w:rPr>
        <w:t>………………………………………………………</w:t>
      </w:r>
      <w:r w:rsidR="00F1438D">
        <w:rPr>
          <w:rFonts w:asciiTheme="majorHAnsi" w:hAnsiTheme="majorHAnsi" w:cstheme="majorHAnsi"/>
          <w:bCs/>
          <w:sz w:val="22"/>
          <w:lang w:val="pl-PL"/>
        </w:rPr>
        <w:t>……….</w:t>
      </w:r>
    </w:p>
    <w:p w14:paraId="3A68ED58" w14:textId="2DC1C9B8" w:rsidR="00815F1B" w:rsidRPr="00815F1B" w:rsidRDefault="00815F1B" w:rsidP="00815F1B">
      <w:pPr>
        <w:spacing w:before="24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815F1B">
        <w:rPr>
          <w:rFonts w:asciiTheme="majorHAnsi" w:hAnsiTheme="majorHAnsi" w:cstheme="majorHAnsi"/>
          <w:bCs/>
          <w:sz w:val="22"/>
          <w:lang w:val="pl-PL"/>
        </w:rPr>
        <w:t xml:space="preserve">2. Jak </w:t>
      </w:r>
      <w:r w:rsidR="00102496">
        <w:rPr>
          <w:rFonts w:asciiTheme="majorHAnsi" w:hAnsiTheme="majorHAnsi" w:cstheme="majorHAnsi"/>
          <w:bCs/>
          <w:sz w:val="22"/>
          <w:lang w:val="pl-PL"/>
        </w:rPr>
        <w:t>często</w:t>
      </w:r>
      <w:r w:rsidRPr="00815F1B">
        <w:rPr>
          <w:rFonts w:asciiTheme="majorHAnsi" w:hAnsiTheme="majorHAnsi" w:cstheme="majorHAnsi"/>
          <w:bCs/>
          <w:sz w:val="22"/>
          <w:lang w:val="pl-PL"/>
        </w:rPr>
        <w:t xml:space="preserve"> osoba wnioskująca otrzymuje wskazaną powyżej pomoc</w:t>
      </w:r>
      <w:r w:rsidR="00102496">
        <w:rPr>
          <w:rFonts w:asciiTheme="majorHAnsi" w:hAnsiTheme="majorHAnsi" w:cstheme="majorHAnsi"/>
          <w:bCs/>
          <w:sz w:val="22"/>
          <w:lang w:val="pl-PL"/>
        </w:rPr>
        <w:t xml:space="preserve"> od innych osób lub podmiotów</w:t>
      </w:r>
      <w:r w:rsidRPr="00815F1B">
        <w:rPr>
          <w:rFonts w:asciiTheme="majorHAnsi" w:hAnsiTheme="majorHAnsi" w:cstheme="majorHAnsi"/>
          <w:bCs/>
          <w:sz w:val="22"/>
          <w:lang w:val="pl-PL"/>
        </w:rPr>
        <w:t>?</w:t>
      </w:r>
    </w:p>
    <w:p w14:paraId="029FEB75" w14:textId="5EFF725E" w:rsidR="00FD660E" w:rsidRPr="00FD660E" w:rsidRDefault="00815F1B" w:rsidP="00FD660E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815F1B">
        <w:rPr>
          <w:rFonts w:ascii="Segoe UI Symbol" w:hAnsi="Segoe UI Symbol" w:cs="Segoe UI Symbol"/>
          <w:bCs/>
          <w:sz w:val="22"/>
          <w:lang w:val="pl-PL"/>
        </w:rPr>
        <w:t>☐</w:t>
      </w:r>
      <w:r w:rsidR="00FD660E" w:rsidRPr="00FD660E">
        <w:rPr>
          <w:rFonts w:asciiTheme="majorHAnsi" w:hAnsiTheme="majorHAnsi" w:cstheme="majorHAnsi"/>
          <w:bCs/>
          <w:sz w:val="22"/>
          <w:lang w:val="pl-PL"/>
        </w:rPr>
        <w:t xml:space="preserve"> pomoc jest udzielana regularnie i w sposób powtarzalny </w:t>
      </w:r>
      <w:r w:rsidR="00FD660E">
        <w:rPr>
          <w:rFonts w:asciiTheme="majorHAnsi" w:hAnsiTheme="majorHAnsi" w:cstheme="majorHAnsi"/>
          <w:bCs/>
          <w:sz w:val="22"/>
          <w:lang w:val="pl-PL"/>
        </w:rPr>
        <w:t>(</w:t>
      </w:r>
      <w:r w:rsidR="00FD660E" w:rsidRPr="00FD660E">
        <w:rPr>
          <w:rFonts w:asciiTheme="majorHAnsi" w:hAnsiTheme="majorHAnsi" w:cstheme="majorHAnsi"/>
          <w:bCs/>
          <w:sz w:val="22"/>
          <w:lang w:val="pl-PL"/>
        </w:rPr>
        <w:t>0 pkt</w:t>
      </w:r>
      <w:r w:rsidR="00FD660E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4C189C54" w14:textId="243A4FD3" w:rsidR="00FD660E" w:rsidRPr="00FD660E" w:rsidRDefault="00FD660E" w:rsidP="00FD660E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FD660E">
        <w:rPr>
          <w:rFonts w:ascii="Segoe UI Symbol" w:hAnsi="Segoe UI Symbol" w:cs="Segoe UI Symbol"/>
          <w:bCs/>
          <w:sz w:val="22"/>
          <w:lang w:val="pl-PL"/>
        </w:rPr>
        <w:t>☐</w:t>
      </w:r>
      <w:r w:rsidRPr="00FD660E">
        <w:rPr>
          <w:rFonts w:asciiTheme="majorHAnsi" w:hAnsiTheme="majorHAnsi" w:cstheme="majorHAnsi"/>
          <w:bCs/>
          <w:sz w:val="22"/>
          <w:lang w:val="pl-PL"/>
        </w:rPr>
        <w:t xml:space="preserve"> pomoc jest udzielana okresowo</w:t>
      </w:r>
      <w:r>
        <w:rPr>
          <w:rFonts w:asciiTheme="majorHAnsi" w:hAnsiTheme="majorHAnsi" w:cstheme="majorHAnsi"/>
          <w:bCs/>
          <w:sz w:val="22"/>
          <w:lang w:val="pl-PL"/>
        </w:rPr>
        <w:t xml:space="preserve">, </w:t>
      </w:r>
      <w:r w:rsidRPr="00FD660E">
        <w:rPr>
          <w:rFonts w:asciiTheme="majorHAnsi" w:hAnsiTheme="majorHAnsi" w:cstheme="majorHAnsi"/>
          <w:bCs/>
          <w:sz w:val="22"/>
          <w:lang w:val="pl-PL"/>
        </w:rPr>
        <w:t>ale z pewną powtarzalnością</w:t>
      </w:r>
      <w:r>
        <w:rPr>
          <w:rFonts w:asciiTheme="majorHAnsi" w:hAnsiTheme="majorHAnsi" w:cstheme="majorHAnsi"/>
          <w:bCs/>
          <w:sz w:val="22"/>
          <w:lang w:val="pl-PL"/>
        </w:rPr>
        <w:t xml:space="preserve"> (</w:t>
      </w:r>
      <w:r w:rsidRPr="00FD660E">
        <w:rPr>
          <w:rFonts w:asciiTheme="majorHAnsi" w:hAnsiTheme="majorHAnsi" w:cstheme="majorHAnsi"/>
          <w:bCs/>
          <w:sz w:val="22"/>
          <w:lang w:val="pl-PL"/>
        </w:rPr>
        <w:t>1 pkt</w:t>
      </w:r>
      <w:r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4B6D7673" w14:textId="49220945" w:rsidR="00FD660E" w:rsidRDefault="00FD660E" w:rsidP="00FD660E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FD660E">
        <w:rPr>
          <w:rFonts w:ascii="Segoe UI Symbol" w:hAnsi="Segoe UI Symbol" w:cs="Segoe UI Symbol"/>
          <w:bCs/>
          <w:sz w:val="22"/>
          <w:lang w:val="pl-PL"/>
        </w:rPr>
        <w:t>☐</w:t>
      </w:r>
      <w:r w:rsidRPr="00FD660E">
        <w:rPr>
          <w:rFonts w:asciiTheme="majorHAnsi" w:hAnsiTheme="majorHAnsi" w:cstheme="majorHAnsi"/>
          <w:bCs/>
          <w:sz w:val="22"/>
          <w:lang w:val="pl-PL"/>
        </w:rPr>
        <w:t xml:space="preserve"> pomoc jest udzielana sporadycznie</w:t>
      </w:r>
      <w:r>
        <w:rPr>
          <w:rFonts w:asciiTheme="majorHAnsi" w:hAnsiTheme="majorHAnsi" w:cstheme="majorHAnsi"/>
          <w:bCs/>
          <w:sz w:val="22"/>
          <w:lang w:val="pl-PL"/>
        </w:rPr>
        <w:t xml:space="preserve">, </w:t>
      </w:r>
      <w:r w:rsidRPr="00FD660E">
        <w:rPr>
          <w:rFonts w:asciiTheme="majorHAnsi" w:hAnsiTheme="majorHAnsi" w:cstheme="majorHAnsi"/>
          <w:bCs/>
          <w:sz w:val="22"/>
          <w:lang w:val="pl-PL"/>
        </w:rPr>
        <w:t xml:space="preserve">bez stałej regularności </w:t>
      </w:r>
      <w:r>
        <w:rPr>
          <w:rFonts w:asciiTheme="majorHAnsi" w:hAnsiTheme="majorHAnsi" w:cstheme="majorHAnsi"/>
          <w:bCs/>
          <w:sz w:val="22"/>
          <w:lang w:val="pl-PL"/>
        </w:rPr>
        <w:t>(</w:t>
      </w:r>
      <w:r w:rsidRPr="00FD660E">
        <w:rPr>
          <w:rFonts w:asciiTheme="majorHAnsi" w:hAnsiTheme="majorHAnsi" w:cstheme="majorHAnsi"/>
          <w:bCs/>
          <w:sz w:val="22"/>
          <w:lang w:val="pl-PL"/>
        </w:rPr>
        <w:t>2 pkt</w:t>
      </w:r>
      <w:r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64895752" w14:textId="2AE6B2B0" w:rsidR="00EF3F0E" w:rsidRPr="000516A1" w:rsidRDefault="00EF3F0E" w:rsidP="002C4A33">
      <w:pPr>
        <w:spacing w:before="240"/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403C0975" w14:textId="77777777" w:rsidR="00951D73" w:rsidRPr="00166654" w:rsidRDefault="00951D73" w:rsidP="00912F58">
      <w:pPr>
        <w:spacing w:before="240" w:after="120"/>
        <w:rPr>
          <w:rFonts w:asciiTheme="majorHAnsi" w:hAnsiTheme="majorHAnsi" w:cstheme="majorHAnsi"/>
          <w:bCs/>
          <w:sz w:val="22"/>
          <w:lang w:val="pl-PL"/>
        </w:rPr>
      </w:pPr>
      <w:r w:rsidRPr="00166654">
        <w:rPr>
          <w:rFonts w:asciiTheme="majorHAnsi" w:hAnsiTheme="majorHAnsi" w:cstheme="majorHAnsi"/>
          <w:bCs/>
          <w:sz w:val="22"/>
          <w:lang w:val="pl-PL"/>
        </w:rPr>
        <w:t>3. Czy osoba wnioskująca może uzyskać pomoc w czasie, w którym jej potrzebuje?</w:t>
      </w:r>
    </w:p>
    <w:p w14:paraId="6F01FD73" w14:textId="415EF834" w:rsidR="00951D73" w:rsidRPr="00166654" w:rsidRDefault="00951D73" w:rsidP="00912F58">
      <w:pPr>
        <w:spacing w:before="120" w:after="120"/>
        <w:rPr>
          <w:rFonts w:asciiTheme="majorHAnsi" w:hAnsiTheme="majorHAnsi" w:cstheme="majorHAnsi"/>
          <w:bCs/>
          <w:sz w:val="22"/>
          <w:lang w:val="pl-PL"/>
        </w:rPr>
      </w:pPr>
      <w:r w:rsidRPr="00166654">
        <w:rPr>
          <w:rFonts w:ascii="Segoe UI Symbol" w:hAnsi="Segoe UI Symbol" w:cs="Segoe UI Symbol"/>
          <w:bCs/>
          <w:sz w:val="22"/>
          <w:lang w:val="pl-PL"/>
        </w:rPr>
        <w:t>☐</w:t>
      </w:r>
      <w:r w:rsidRPr="00166654">
        <w:rPr>
          <w:rFonts w:asciiTheme="majorHAnsi" w:hAnsiTheme="majorHAnsi" w:cstheme="majorHAnsi"/>
          <w:bCs/>
          <w:sz w:val="22"/>
          <w:lang w:val="pl-PL"/>
        </w:rPr>
        <w:t xml:space="preserve"> pomoc jest zazwyczaj dostępna </w:t>
      </w:r>
      <w:r w:rsidR="00BF7F15" w:rsidRPr="00BF7F15">
        <w:rPr>
          <w:rFonts w:asciiTheme="majorHAnsi" w:hAnsiTheme="majorHAnsi" w:cstheme="majorHAnsi"/>
          <w:bCs/>
          <w:sz w:val="22"/>
          <w:lang w:val="pl-PL"/>
        </w:rPr>
        <w:t>w czasie, w którym jest potrzebna</w:t>
      </w:r>
      <w:r w:rsidR="00BF7F15" w:rsidRPr="003D52E0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(</w:t>
      </w:r>
      <w:r w:rsidRPr="00166654">
        <w:rPr>
          <w:rFonts w:asciiTheme="majorHAnsi" w:hAnsiTheme="majorHAnsi" w:cstheme="majorHAnsi"/>
          <w:bCs/>
          <w:sz w:val="22"/>
          <w:lang w:val="pl-PL"/>
        </w:rPr>
        <w:t>0 pkt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55038609" w14:textId="5B176977" w:rsidR="00951D73" w:rsidRPr="00166654" w:rsidRDefault="00951D73" w:rsidP="00912F58">
      <w:pPr>
        <w:spacing w:before="120" w:after="120"/>
        <w:rPr>
          <w:rFonts w:asciiTheme="majorHAnsi" w:hAnsiTheme="majorHAnsi" w:cstheme="majorHAnsi"/>
          <w:bCs/>
          <w:sz w:val="22"/>
          <w:lang w:val="pl-PL"/>
        </w:rPr>
      </w:pPr>
      <w:r w:rsidRPr="00166654">
        <w:rPr>
          <w:rFonts w:ascii="Segoe UI Symbol" w:hAnsi="Segoe UI Symbol" w:cs="Segoe UI Symbol"/>
          <w:bCs/>
          <w:sz w:val="22"/>
          <w:lang w:val="pl-PL"/>
        </w:rPr>
        <w:t>☐</w:t>
      </w:r>
      <w:r w:rsidRPr="00166654">
        <w:rPr>
          <w:rFonts w:asciiTheme="majorHAnsi" w:hAnsiTheme="majorHAnsi" w:cstheme="majorHAnsi"/>
          <w:bCs/>
          <w:sz w:val="22"/>
          <w:lang w:val="pl-PL"/>
        </w:rPr>
        <w:t xml:space="preserve"> pomoc jest dostępna </w:t>
      </w:r>
      <w:r w:rsidR="00BF7F15" w:rsidRPr="00BF7F15">
        <w:rPr>
          <w:rFonts w:asciiTheme="majorHAnsi" w:hAnsiTheme="majorHAnsi" w:cstheme="majorHAnsi"/>
          <w:bCs/>
          <w:sz w:val="22"/>
          <w:lang w:val="pl-PL"/>
        </w:rPr>
        <w:t>tylko w określonych dniach, godzinach lub sytuacjach</w:t>
      </w:r>
      <w:r w:rsidR="00BF7F15" w:rsidRPr="003D52E0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(</w:t>
      </w:r>
      <w:r w:rsidRPr="00166654">
        <w:rPr>
          <w:rFonts w:asciiTheme="majorHAnsi" w:hAnsiTheme="majorHAnsi" w:cstheme="majorHAnsi"/>
          <w:bCs/>
          <w:sz w:val="22"/>
          <w:lang w:val="pl-PL"/>
        </w:rPr>
        <w:t>1 pkt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4ECC2DFE" w14:textId="1EDD2313" w:rsidR="00951D73" w:rsidRPr="00166654" w:rsidRDefault="00951D73" w:rsidP="00912F58">
      <w:pPr>
        <w:spacing w:before="120" w:after="120"/>
        <w:rPr>
          <w:rFonts w:asciiTheme="majorHAnsi" w:hAnsiTheme="majorHAnsi" w:cstheme="majorHAnsi"/>
          <w:bCs/>
          <w:sz w:val="22"/>
          <w:lang w:val="pl-PL"/>
        </w:rPr>
      </w:pPr>
      <w:r w:rsidRPr="00166654">
        <w:rPr>
          <w:rFonts w:ascii="Segoe UI Symbol" w:hAnsi="Segoe UI Symbol" w:cs="Segoe UI Symbol"/>
          <w:bCs/>
          <w:sz w:val="22"/>
          <w:lang w:val="pl-PL"/>
        </w:rPr>
        <w:t>☐</w:t>
      </w:r>
      <w:r w:rsidRPr="00166654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FD660E" w:rsidRPr="00FD660E">
        <w:rPr>
          <w:rFonts w:asciiTheme="majorHAnsi" w:hAnsiTheme="majorHAnsi" w:cstheme="majorHAnsi"/>
          <w:bCs/>
          <w:sz w:val="22"/>
          <w:lang w:val="pl-PL"/>
        </w:rPr>
        <w:t>pomoc zazwyczaj nie jest dostępna w czasie, w którym jest potrzebna</w:t>
      </w:r>
      <w:r w:rsidR="00FD660E" w:rsidRPr="003D52E0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(</w:t>
      </w:r>
      <w:r w:rsidRPr="00166654">
        <w:rPr>
          <w:rFonts w:asciiTheme="majorHAnsi" w:hAnsiTheme="majorHAnsi" w:cstheme="majorHAnsi"/>
          <w:bCs/>
          <w:sz w:val="22"/>
          <w:lang w:val="pl-PL"/>
        </w:rPr>
        <w:t>2 pkt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5578C37B" w14:textId="77777777" w:rsidR="00951D73" w:rsidRPr="00166654" w:rsidRDefault="00951D73" w:rsidP="00951D73">
      <w:pPr>
        <w:spacing w:before="240"/>
        <w:rPr>
          <w:rFonts w:asciiTheme="majorHAnsi" w:hAnsiTheme="majorHAnsi" w:cstheme="majorHAnsi"/>
          <w:sz w:val="22"/>
          <w:lang w:val="pl-PL"/>
        </w:rPr>
      </w:pPr>
      <w:r w:rsidRPr="00166654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166654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653F899D" w14:textId="07E66FE0" w:rsidR="00166654" w:rsidRPr="00912F58" w:rsidRDefault="00166654" w:rsidP="00166654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912F58">
        <w:rPr>
          <w:rFonts w:asciiTheme="majorHAnsi" w:eastAsiaTheme="minorHAnsi" w:hAnsiTheme="majorHAnsi" w:cstheme="majorHAnsi"/>
          <w:sz w:val="22"/>
          <w:lang w:val="pl-PL"/>
        </w:rPr>
        <w:t>4. W jakim stopniu otrzymywana pomoc odpowiada potrzebom osoby wnioskującej?</w:t>
      </w:r>
    </w:p>
    <w:p w14:paraId="7BB85387" w14:textId="0610E6A1" w:rsidR="00166654" w:rsidRPr="00912F58" w:rsidRDefault="00166654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 xml:space="preserve"> otrzymywana pomoc odpowiada większości potrzeb osoby</w:t>
      </w:r>
      <w:r w:rsidRPr="00166654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Pr="005C4CD1">
        <w:rPr>
          <w:rFonts w:asciiTheme="majorHAnsi" w:eastAsiaTheme="minorHAnsi" w:hAnsiTheme="majorHAnsi" w:cstheme="majorHAnsi"/>
          <w:sz w:val="22"/>
          <w:lang w:val="pl-PL"/>
        </w:rPr>
        <w:t>wnioskującej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 xml:space="preserve"> (0 pkt)</w:t>
      </w:r>
    </w:p>
    <w:p w14:paraId="086139DD" w14:textId="2C35DCB0" w:rsidR="00166654" w:rsidRPr="00912F58" w:rsidRDefault="00166654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 xml:space="preserve"> otrzymywana pomoc odpowiada części potrzeb osoby </w:t>
      </w:r>
      <w:r w:rsidRPr="005C4CD1">
        <w:rPr>
          <w:rFonts w:asciiTheme="majorHAnsi" w:eastAsiaTheme="minorHAnsi" w:hAnsiTheme="majorHAnsi" w:cstheme="majorHAnsi"/>
          <w:sz w:val="22"/>
          <w:lang w:val="pl-PL"/>
        </w:rPr>
        <w:t>wnioskującej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>
        <w:rPr>
          <w:rFonts w:asciiTheme="majorHAnsi" w:eastAsiaTheme="minorHAnsi" w:hAnsiTheme="majorHAnsi" w:cstheme="majorHAnsi"/>
          <w:sz w:val="22"/>
          <w:lang w:val="pl-PL"/>
        </w:rPr>
        <w:t>(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>1 pkt</w:t>
      </w:r>
      <w:r>
        <w:rPr>
          <w:rFonts w:asciiTheme="majorHAnsi" w:eastAsiaTheme="minorHAnsi" w:hAnsiTheme="majorHAnsi" w:cstheme="majorHAnsi"/>
          <w:sz w:val="22"/>
          <w:lang w:val="pl-PL"/>
        </w:rPr>
        <w:t>)</w:t>
      </w:r>
    </w:p>
    <w:p w14:paraId="65631167" w14:textId="1ED24D8E" w:rsidR="00D03A5E" w:rsidRPr="00166654" w:rsidRDefault="00166654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 xml:space="preserve"> otrzymywana pomoc </w:t>
      </w:r>
      <w:r w:rsidR="00BF7F15" w:rsidRPr="00BF7F15">
        <w:rPr>
          <w:rFonts w:asciiTheme="majorHAnsi" w:eastAsiaTheme="minorHAnsi" w:hAnsiTheme="majorHAnsi" w:cstheme="majorHAnsi"/>
          <w:sz w:val="22"/>
          <w:lang w:val="pl-PL"/>
        </w:rPr>
        <w:t xml:space="preserve">odpowiada jedynie niewielkiej części potrzeb osoby wnioskującej </w:t>
      </w:r>
      <w:r>
        <w:rPr>
          <w:rFonts w:asciiTheme="majorHAnsi" w:eastAsiaTheme="minorHAnsi" w:hAnsiTheme="majorHAnsi" w:cstheme="majorHAnsi"/>
          <w:sz w:val="22"/>
          <w:lang w:val="pl-PL"/>
        </w:rPr>
        <w:t>(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>2 pkt</w:t>
      </w:r>
      <w:r>
        <w:rPr>
          <w:rFonts w:asciiTheme="majorHAnsi" w:eastAsiaTheme="minorHAnsi" w:hAnsiTheme="majorHAnsi" w:cstheme="majorHAnsi"/>
          <w:sz w:val="22"/>
          <w:lang w:val="pl-PL"/>
        </w:rPr>
        <w:t>)</w:t>
      </w:r>
    </w:p>
    <w:p w14:paraId="1C8EE63C" w14:textId="7ABFBF36" w:rsidR="00F27C14" w:rsidRPr="00166654" w:rsidRDefault="00166654" w:rsidP="00EF3F0E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166654">
        <w:rPr>
          <w:rFonts w:asciiTheme="majorHAnsi" w:eastAsiaTheme="minorHAnsi" w:hAnsiTheme="majorHAnsi" w:cstheme="majorHAnsi"/>
          <w:sz w:val="22"/>
          <w:lang w:val="pl-PL"/>
        </w:rPr>
        <w:t>Łączna liczba punktów uzyskanych w części V:</w:t>
      </w:r>
      <w:r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F27C14" w:rsidRPr="00166654">
        <w:rPr>
          <w:rFonts w:asciiTheme="majorHAnsi" w:eastAsiaTheme="minorHAnsi" w:hAnsiTheme="majorHAnsi" w:cstheme="majorHAnsi"/>
          <w:sz w:val="22"/>
          <w:lang w:val="pl-PL"/>
        </w:rPr>
        <w:t>……….</w:t>
      </w:r>
      <w:r w:rsidR="003F1EE2" w:rsidRPr="003D52E0">
        <w:rPr>
          <w:rFonts w:asciiTheme="majorHAnsi" w:eastAsiaTheme="minorHAnsi" w:hAnsiTheme="majorHAnsi" w:cstheme="majorHAnsi"/>
          <w:sz w:val="22"/>
          <w:lang w:val="pl-PL"/>
        </w:rPr>
        <w:t>/</w:t>
      </w:r>
      <w:r>
        <w:rPr>
          <w:rFonts w:asciiTheme="majorHAnsi" w:eastAsiaTheme="minorHAnsi" w:hAnsiTheme="majorHAnsi" w:cstheme="majorHAnsi"/>
          <w:sz w:val="22"/>
          <w:lang w:val="pl-PL"/>
        </w:rPr>
        <w:t>6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F27C14" w:rsidRPr="00166654">
        <w:rPr>
          <w:rFonts w:asciiTheme="majorHAnsi" w:eastAsiaTheme="minorHAnsi" w:hAnsiTheme="majorHAnsi" w:cstheme="majorHAnsi"/>
          <w:sz w:val="22"/>
          <w:lang w:val="pl-PL"/>
        </w:rPr>
        <w:t xml:space="preserve">pkt. </w:t>
      </w:r>
    </w:p>
    <w:p w14:paraId="28F3D267" w14:textId="77777777" w:rsidR="00802740" w:rsidRDefault="00802740" w:rsidP="00912F58">
      <w:pPr>
        <w:spacing w:before="240" w:after="120"/>
        <w:rPr>
          <w:rFonts w:asciiTheme="majorHAnsi" w:hAnsiTheme="majorHAnsi" w:cstheme="majorHAnsi"/>
          <w:b/>
          <w:sz w:val="24"/>
          <w:szCs w:val="24"/>
          <w:lang w:val="pl-PL"/>
        </w:rPr>
      </w:pPr>
    </w:p>
    <w:p w14:paraId="7BE43CB8" w14:textId="77777777" w:rsidR="00802740" w:rsidRDefault="00802740" w:rsidP="00912F58">
      <w:pPr>
        <w:spacing w:before="240" w:after="120"/>
        <w:rPr>
          <w:rFonts w:asciiTheme="majorHAnsi" w:hAnsiTheme="majorHAnsi" w:cstheme="majorHAnsi"/>
          <w:b/>
          <w:sz w:val="24"/>
          <w:szCs w:val="24"/>
          <w:lang w:val="pl-PL"/>
        </w:rPr>
      </w:pPr>
    </w:p>
    <w:p w14:paraId="2CEFBCBA" w14:textId="2CDB80AD" w:rsidR="00F85714" w:rsidRPr="00166654" w:rsidRDefault="00F85714" w:rsidP="00912F58">
      <w:pPr>
        <w:spacing w:before="24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166654">
        <w:rPr>
          <w:rFonts w:asciiTheme="majorHAnsi" w:hAnsiTheme="majorHAnsi" w:cstheme="majorHAnsi"/>
          <w:b/>
          <w:sz w:val="24"/>
          <w:szCs w:val="24"/>
          <w:lang w:val="pl-PL"/>
        </w:rPr>
        <w:lastRenderedPageBreak/>
        <w:t>VI. WYNIKI OCENY:</w:t>
      </w:r>
    </w:p>
    <w:p w14:paraId="62AFE1C6" w14:textId="02F55174" w:rsidR="00F85714" w:rsidRPr="00166654" w:rsidRDefault="00166654" w:rsidP="00F85714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166654">
        <w:rPr>
          <w:rFonts w:asciiTheme="majorHAnsi" w:eastAsiaTheme="minorHAnsi" w:hAnsiTheme="majorHAnsi" w:cstheme="majorHAnsi"/>
          <w:sz w:val="22"/>
          <w:lang w:val="pl-PL"/>
        </w:rPr>
        <w:t xml:space="preserve">Łączna liczba punktów uzyskanych w części </w:t>
      </w:r>
      <w:r w:rsidR="00F85714" w:rsidRPr="00166654">
        <w:rPr>
          <w:rFonts w:asciiTheme="majorHAnsi" w:eastAsiaTheme="minorHAnsi" w:hAnsiTheme="majorHAnsi" w:cstheme="majorHAnsi"/>
          <w:sz w:val="22"/>
          <w:lang w:val="pl-PL"/>
        </w:rPr>
        <w:t>III, IV i V: ……….</w:t>
      </w:r>
      <w:r w:rsidR="00117C96" w:rsidRPr="00166654">
        <w:rPr>
          <w:rFonts w:asciiTheme="majorHAnsi" w:eastAsiaTheme="minorHAnsi" w:hAnsiTheme="majorHAnsi" w:cstheme="majorHAnsi"/>
          <w:sz w:val="22"/>
          <w:lang w:val="pl-PL"/>
        </w:rPr>
        <w:t>/2</w:t>
      </w:r>
      <w:r>
        <w:rPr>
          <w:rFonts w:asciiTheme="majorHAnsi" w:eastAsiaTheme="minorHAnsi" w:hAnsiTheme="majorHAnsi" w:cstheme="majorHAnsi"/>
          <w:sz w:val="22"/>
          <w:lang w:val="pl-PL"/>
        </w:rPr>
        <w:t>4</w:t>
      </w:r>
      <w:r w:rsidR="00F85714" w:rsidRPr="00166654">
        <w:rPr>
          <w:rFonts w:asciiTheme="majorHAnsi" w:eastAsiaTheme="minorHAnsi" w:hAnsiTheme="majorHAnsi" w:cstheme="majorHAnsi"/>
          <w:sz w:val="22"/>
          <w:lang w:val="pl-PL"/>
        </w:rPr>
        <w:t xml:space="preserve"> pkt. </w:t>
      </w:r>
    </w:p>
    <w:p w14:paraId="0427FB00" w14:textId="1842858B" w:rsidR="00F85714" w:rsidRPr="000516A1" w:rsidRDefault="00DE7B42" w:rsidP="00802740">
      <w:pPr>
        <w:spacing w:before="240" w:after="0"/>
        <w:rPr>
          <w:rFonts w:asciiTheme="majorHAnsi" w:hAnsiTheme="majorHAnsi" w:cstheme="majorHAnsi"/>
          <w:bCs/>
          <w:sz w:val="22"/>
          <w:lang w:val="pl-PL"/>
        </w:rPr>
      </w:pPr>
      <w:r w:rsidRPr="00DE7B42">
        <w:rPr>
          <w:rFonts w:asciiTheme="majorHAnsi" w:hAnsiTheme="majorHAnsi" w:cstheme="majorHAnsi"/>
          <w:bCs/>
          <w:sz w:val="22"/>
          <w:lang w:val="pl-PL"/>
        </w:rPr>
        <w:t>Podsumowanie i uzasadnienie wyniku oceny</w:t>
      </w:r>
      <w:r w:rsidR="00F85714" w:rsidRPr="000516A1">
        <w:rPr>
          <w:rFonts w:asciiTheme="majorHAnsi" w:hAnsiTheme="majorHAnsi" w:cstheme="majorHAnsi"/>
          <w:bCs/>
          <w:sz w:val="22"/>
          <w:lang w:val="pl-PL"/>
        </w:rPr>
        <w:t>:</w:t>
      </w:r>
    </w:p>
    <w:p w14:paraId="2139BF38" w14:textId="6280E6F5" w:rsidR="00F85714" w:rsidRPr="000516A1" w:rsidRDefault="00F85714" w:rsidP="00802740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851F71" w14:textId="383DEB71" w:rsidR="00F85714" w:rsidRDefault="00F85714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3A7E1B27" w14:textId="366B49AE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4CF66E87" w14:textId="044B0C11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4E1AA4B8" w14:textId="09737CA0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2E80B9D4" w14:textId="2172489B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3858182F" w14:textId="16523C4F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6BE06981" w14:textId="40953559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372C75AB" w14:textId="3DCE5F0E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15B4588E" w14:textId="3307157B" w:rsidR="00D03A5E" w:rsidRPr="000516A1" w:rsidRDefault="00D03A5E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V</w:t>
      </w:r>
      <w:r w:rsidR="00761B04"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="00F85714"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. KRYTERIA PIERWSZEŃSTWA:</w:t>
      </w:r>
    </w:p>
    <w:p w14:paraId="05962A4E" w14:textId="77777777" w:rsidR="00DE7B42" w:rsidRDefault="00DE7B42" w:rsidP="00DE7B42">
      <w:pPr>
        <w:rPr>
          <w:rFonts w:asciiTheme="majorHAnsi" w:hAnsiTheme="majorHAnsi" w:cstheme="majorHAnsi"/>
          <w:b/>
          <w:sz w:val="22"/>
          <w:lang w:val="pl-PL"/>
        </w:rPr>
      </w:pPr>
    </w:p>
    <w:p w14:paraId="23607860" w14:textId="46F6CFFE" w:rsidR="00DE7B42" w:rsidRDefault="00DE7B42" w:rsidP="00DE7B42">
      <w:pPr>
        <w:rPr>
          <w:rFonts w:asciiTheme="majorHAnsi" w:hAnsiTheme="majorHAnsi" w:cstheme="majorHAnsi"/>
          <w:b/>
          <w:sz w:val="22"/>
          <w:lang w:val="pl-PL"/>
        </w:rPr>
      </w:pPr>
      <w:r w:rsidRPr="003D52E0">
        <w:rPr>
          <w:rFonts w:asciiTheme="majorHAnsi" w:hAnsiTheme="majorHAnsi" w:cstheme="majorHAnsi"/>
          <w:b/>
          <w:sz w:val="22"/>
          <w:lang w:val="pl-PL"/>
        </w:rPr>
        <w:t>Uwaga: kryteria pierwszeństwa określone w części IV ust. 10 Programu stosuje się wyłącznie w przypadku, gdy wyniki oceny indywidualnej sytuacji osób zgłoszonych do Programu nie pozwalają na wyłonienie uczestników Programu.</w:t>
      </w:r>
    </w:p>
    <w:p w14:paraId="090D37CD" w14:textId="7C61BC44" w:rsidR="00ED55B8" w:rsidRPr="003D52E0" w:rsidRDefault="003D52E0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Theme="majorHAnsi" w:eastAsiaTheme="minorHAnsi" w:hAnsiTheme="majorHAnsi" w:cstheme="majorHAnsi"/>
          <w:sz w:val="22"/>
          <w:lang w:val="pl-PL"/>
        </w:rPr>
        <w:t>Proszę wskazać, czy osoba wnioskująca spełnia którekolwiek z poniższych kryteriów pierwszeństwa określonych w części IV ust. 10 Programu</w:t>
      </w:r>
      <w:r w:rsidR="00ED55B8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: </w:t>
      </w:r>
    </w:p>
    <w:p w14:paraId="6DF2FFAA" w14:textId="76D089DD" w:rsidR="00FE13E2" w:rsidRPr="003D52E0" w:rsidRDefault="00ED55B8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630C7D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Osoba wnioskująca </w:t>
      </w:r>
      <w:r w:rsidR="00FE13E2" w:rsidRPr="00912F58">
        <w:rPr>
          <w:rFonts w:asciiTheme="majorHAnsi" w:hAnsiTheme="majorHAnsi" w:cstheme="majorHAnsi"/>
          <w:bCs/>
          <w:color w:val="000000"/>
          <w:sz w:val="22"/>
          <w:lang w:val="pl-PL"/>
        </w:rPr>
        <w:t>samotnie zamieszkuj</w:t>
      </w:r>
      <w:r w:rsidR="003D52E0">
        <w:rPr>
          <w:rFonts w:asciiTheme="majorHAnsi" w:hAnsiTheme="majorHAnsi" w:cstheme="majorHAnsi"/>
          <w:bCs/>
          <w:color w:val="000000"/>
          <w:sz w:val="22"/>
          <w:lang w:val="pl-PL"/>
        </w:rPr>
        <w:t>e</w:t>
      </w:r>
      <w:r w:rsidR="00FE13E2" w:rsidRPr="00912F58">
        <w:rPr>
          <w:rFonts w:asciiTheme="majorHAnsi" w:hAnsiTheme="majorHAnsi" w:cstheme="majorHAnsi"/>
          <w:bCs/>
          <w:color w:val="000000"/>
          <w:sz w:val="22"/>
          <w:lang w:val="pl-PL"/>
        </w:rPr>
        <w:t xml:space="preserve"> i gospodaruj</w:t>
      </w:r>
      <w:r w:rsidR="003D52E0">
        <w:rPr>
          <w:rFonts w:asciiTheme="majorHAnsi" w:hAnsiTheme="majorHAnsi" w:cstheme="majorHAnsi"/>
          <w:bCs/>
          <w:color w:val="000000"/>
          <w:sz w:val="22"/>
          <w:lang w:val="pl-PL"/>
        </w:rPr>
        <w:t>e</w:t>
      </w:r>
      <w:r w:rsidR="00631CA7">
        <w:rPr>
          <w:rFonts w:asciiTheme="majorHAnsi" w:hAnsiTheme="majorHAnsi" w:cstheme="majorHAnsi"/>
          <w:bCs/>
          <w:color w:val="000000"/>
          <w:sz w:val="22"/>
          <w:lang w:val="pl-PL"/>
        </w:rPr>
        <w:t xml:space="preserve"> oraz </w:t>
      </w:r>
      <w:r w:rsidR="00FE13E2" w:rsidRPr="00504D57">
        <w:rPr>
          <w:rFonts w:asciiTheme="majorHAnsi" w:hAnsiTheme="majorHAnsi" w:cstheme="majorHAnsi"/>
          <w:bCs/>
          <w:color w:val="000000"/>
          <w:sz w:val="22"/>
          <w:lang w:val="pl-PL"/>
        </w:rPr>
        <w:t>nie korzysta ze wsparcia innych osób.</w:t>
      </w:r>
    </w:p>
    <w:p w14:paraId="7F3FDF79" w14:textId="2208BF65" w:rsidR="00ED55B8" w:rsidRPr="003D52E0" w:rsidRDefault="00ED55B8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630C7D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Osoba wnioskująca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wspólnie zamieszkuj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>e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i gospodaruj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>e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z inną osobą z niepełnosprawnością, spełniającą warunki, o których mowa w części III ust. 2 Programu, przy czym 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 xml:space="preserve">osoby te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nie ma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 xml:space="preserve">ją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możliwości wzajemnego wsparcia oraz nie korzysta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>ją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ze wsparcia innych osób.</w:t>
      </w:r>
    </w:p>
    <w:p w14:paraId="506D0EFB" w14:textId="7858FB8C" w:rsidR="00ED55B8" w:rsidRPr="003D52E0" w:rsidRDefault="00ED55B8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630C7D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Osoba wnioskująca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przebywa w rodzinnej pieczy zastępczej, w rozumieniu ustawy z dnia 9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> 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czerwca 2011 r. o wspieraniu rodziny i systemie pieczy zastępczej (Dz. U. z 202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>6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r. poz. 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>980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), tj.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 xml:space="preserve"> jest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dzieckiem lub osobą przebywającą w rodzinie zastępczej (spokrewnionej, niezawodowej lub zawodowej) lub w rodzinnym domu dziecka.</w:t>
      </w:r>
    </w:p>
    <w:p w14:paraId="1BFAD80E" w14:textId="4BD9C560" w:rsidR="00F85714" w:rsidRPr="003D52E0" w:rsidRDefault="00ED55B8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630C7D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Osoba wnioskująca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przebywa w placówce opiekuńczo-wychowawczej typu rodzinnego w rozumieniu ustawy z dnia 9 czerwca 2011 r. o wspieraniu rodziny i systemie pieczy zastępczej, tj.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 xml:space="preserve"> jest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dzieckiem lub osobą przebywającą w tej placówce, 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>w której</w:t>
      </w:r>
      <w:r w:rsidR="00631CA7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wyłączną opiekę sprawują małżonkowie lub osoba niepozostająca w związku małżeńskim.</w:t>
      </w:r>
    </w:p>
    <w:p w14:paraId="5CAE29A4" w14:textId="115E215C" w:rsidR="003D52E0" w:rsidRPr="003D52E0" w:rsidRDefault="003D52E0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osoba wnioskująca nie spełnia żadnego z powyższych kryteriów</w:t>
      </w:r>
    </w:p>
    <w:p w14:paraId="250745F6" w14:textId="57CFD01A" w:rsidR="00CD12B9" w:rsidRPr="000516A1" w:rsidRDefault="00ED33F4" w:rsidP="002C4A33">
      <w:pPr>
        <w:spacing w:before="240"/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/>
          <w:sz w:val="22"/>
          <w:lang w:val="pl-PL"/>
        </w:rPr>
        <w:t>Osoby</w:t>
      </w:r>
      <w:r w:rsidR="001800F0" w:rsidRPr="000516A1">
        <w:rPr>
          <w:rFonts w:asciiTheme="majorHAnsi" w:hAnsiTheme="majorHAnsi" w:cstheme="majorHAnsi"/>
          <w:b/>
          <w:sz w:val="22"/>
          <w:lang w:val="pl-PL"/>
        </w:rPr>
        <w:t xml:space="preserve"> dokonujące oceny:</w:t>
      </w:r>
    </w:p>
    <w:p w14:paraId="2313B95F" w14:textId="77777777" w:rsidR="00CD12B9" w:rsidRPr="000516A1" w:rsidRDefault="001800F0">
      <w:pPr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sz w:val="22"/>
          <w:lang w:val="pl-PL"/>
        </w:rPr>
        <w:t>1. ............................................................................................................................</w:t>
      </w:r>
    </w:p>
    <w:p w14:paraId="46BB4488" w14:textId="77777777" w:rsidR="00CD12B9" w:rsidRPr="000516A1" w:rsidRDefault="001800F0">
      <w:pPr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sz w:val="22"/>
          <w:lang w:val="pl-PL"/>
        </w:rPr>
        <w:t>2. ............................................................................................................................</w:t>
      </w:r>
    </w:p>
    <w:p w14:paraId="7A8FB3E8" w14:textId="5A6F659D" w:rsidR="00E76B55" w:rsidRPr="000516A1" w:rsidRDefault="00FE74A6" w:rsidP="00FE74A6">
      <w:pPr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sz w:val="22"/>
          <w:lang w:val="pl-PL"/>
        </w:rPr>
        <w:t>3. ............................................................................................................................</w:t>
      </w:r>
    </w:p>
    <w:p w14:paraId="6D63FEF6" w14:textId="7C75CD09" w:rsidR="00630C7D" w:rsidRPr="000516A1" w:rsidRDefault="00630C7D" w:rsidP="00630C7D">
      <w:pPr>
        <w:spacing w:before="600" w:line="360" w:lineRule="auto"/>
        <w:rPr>
          <w:rFonts w:ascii="Calibri" w:hAnsi="Calibri" w:cs="Calibri"/>
          <w:sz w:val="22"/>
          <w:lang w:val="pl-PL"/>
        </w:rPr>
      </w:pPr>
      <w:r w:rsidRPr="000516A1">
        <w:rPr>
          <w:rFonts w:ascii="Calibri" w:hAnsi="Calibri" w:cs="Calibri"/>
          <w:sz w:val="22"/>
          <w:lang w:val="pl-PL"/>
        </w:rPr>
        <w:t>Miejscowość ……………………………………..., data ………………………</w:t>
      </w:r>
      <w:r w:rsidR="005965C9">
        <w:rPr>
          <w:rFonts w:ascii="Calibri" w:hAnsi="Calibri" w:cs="Calibri"/>
          <w:sz w:val="22"/>
          <w:lang w:val="pl-PL"/>
        </w:rPr>
        <w:t>…………………………….</w:t>
      </w:r>
    </w:p>
    <w:p w14:paraId="1940F923" w14:textId="5AF7FC33" w:rsidR="00CD12B9" w:rsidRPr="000516A1" w:rsidRDefault="00E76B55" w:rsidP="002C4A33">
      <w:pPr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sz w:val="22"/>
          <w:lang w:val="pl-PL"/>
        </w:rPr>
        <w:t>Nr karty oceny (nadany przez realizatora Programu):………….……………………………..</w:t>
      </w:r>
    </w:p>
    <w:sectPr w:rsidR="00CD12B9" w:rsidRPr="000516A1" w:rsidSect="00FE74A6">
      <w:footerReference w:type="default" r:id="rId8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5025D" w14:textId="77777777" w:rsidR="005B336C" w:rsidRDefault="005B336C">
      <w:pPr>
        <w:spacing w:after="0"/>
      </w:pPr>
      <w:r>
        <w:separator/>
      </w:r>
    </w:p>
  </w:endnote>
  <w:endnote w:type="continuationSeparator" w:id="0">
    <w:p w14:paraId="3005E44B" w14:textId="77777777" w:rsidR="005B336C" w:rsidRDefault="005B33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7396427"/>
      <w:docPartObj>
        <w:docPartGallery w:val="Page Numbers (Bottom of Page)"/>
        <w:docPartUnique/>
      </w:docPartObj>
    </w:sdtPr>
    <w:sdtEndPr/>
    <w:sdtContent>
      <w:p w14:paraId="2ADB9B7B" w14:textId="04E4BA0F" w:rsidR="002517B8" w:rsidRDefault="002517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4FE09A22" w14:textId="77777777" w:rsidR="002517B8" w:rsidRDefault="002517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9C1DE" w14:textId="77777777" w:rsidR="005B336C" w:rsidRDefault="005B336C">
      <w:pPr>
        <w:spacing w:after="0"/>
      </w:pPr>
      <w:r>
        <w:separator/>
      </w:r>
    </w:p>
  </w:footnote>
  <w:footnote w:type="continuationSeparator" w:id="0">
    <w:p w14:paraId="56474C0C" w14:textId="77777777" w:rsidR="005B336C" w:rsidRDefault="005B336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BA4E08"/>
    <w:multiLevelType w:val="hybridMultilevel"/>
    <w:tmpl w:val="20EC7958"/>
    <w:lvl w:ilvl="0" w:tplc="3684D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493F8A"/>
    <w:multiLevelType w:val="hybridMultilevel"/>
    <w:tmpl w:val="AB36A2CA"/>
    <w:lvl w:ilvl="0" w:tplc="54C8E2C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61339"/>
    <w:multiLevelType w:val="hybridMultilevel"/>
    <w:tmpl w:val="3604C0BE"/>
    <w:lvl w:ilvl="0" w:tplc="209C5536">
      <w:start w:val="1"/>
      <w:numFmt w:val="bullet"/>
      <w:lvlText w:val="−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11098"/>
    <w:multiLevelType w:val="multilevel"/>
    <w:tmpl w:val="761ED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5ED762B"/>
    <w:multiLevelType w:val="hybridMultilevel"/>
    <w:tmpl w:val="C56432C2"/>
    <w:lvl w:ilvl="0" w:tplc="10A4C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83B03"/>
    <w:multiLevelType w:val="hybridMultilevel"/>
    <w:tmpl w:val="AB321E3C"/>
    <w:lvl w:ilvl="0" w:tplc="2ED2B1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5E260D"/>
    <w:multiLevelType w:val="hybridMultilevel"/>
    <w:tmpl w:val="F006A26E"/>
    <w:lvl w:ilvl="0" w:tplc="39EEDA4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D484A"/>
    <w:multiLevelType w:val="hybridMultilevel"/>
    <w:tmpl w:val="F1D28D5C"/>
    <w:lvl w:ilvl="0" w:tplc="17C67E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72BD5"/>
    <w:multiLevelType w:val="hybridMultilevel"/>
    <w:tmpl w:val="15A25E26"/>
    <w:lvl w:ilvl="0" w:tplc="0E149B3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5689F"/>
    <w:multiLevelType w:val="hybridMultilevel"/>
    <w:tmpl w:val="F7B0D58C"/>
    <w:lvl w:ilvl="0" w:tplc="2D64D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7797A"/>
    <w:multiLevelType w:val="hybridMultilevel"/>
    <w:tmpl w:val="37DA1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CA316D"/>
    <w:multiLevelType w:val="hybridMultilevel"/>
    <w:tmpl w:val="6AE8A56C"/>
    <w:lvl w:ilvl="0" w:tplc="672ECC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A73EA"/>
    <w:multiLevelType w:val="hybridMultilevel"/>
    <w:tmpl w:val="4112DD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4"/>
  </w:num>
  <w:num w:numId="12">
    <w:abstractNumId w:val="16"/>
  </w:num>
  <w:num w:numId="13">
    <w:abstractNumId w:val="18"/>
  </w:num>
  <w:num w:numId="14">
    <w:abstractNumId w:val="9"/>
  </w:num>
  <w:num w:numId="15">
    <w:abstractNumId w:val="21"/>
  </w:num>
  <w:num w:numId="16">
    <w:abstractNumId w:val="12"/>
  </w:num>
  <w:num w:numId="17">
    <w:abstractNumId w:val="17"/>
  </w:num>
  <w:num w:numId="18">
    <w:abstractNumId w:val="15"/>
  </w:num>
  <w:num w:numId="19">
    <w:abstractNumId w:val="10"/>
  </w:num>
  <w:num w:numId="20">
    <w:abstractNumId w:val="20"/>
  </w:num>
  <w:num w:numId="21">
    <w:abstractNumId w:val="19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16A1"/>
    <w:rsid w:val="0006063C"/>
    <w:rsid w:val="000B7973"/>
    <w:rsid w:val="000E3BB2"/>
    <w:rsid w:val="00102496"/>
    <w:rsid w:val="00105CBC"/>
    <w:rsid w:val="00117C96"/>
    <w:rsid w:val="001266D5"/>
    <w:rsid w:val="0015074B"/>
    <w:rsid w:val="00166654"/>
    <w:rsid w:val="001728C8"/>
    <w:rsid w:val="001800F0"/>
    <w:rsid w:val="001814D2"/>
    <w:rsid w:val="001B7341"/>
    <w:rsid w:val="002207BB"/>
    <w:rsid w:val="002346E4"/>
    <w:rsid w:val="002517B8"/>
    <w:rsid w:val="00252229"/>
    <w:rsid w:val="0029639D"/>
    <w:rsid w:val="002C4A33"/>
    <w:rsid w:val="002F5486"/>
    <w:rsid w:val="003052A7"/>
    <w:rsid w:val="00326F90"/>
    <w:rsid w:val="003B52A7"/>
    <w:rsid w:val="003C4D21"/>
    <w:rsid w:val="003D52E0"/>
    <w:rsid w:val="003F1EE2"/>
    <w:rsid w:val="004C30C0"/>
    <w:rsid w:val="004C4133"/>
    <w:rsid w:val="004C47E6"/>
    <w:rsid w:val="004D5784"/>
    <w:rsid w:val="005043AA"/>
    <w:rsid w:val="00504D57"/>
    <w:rsid w:val="00535676"/>
    <w:rsid w:val="005536CE"/>
    <w:rsid w:val="00553B07"/>
    <w:rsid w:val="00573D95"/>
    <w:rsid w:val="005965C9"/>
    <w:rsid w:val="005B336C"/>
    <w:rsid w:val="005C3548"/>
    <w:rsid w:val="005D5031"/>
    <w:rsid w:val="005F14B4"/>
    <w:rsid w:val="00630C7D"/>
    <w:rsid w:val="00631CA7"/>
    <w:rsid w:val="00663128"/>
    <w:rsid w:val="006F64D2"/>
    <w:rsid w:val="00761B04"/>
    <w:rsid w:val="007628B9"/>
    <w:rsid w:val="0079563D"/>
    <w:rsid w:val="007A1642"/>
    <w:rsid w:val="007B164A"/>
    <w:rsid w:val="007E01F3"/>
    <w:rsid w:val="007E7A35"/>
    <w:rsid w:val="007F52AD"/>
    <w:rsid w:val="00802740"/>
    <w:rsid w:val="00815F1B"/>
    <w:rsid w:val="00912F58"/>
    <w:rsid w:val="00951D73"/>
    <w:rsid w:val="009567C1"/>
    <w:rsid w:val="00967F08"/>
    <w:rsid w:val="009E1E4B"/>
    <w:rsid w:val="009F3AE3"/>
    <w:rsid w:val="00A84D99"/>
    <w:rsid w:val="00AA1D8D"/>
    <w:rsid w:val="00AA5214"/>
    <w:rsid w:val="00AD54CC"/>
    <w:rsid w:val="00B23A3B"/>
    <w:rsid w:val="00B47730"/>
    <w:rsid w:val="00B531F6"/>
    <w:rsid w:val="00B6776F"/>
    <w:rsid w:val="00BE5278"/>
    <w:rsid w:val="00BF7F15"/>
    <w:rsid w:val="00C51922"/>
    <w:rsid w:val="00C64D84"/>
    <w:rsid w:val="00C95E35"/>
    <w:rsid w:val="00CB0664"/>
    <w:rsid w:val="00CB5637"/>
    <w:rsid w:val="00CD12B9"/>
    <w:rsid w:val="00CD382F"/>
    <w:rsid w:val="00CE187A"/>
    <w:rsid w:val="00CE5086"/>
    <w:rsid w:val="00CE791F"/>
    <w:rsid w:val="00D03A5E"/>
    <w:rsid w:val="00D75B14"/>
    <w:rsid w:val="00DA754E"/>
    <w:rsid w:val="00DD4448"/>
    <w:rsid w:val="00DE7B42"/>
    <w:rsid w:val="00DF6D11"/>
    <w:rsid w:val="00E13B10"/>
    <w:rsid w:val="00E3676B"/>
    <w:rsid w:val="00E40248"/>
    <w:rsid w:val="00E45E2B"/>
    <w:rsid w:val="00E46991"/>
    <w:rsid w:val="00E76B55"/>
    <w:rsid w:val="00E9363D"/>
    <w:rsid w:val="00E95ABB"/>
    <w:rsid w:val="00EC72F2"/>
    <w:rsid w:val="00ED33F4"/>
    <w:rsid w:val="00ED4AE9"/>
    <w:rsid w:val="00ED55B8"/>
    <w:rsid w:val="00EF3F0E"/>
    <w:rsid w:val="00F1438D"/>
    <w:rsid w:val="00F26771"/>
    <w:rsid w:val="00F27C14"/>
    <w:rsid w:val="00F85714"/>
    <w:rsid w:val="00FC693F"/>
    <w:rsid w:val="00FD660E"/>
    <w:rsid w:val="00FE13E2"/>
    <w:rsid w:val="00FE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E5FDD2"/>
  <w14:defaultImageDpi w14:val="300"/>
  <w15:docId w15:val="{61E69E14-2043-4966-AA62-2C8CA1C7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28C8"/>
    <w:pPr>
      <w:spacing w:after="40" w:line="240" w:lineRule="auto"/>
    </w:pPr>
    <w:rPr>
      <w:rFonts w:ascii="Arial" w:hAnsi="Arial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00" w:after="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100" w:after="6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3B52A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4CC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54CC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54C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517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3F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3F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3F0E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3F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3F0E"/>
    <w:rPr>
      <w:rFonts w:ascii="Arial" w:hAnsi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F3F0E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6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2255</Words>
  <Characters>13536</Characters>
  <Application>Microsoft Office Word</Application>
  <DocSecurity>0</DocSecurity>
  <Lines>112</Lines>
  <Paragraphs>31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15760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Kozubowski Aleksander</cp:lastModifiedBy>
  <cp:revision>10</cp:revision>
  <dcterms:created xsi:type="dcterms:W3CDTF">2026-08-19T10:52:00Z</dcterms:created>
  <dcterms:modified xsi:type="dcterms:W3CDTF">2026-08-28T14:27:00Z</dcterms:modified>
  <cp:category/>
</cp:coreProperties>
</file>