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7159" w14:textId="00026C54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1F102280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</w:p>
    <w:bookmarkEnd w:id="0"/>
    <w:p w14:paraId="490840B2" w14:textId="5EB9FE0B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„Asystent osobisty osoby z niepełnosprawnością” dla </w:t>
      </w:r>
      <w:r w:rsidR="007B269F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Organizacji Pozarządowych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 - edycja 2027</w:t>
      </w:r>
    </w:p>
    <w:p w14:paraId="29594D64" w14:textId="70F580DE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  <w:r w:rsidRPr="000516A1">
        <w:rPr>
          <w:rFonts w:asciiTheme="majorHAnsi" w:eastAsiaTheme="minorHAnsi" w:hAnsiTheme="majorHAnsi" w:cstheme="majorHAnsi"/>
          <w:i/>
          <w:sz w:val="24"/>
          <w:szCs w:val="20"/>
          <w:lang w:val="pl-PL"/>
        </w:rPr>
        <w:t xml:space="preserve">WZÓR </w:t>
      </w:r>
    </w:p>
    <w:p w14:paraId="7F19F529" w14:textId="2053C5FD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</w:t>
      </w:r>
      <w:r w:rsidR="007B269F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Organizacji Pozarządowych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48DF3428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</w:t>
      </w:r>
      <w:r w:rsidR="007B269F">
        <w:rPr>
          <w:rFonts w:asciiTheme="majorHAnsi" w:hAnsiTheme="majorHAnsi" w:cstheme="majorHAnsi"/>
          <w:b/>
          <w:sz w:val="24"/>
          <w:szCs w:val="24"/>
          <w:lang w:val="pl-PL"/>
        </w:rPr>
        <w:t xml:space="preserve">Organizacji Pozarządowych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…………………………….…...................…….................………...............................................………………..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…………………………….…...................…….................………...............................................………….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1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1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lastRenderedPageBreak/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….……………………………………………………………………………………………………………………………………………………………………………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lastRenderedPageBreak/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……….</w:t>
      </w:r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……….</w:t>
      </w:r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35E0B3A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 xml:space="preserve">Uwaga: kryteria pierwszeństwa określone w części </w:t>
      </w:r>
      <w:r w:rsidRPr="00674B80">
        <w:rPr>
          <w:rFonts w:asciiTheme="majorHAnsi" w:hAnsiTheme="majorHAnsi" w:cstheme="majorHAnsi"/>
          <w:b/>
          <w:sz w:val="22"/>
          <w:lang w:val="pl-PL"/>
        </w:rPr>
        <w:t xml:space="preserve">IV ust. </w:t>
      </w:r>
      <w:r w:rsidR="00674B80" w:rsidRPr="00674B80">
        <w:rPr>
          <w:rFonts w:asciiTheme="majorHAnsi" w:hAnsiTheme="majorHAnsi" w:cstheme="majorHAnsi"/>
          <w:b/>
          <w:sz w:val="22"/>
          <w:lang w:val="pl-PL"/>
        </w:rPr>
        <w:t>1</w:t>
      </w:r>
      <w:r w:rsidR="00674B80">
        <w:rPr>
          <w:rFonts w:asciiTheme="majorHAnsi" w:hAnsiTheme="majorHAnsi" w:cstheme="majorHAnsi"/>
          <w:b/>
          <w:sz w:val="22"/>
          <w:lang w:val="pl-PL"/>
        </w:rPr>
        <w:t>1</w:t>
      </w:r>
      <w:r w:rsidR="00674B80" w:rsidRPr="00674B80">
        <w:rPr>
          <w:rFonts w:asciiTheme="majorHAnsi" w:hAnsiTheme="majorHAnsi" w:cstheme="majorHAnsi"/>
          <w:b/>
          <w:sz w:val="22"/>
          <w:lang w:val="pl-PL"/>
        </w:rPr>
        <w:t xml:space="preserve"> </w:t>
      </w:r>
      <w:r w:rsidRPr="00674B80">
        <w:rPr>
          <w:rFonts w:asciiTheme="majorHAnsi" w:hAnsiTheme="majorHAnsi" w:cstheme="majorHAnsi"/>
          <w:b/>
          <w:sz w:val="22"/>
          <w:lang w:val="pl-PL"/>
        </w:rPr>
        <w:t>Programu</w:t>
      </w:r>
      <w:r w:rsidRPr="003D52E0">
        <w:rPr>
          <w:rFonts w:asciiTheme="majorHAnsi" w:hAnsiTheme="majorHAnsi" w:cstheme="majorHAnsi"/>
          <w:b/>
          <w:sz w:val="22"/>
          <w:lang w:val="pl-PL"/>
        </w:rPr>
        <w:t xml:space="preserve"> stosuje się wyłącznie w przypadku, gdy wyniki oceny indywidualnej sytuacji osób zgłoszonych do Programu nie pozwalają na wyłonienie uczestników Programu.</w:t>
      </w:r>
    </w:p>
    <w:p w14:paraId="090D37CD" w14:textId="0859E930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Proszę wskazać, czy osoba wnioskująca spełnia którekolwiek z poniższych kryteriów pierwszeństwa określonych w części IV ust. </w:t>
      </w:r>
      <w:r w:rsidR="00674B80"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674B80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674B80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Programu):………….……………………………..</w:t>
      </w:r>
    </w:p>
    <w:sectPr w:rsidR="00CD12B9" w:rsidRPr="000516A1" w:rsidSect="00FE74A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5025D" w14:textId="77777777" w:rsidR="005B336C" w:rsidRDefault="005B336C">
      <w:pPr>
        <w:spacing w:after="0"/>
      </w:pPr>
      <w:r>
        <w:separator/>
      </w:r>
    </w:p>
  </w:endnote>
  <w:endnote w:type="continuationSeparator" w:id="0">
    <w:p w14:paraId="3005E44B" w14:textId="77777777" w:rsidR="005B336C" w:rsidRDefault="005B33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396427"/>
      <w:docPartObj>
        <w:docPartGallery w:val="Page Numbers (Bottom of Page)"/>
        <w:docPartUnique/>
      </w:docPartObj>
    </w:sdtPr>
    <w:sdtEndPr/>
    <w:sdtContent>
      <w:p w14:paraId="2ADB9B7B" w14:textId="04E4BA0F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C1DE" w14:textId="77777777" w:rsidR="005B336C" w:rsidRDefault="005B336C">
      <w:pPr>
        <w:spacing w:after="0"/>
      </w:pPr>
      <w:r>
        <w:separator/>
      </w:r>
    </w:p>
  </w:footnote>
  <w:footnote w:type="continuationSeparator" w:id="0">
    <w:p w14:paraId="56474C0C" w14:textId="77777777" w:rsidR="005B336C" w:rsidRDefault="005B33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16"/>
  </w:num>
  <w:num w:numId="13">
    <w:abstractNumId w:val="18"/>
  </w:num>
  <w:num w:numId="14">
    <w:abstractNumId w:val="9"/>
  </w:num>
  <w:num w:numId="15">
    <w:abstractNumId w:val="21"/>
  </w:num>
  <w:num w:numId="16">
    <w:abstractNumId w:val="12"/>
  </w:num>
  <w:num w:numId="17">
    <w:abstractNumId w:val="17"/>
  </w:num>
  <w:num w:numId="18">
    <w:abstractNumId w:val="15"/>
  </w:num>
  <w:num w:numId="19">
    <w:abstractNumId w:val="10"/>
  </w:num>
  <w:num w:numId="20">
    <w:abstractNumId w:val="20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6A1"/>
    <w:rsid w:val="0006063C"/>
    <w:rsid w:val="000B7973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9639D"/>
    <w:rsid w:val="002C4A33"/>
    <w:rsid w:val="002F5486"/>
    <w:rsid w:val="003052A7"/>
    <w:rsid w:val="00326F90"/>
    <w:rsid w:val="003B52A7"/>
    <w:rsid w:val="003C4D21"/>
    <w:rsid w:val="003D52E0"/>
    <w:rsid w:val="003F1EE2"/>
    <w:rsid w:val="004C30C0"/>
    <w:rsid w:val="004C4133"/>
    <w:rsid w:val="004C47E6"/>
    <w:rsid w:val="004D5784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630C7D"/>
    <w:rsid w:val="00631CA7"/>
    <w:rsid w:val="00663128"/>
    <w:rsid w:val="00674B80"/>
    <w:rsid w:val="006F64D2"/>
    <w:rsid w:val="00761B04"/>
    <w:rsid w:val="007628B9"/>
    <w:rsid w:val="0079563D"/>
    <w:rsid w:val="007A1642"/>
    <w:rsid w:val="007B164A"/>
    <w:rsid w:val="007B269F"/>
    <w:rsid w:val="007E01F3"/>
    <w:rsid w:val="007E7A35"/>
    <w:rsid w:val="007F52AD"/>
    <w:rsid w:val="00802740"/>
    <w:rsid w:val="00815F1B"/>
    <w:rsid w:val="008955A5"/>
    <w:rsid w:val="00912F58"/>
    <w:rsid w:val="00951D73"/>
    <w:rsid w:val="009567C1"/>
    <w:rsid w:val="00967F08"/>
    <w:rsid w:val="009A6EEC"/>
    <w:rsid w:val="009E1E4B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D03A5E"/>
    <w:rsid w:val="00D75B14"/>
    <w:rsid w:val="00DA754E"/>
    <w:rsid w:val="00DD4448"/>
    <w:rsid w:val="00DE7B42"/>
    <w:rsid w:val="00DF6D11"/>
    <w:rsid w:val="00E13B10"/>
    <w:rsid w:val="00E16B4C"/>
    <w:rsid w:val="00E3676B"/>
    <w:rsid w:val="00E40248"/>
    <w:rsid w:val="00E45E2B"/>
    <w:rsid w:val="00E46991"/>
    <w:rsid w:val="00E76B55"/>
    <w:rsid w:val="00E9363D"/>
    <w:rsid w:val="00E95ABB"/>
    <w:rsid w:val="00EC72F2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2252</Words>
  <Characters>13513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Kozubowski Aleksander</cp:lastModifiedBy>
  <cp:revision>4</cp:revision>
  <dcterms:created xsi:type="dcterms:W3CDTF">2026-09-16T10:57:00Z</dcterms:created>
  <dcterms:modified xsi:type="dcterms:W3CDTF">2026-09-16T13:51:00Z</dcterms:modified>
  <cp:category/>
</cp:coreProperties>
</file>