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37159" w14:textId="00026C54" w:rsidR="003B52A7" w:rsidRPr="000516A1" w:rsidRDefault="003B52A7" w:rsidP="003B52A7">
      <w:pPr>
        <w:tabs>
          <w:tab w:val="left" w:pos="5760"/>
        </w:tabs>
        <w:spacing w:after="0" w:line="276" w:lineRule="auto"/>
        <w:ind w:left="6378"/>
        <w:rPr>
          <w:rFonts w:asciiTheme="majorHAnsi" w:eastAsia="Times New Roman" w:hAnsiTheme="majorHAnsi" w:cstheme="majorHAnsi"/>
          <w:iCs/>
          <w:color w:val="000000"/>
          <w:sz w:val="18"/>
          <w:szCs w:val="18"/>
          <w:lang w:val="pl-PL" w:eastAsia="pl-PL"/>
        </w:rPr>
      </w:pPr>
      <w:r w:rsidRPr="000516A1">
        <w:rPr>
          <w:rFonts w:asciiTheme="majorHAnsi" w:eastAsia="Times New Roman" w:hAnsiTheme="majorHAnsi" w:cstheme="majorHAnsi"/>
          <w:color w:val="000000"/>
          <w:sz w:val="18"/>
          <w:szCs w:val="18"/>
          <w:lang w:val="pl-PL" w:eastAsia="pl-PL"/>
        </w:rPr>
        <w:t xml:space="preserve">Załącznik nr 2 do </w:t>
      </w:r>
      <w:r w:rsidRPr="000516A1">
        <w:rPr>
          <w:rFonts w:asciiTheme="majorHAnsi" w:eastAsia="Times New Roman" w:hAnsiTheme="majorHAnsi" w:cstheme="majorHAnsi"/>
          <w:iCs/>
          <w:color w:val="000000"/>
          <w:sz w:val="18"/>
          <w:szCs w:val="18"/>
          <w:lang w:val="pl-PL" w:eastAsia="pl-PL"/>
        </w:rPr>
        <w:t xml:space="preserve">Programu </w:t>
      </w:r>
    </w:p>
    <w:p w14:paraId="1F102280" w14:textId="77777777" w:rsidR="003B52A7" w:rsidRPr="000516A1" w:rsidRDefault="003B52A7" w:rsidP="003B52A7">
      <w:pPr>
        <w:tabs>
          <w:tab w:val="left" w:pos="5760"/>
        </w:tabs>
        <w:spacing w:after="0" w:line="276" w:lineRule="auto"/>
        <w:ind w:left="6378"/>
        <w:rPr>
          <w:rFonts w:asciiTheme="majorHAnsi" w:eastAsia="Times New Roman" w:hAnsiTheme="majorHAnsi" w:cstheme="majorHAnsi"/>
          <w:iCs/>
          <w:color w:val="000000"/>
          <w:sz w:val="18"/>
          <w:szCs w:val="18"/>
          <w:lang w:val="pl-PL" w:eastAsia="pl-PL"/>
        </w:rPr>
      </w:pPr>
      <w:bookmarkStart w:id="0" w:name="_Hlk143082047"/>
      <w:r w:rsidRPr="000516A1">
        <w:rPr>
          <w:rFonts w:asciiTheme="majorHAnsi" w:eastAsia="Times New Roman" w:hAnsiTheme="majorHAnsi" w:cstheme="majorHAnsi"/>
          <w:iCs/>
          <w:color w:val="000000"/>
          <w:sz w:val="18"/>
          <w:szCs w:val="18"/>
          <w:lang w:val="pl-PL" w:eastAsia="pl-PL"/>
        </w:rPr>
        <w:t xml:space="preserve">Ministra </w:t>
      </w:r>
      <w:r w:rsidRPr="008006A3">
        <w:rPr>
          <w:rFonts w:asciiTheme="majorHAnsi" w:eastAsia="Times New Roman" w:hAnsiTheme="majorHAnsi" w:cstheme="majorHAnsi"/>
          <w:iCs/>
          <w:color w:val="000000"/>
          <w:sz w:val="18"/>
          <w:szCs w:val="18"/>
          <w:lang w:val="pl-PL" w:eastAsia="pl-PL"/>
        </w:rPr>
        <w:t>Rodziny</w:t>
      </w:r>
      <w:r w:rsidRPr="000516A1">
        <w:rPr>
          <w:rFonts w:asciiTheme="majorHAnsi" w:eastAsia="Times New Roman" w:hAnsiTheme="majorHAnsi" w:cstheme="majorHAnsi"/>
          <w:iCs/>
          <w:color w:val="000000"/>
          <w:sz w:val="18"/>
          <w:szCs w:val="18"/>
          <w:lang w:val="pl-PL" w:eastAsia="pl-PL"/>
        </w:rPr>
        <w:t>, Pracy i Polityki Społecznej</w:t>
      </w:r>
    </w:p>
    <w:bookmarkEnd w:id="0"/>
    <w:p w14:paraId="490840B2" w14:textId="64F60907" w:rsidR="003B52A7" w:rsidRPr="000516A1" w:rsidRDefault="003B52A7" w:rsidP="003B52A7">
      <w:pPr>
        <w:tabs>
          <w:tab w:val="left" w:pos="5760"/>
        </w:tabs>
        <w:spacing w:after="0" w:line="276" w:lineRule="auto"/>
        <w:ind w:left="6378"/>
        <w:rPr>
          <w:rFonts w:asciiTheme="majorHAnsi" w:eastAsia="Times New Roman" w:hAnsiTheme="majorHAnsi" w:cstheme="majorHAnsi"/>
          <w:i/>
          <w:iCs/>
          <w:color w:val="000000"/>
          <w:sz w:val="18"/>
          <w:szCs w:val="18"/>
          <w:lang w:val="pl-PL" w:eastAsia="pl-PL"/>
        </w:rPr>
      </w:pPr>
      <w:r w:rsidRPr="008006A3">
        <w:rPr>
          <w:rFonts w:asciiTheme="majorHAnsi" w:eastAsia="Times New Roman" w:hAnsiTheme="majorHAnsi" w:cstheme="majorHAnsi"/>
          <w:iCs/>
          <w:color w:val="000000"/>
          <w:sz w:val="18"/>
          <w:szCs w:val="18"/>
          <w:lang w:val="pl-PL" w:eastAsia="pl-PL"/>
        </w:rPr>
        <w:t>„</w:t>
      </w:r>
      <w:r w:rsidR="008006A3" w:rsidRPr="00113698">
        <w:rPr>
          <w:rFonts w:asciiTheme="majorHAnsi" w:eastAsia="Times New Roman" w:hAnsiTheme="majorHAnsi" w:cstheme="majorHAnsi"/>
          <w:iCs/>
          <w:color w:val="000000"/>
          <w:sz w:val="18"/>
          <w:szCs w:val="18"/>
          <w:lang w:val="pl-PL" w:eastAsia="pl-PL"/>
        </w:rPr>
        <w:t xml:space="preserve">Opieka </w:t>
      </w:r>
      <w:proofErr w:type="spellStart"/>
      <w:r w:rsidR="008006A3" w:rsidRPr="00113698">
        <w:rPr>
          <w:rFonts w:asciiTheme="majorHAnsi" w:eastAsia="Times New Roman" w:hAnsiTheme="majorHAnsi" w:cstheme="majorHAnsi"/>
          <w:iCs/>
          <w:color w:val="000000"/>
          <w:sz w:val="18"/>
          <w:szCs w:val="18"/>
          <w:lang w:val="pl-PL" w:eastAsia="pl-PL"/>
        </w:rPr>
        <w:t>wytchnieniowa</w:t>
      </w:r>
      <w:proofErr w:type="spellEnd"/>
      <w:r w:rsidR="008006A3" w:rsidRPr="00113698">
        <w:rPr>
          <w:rFonts w:asciiTheme="majorHAnsi" w:eastAsia="Times New Roman" w:hAnsiTheme="majorHAnsi" w:cstheme="majorHAnsi"/>
          <w:iCs/>
          <w:color w:val="000000"/>
          <w:sz w:val="18"/>
          <w:szCs w:val="18"/>
          <w:lang w:val="pl-PL" w:eastAsia="pl-PL"/>
        </w:rPr>
        <w:t>”</w:t>
      </w:r>
      <w:r w:rsidRPr="000516A1">
        <w:rPr>
          <w:rFonts w:asciiTheme="majorHAnsi" w:eastAsia="Times New Roman" w:hAnsiTheme="majorHAnsi" w:cstheme="majorHAnsi"/>
          <w:iCs/>
          <w:color w:val="000000"/>
          <w:sz w:val="18"/>
          <w:szCs w:val="18"/>
          <w:lang w:val="pl-PL" w:eastAsia="pl-PL"/>
        </w:rPr>
        <w:t xml:space="preserve"> dla </w:t>
      </w:r>
      <w:r w:rsidR="007B269F">
        <w:rPr>
          <w:rFonts w:asciiTheme="majorHAnsi" w:eastAsia="Times New Roman" w:hAnsiTheme="majorHAnsi" w:cstheme="majorHAnsi"/>
          <w:iCs/>
          <w:color w:val="000000"/>
          <w:sz w:val="18"/>
          <w:szCs w:val="18"/>
          <w:lang w:val="pl-PL" w:eastAsia="pl-PL"/>
        </w:rPr>
        <w:t>Organizacji Pozarządowych</w:t>
      </w:r>
      <w:r w:rsidRPr="000516A1">
        <w:rPr>
          <w:rFonts w:asciiTheme="majorHAnsi" w:eastAsia="Times New Roman" w:hAnsiTheme="majorHAnsi" w:cstheme="majorHAnsi"/>
          <w:iCs/>
          <w:color w:val="000000"/>
          <w:sz w:val="18"/>
          <w:szCs w:val="18"/>
          <w:lang w:val="pl-PL" w:eastAsia="pl-PL"/>
        </w:rPr>
        <w:t xml:space="preserve"> - edycja 2027</w:t>
      </w:r>
    </w:p>
    <w:p w14:paraId="29594D64" w14:textId="70F580DE" w:rsidR="003B52A7" w:rsidRPr="000516A1" w:rsidRDefault="003B52A7" w:rsidP="003B52A7">
      <w:pPr>
        <w:spacing w:after="160" w:line="259" w:lineRule="auto"/>
        <w:jc w:val="center"/>
        <w:rPr>
          <w:rFonts w:asciiTheme="majorHAnsi" w:eastAsiaTheme="minorHAnsi" w:hAnsiTheme="majorHAnsi" w:cstheme="majorHAnsi"/>
          <w:i/>
          <w:sz w:val="24"/>
          <w:szCs w:val="20"/>
          <w:lang w:val="pl-PL"/>
        </w:rPr>
      </w:pPr>
      <w:r w:rsidRPr="000516A1">
        <w:rPr>
          <w:rFonts w:asciiTheme="majorHAnsi" w:eastAsiaTheme="minorHAnsi" w:hAnsiTheme="majorHAnsi" w:cstheme="majorHAnsi"/>
          <w:i/>
          <w:sz w:val="24"/>
          <w:szCs w:val="20"/>
          <w:lang w:val="pl-PL"/>
        </w:rPr>
        <w:t xml:space="preserve">WZÓR </w:t>
      </w:r>
    </w:p>
    <w:p w14:paraId="7F19F529" w14:textId="61D3D1C2" w:rsidR="00CD12B9" w:rsidRPr="000516A1" w:rsidRDefault="003B52A7" w:rsidP="003B52A7">
      <w:pPr>
        <w:spacing w:after="160" w:line="259" w:lineRule="auto"/>
        <w:jc w:val="center"/>
        <w:rPr>
          <w:rFonts w:asciiTheme="majorHAnsi" w:eastAsiaTheme="minorHAnsi" w:hAnsiTheme="majorHAnsi" w:cstheme="majorHAnsi"/>
          <w:b/>
          <w:sz w:val="24"/>
          <w:szCs w:val="24"/>
          <w:lang w:val="pl-PL"/>
        </w:rPr>
      </w:pPr>
      <w:r w:rsidRPr="000516A1">
        <w:rPr>
          <w:rFonts w:asciiTheme="majorHAnsi" w:eastAsiaTheme="minorHAnsi" w:hAnsiTheme="majorHAnsi" w:cstheme="majorHAnsi"/>
          <w:b/>
          <w:sz w:val="24"/>
          <w:szCs w:val="24"/>
          <w:lang w:val="pl-PL"/>
        </w:rPr>
        <w:t>Kart</w:t>
      </w:r>
      <w:r w:rsidR="003052A7" w:rsidRPr="000516A1">
        <w:rPr>
          <w:rFonts w:asciiTheme="majorHAnsi" w:eastAsiaTheme="minorHAnsi" w:hAnsiTheme="majorHAnsi" w:cstheme="majorHAnsi"/>
          <w:b/>
          <w:sz w:val="24"/>
          <w:szCs w:val="24"/>
          <w:lang w:val="pl-PL"/>
        </w:rPr>
        <w:t>a</w:t>
      </w:r>
      <w:r w:rsidRPr="000516A1">
        <w:rPr>
          <w:rFonts w:asciiTheme="majorHAnsi" w:eastAsiaTheme="minorHAnsi" w:hAnsiTheme="majorHAnsi" w:cstheme="majorHAnsi"/>
          <w:b/>
          <w:sz w:val="24"/>
          <w:szCs w:val="24"/>
          <w:lang w:val="pl-PL"/>
        </w:rPr>
        <w:t xml:space="preserve"> oceny indywidualnej sytuacji </w:t>
      </w:r>
      <w:r w:rsidR="00FC407F" w:rsidRPr="00FC407F">
        <w:rPr>
          <w:rFonts w:asciiTheme="majorHAnsi" w:eastAsiaTheme="minorHAnsi" w:hAnsiTheme="majorHAnsi" w:cstheme="majorHAnsi"/>
          <w:b/>
          <w:sz w:val="24"/>
          <w:szCs w:val="24"/>
          <w:lang w:val="pl-PL"/>
        </w:rPr>
        <w:t xml:space="preserve">członka rodziny/opiekuna osoby z niepełnosprawnością </w:t>
      </w:r>
      <w:r w:rsidRPr="000516A1">
        <w:rPr>
          <w:rFonts w:asciiTheme="majorHAnsi" w:eastAsiaTheme="minorHAnsi" w:hAnsiTheme="majorHAnsi" w:cstheme="majorHAnsi"/>
          <w:b/>
          <w:sz w:val="24"/>
          <w:szCs w:val="24"/>
          <w:lang w:val="pl-PL"/>
        </w:rPr>
        <w:t xml:space="preserve">do </w:t>
      </w:r>
      <w:r w:rsidRPr="00113698">
        <w:rPr>
          <w:rFonts w:asciiTheme="majorHAnsi" w:eastAsiaTheme="minorHAnsi" w:hAnsiTheme="majorHAnsi" w:cstheme="majorHAnsi"/>
          <w:b/>
          <w:sz w:val="24"/>
          <w:szCs w:val="24"/>
          <w:lang w:val="pl-PL"/>
        </w:rPr>
        <w:t>Programu „</w:t>
      </w:r>
      <w:r w:rsidR="008006A3" w:rsidRPr="00113698">
        <w:rPr>
          <w:rFonts w:asciiTheme="majorHAnsi" w:eastAsia="Times New Roman" w:hAnsiTheme="majorHAnsi" w:cstheme="majorHAnsi"/>
          <w:b/>
          <w:iCs/>
          <w:color w:val="000000"/>
          <w:sz w:val="24"/>
          <w:szCs w:val="24"/>
          <w:lang w:val="pl-PL" w:eastAsia="pl-PL"/>
        </w:rPr>
        <w:t xml:space="preserve">Opieka </w:t>
      </w:r>
      <w:proofErr w:type="spellStart"/>
      <w:r w:rsidR="008006A3" w:rsidRPr="00113698">
        <w:rPr>
          <w:rFonts w:asciiTheme="majorHAnsi" w:eastAsia="Times New Roman" w:hAnsiTheme="majorHAnsi" w:cstheme="majorHAnsi"/>
          <w:b/>
          <w:iCs/>
          <w:color w:val="000000"/>
          <w:sz w:val="24"/>
          <w:szCs w:val="24"/>
          <w:lang w:val="pl-PL" w:eastAsia="pl-PL"/>
        </w:rPr>
        <w:t>wytchnieniowa</w:t>
      </w:r>
      <w:proofErr w:type="spellEnd"/>
      <w:r w:rsidR="008006A3" w:rsidRPr="00113698">
        <w:rPr>
          <w:rFonts w:asciiTheme="majorHAnsi" w:eastAsia="Times New Roman" w:hAnsiTheme="majorHAnsi" w:cstheme="majorHAnsi"/>
          <w:b/>
          <w:iCs/>
          <w:color w:val="000000"/>
          <w:sz w:val="24"/>
          <w:szCs w:val="24"/>
          <w:lang w:val="pl-PL" w:eastAsia="pl-PL"/>
        </w:rPr>
        <w:t>”</w:t>
      </w:r>
      <w:r w:rsidR="00113698">
        <w:rPr>
          <w:rFonts w:asciiTheme="majorHAnsi" w:eastAsiaTheme="minorHAnsi" w:hAnsiTheme="majorHAnsi" w:cstheme="majorHAnsi"/>
          <w:b/>
          <w:sz w:val="24"/>
          <w:szCs w:val="24"/>
          <w:lang w:val="pl-PL"/>
        </w:rPr>
        <w:t xml:space="preserve"> </w:t>
      </w:r>
      <w:r w:rsidRPr="000516A1">
        <w:rPr>
          <w:rFonts w:asciiTheme="majorHAnsi" w:eastAsiaTheme="minorHAnsi" w:hAnsiTheme="majorHAnsi" w:cstheme="majorHAnsi"/>
          <w:b/>
          <w:sz w:val="24"/>
          <w:szCs w:val="24"/>
          <w:lang w:val="pl-PL"/>
        </w:rPr>
        <w:t xml:space="preserve">dla </w:t>
      </w:r>
      <w:r w:rsidR="007B269F">
        <w:rPr>
          <w:rFonts w:asciiTheme="majorHAnsi" w:eastAsiaTheme="minorHAnsi" w:hAnsiTheme="majorHAnsi" w:cstheme="majorHAnsi"/>
          <w:b/>
          <w:sz w:val="24"/>
          <w:szCs w:val="24"/>
          <w:lang w:val="pl-PL"/>
        </w:rPr>
        <w:t>Organizacji Pozarządowych</w:t>
      </w:r>
      <w:r w:rsidRPr="000516A1">
        <w:rPr>
          <w:rFonts w:asciiTheme="majorHAnsi" w:eastAsiaTheme="minorHAnsi" w:hAnsiTheme="majorHAnsi" w:cstheme="majorHAnsi"/>
          <w:b/>
          <w:sz w:val="24"/>
          <w:szCs w:val="24"/>
          <w:lang w:val="pl-PL"/>
        </w:rPr>
        <w:t xml:space="preserve"> - edycja 2027</w:t>
      </w:r>
    </w:p>
    <w:p w14:paraId="6CB233B1" w14:textId="5637391E" w:rsidR="009F3AE3" w:rsidRPr="000516A1" w:rsidRDefault="009F3AE3" w:rsidP="009246D1">
      <w:pPr>
        <w:spacing w:after="240"/>
        <w:rPr>
          <w:rFonts w:asciiTheme="majorHAnsi" w:hAnsiTheme="majorHAnsi" w:cstheme="majorHAnsi"/>
          <w:i/>
          <w:sz w:val="21"/>
          <w:szCs w:val="21"/>
          <w:lang w:val="pl-PL"/>
        </w:rPr>
      </w:pPr>
      <w:r w:rsidRPr="000516A1">
        <w:rPr>
          <w:rFonts w:asciiTheme="majorHAnsi" w:hAnsiTheme="majorHAnsi" w:cstheme="majorHAnsi"/>
          <w:b/>
          <w:i/>
          <w:sz w:val="21"/>
          <w:szCs w:val="21"/>
          <w:lang w:val="pl-PL"/>
        </w:rPr>
        <w:t xml:space="preserve">Uwaga: </w:t>
      </w:r>
      <w:r w:rsidRPr="000516A1">
        <w:rPr>
          <w:rFonts w:asciiTheme="majorHAnsi" w:hAnsiTheme="majorHAnsi" w:cstheme="majorHAnsi"/>
          <w:bCs/>
          <w:i/>
          <w:sz w:val="21"/>
          <w:szCs w:val="21"/>
          <w:lang w:val="pl-PL"/>
        </w:rPr>
        <w:t xml:space="preserve">Karta oceny indywidualnej sytuacji </w:t>
      </w:r>
      <w:r w:rsidR="005B6CA2">
        <w:rPr>
          <w:rFonts w:asciiTheme="majorHAnsi" w:hAnsiTheme="majorHAnsi" w:cstheme="majorHAnsi"/>
          <w:bCs/>
          <w:i/>
          <w:sz w:val="21"/>
          <w:szCs w:val="21"/>
          <w:lang w:val="pl-PL"/>
        </w:rPr>
        <w:t>członka rodziny/</w:t>
      </w:r>
      <w:r w:rsidR="00FD1037">
        <w:rPr>
          <w:rFonts w:asciiTheme="majorHAnsi" w:hAnsiTheme="majorHAnsi" w:cstheme="majorHAnsi"/>
          <w:bCs/>
          <w:i/>
          <w:sz w:val="21"/>
          <w:szCs w:val="21"/>
          <w:lang w:val="pl-PL"/>
        </w:rPr>
        <w:t>opiekuna</w:t>
      </w:r>
      <w:r w:rsidR="005B6CA2">
        <w:rPr>
          <w:rFonts w:asciiTheme="majorHAnsi" w:hAnsiTheme="majorHAnsi" w:cstheme="majorHAnsi"/>
          <w:bCs/>
          <w:i/>
          <w:sz w:val="21"/>
          <w:szCs w:val="21"/>
          <w:lang w:val="pl-PL"/>
        </w:rPr>
        <w:t xml:space="preserve"> </w:t>
      </w:r>
      <w:r w:rsidRPr="000516A1">
        <w:rPr>
          <w:rFonts w:asciiTheme="majorHAnsi" w:hAnsiTheme="majorHAnsi" w:cstheme="majorHAnsi"/>
          <w:bCs/>
          <w:i/>
          <w:sz w:val="21"/>
          <w:szCs w:val="21"/>
          <w:lang w:val="pl-PL"/>
        </w:rPr>
        <w:t>osob</w:t>
      </w:r>
      <w:r w:rsidR="00FD1037">
        <w:rPr>
          <w:rFonts w:asciiTheme="majorHAnsi" w:hAnsiTheme="majorHAnsi" w:cstheme="majorHAnsi"/>
          <w:bCs/>
          <w:i/>
          <w:sz w:val="21"/>
          <w:szCs w:val="21"/>
          <w:lang w:val="pl-PL"/>
        </w:rPr>
        <w:t>y</w:t>
      </w:r>
      <w:r w:rsidRPr="000516A1">
        <w:rPr>
          <w:rFonts w:asciiTheme="majorHAnsi" w:hAnsiTheme="majorHAnsi" w:cstheme="majorHAnsi"/>
          <w:bCs/>
          <w:i/>
          <w:sz w:val="21"/>
          <w:szCs w:val="21"/>
          <w:lang w:val="pl-PL"/>
        </w:rPr>
        <w:t xml:space="preserve"> z niepełnosprawnością wypełniana jest przez realizatora Programu.</w:t>
      </w:r>
    </w:p>
    <w:p w14:paraId="44CCD71D" w14:textId="1F972A36" w:rsidR="003B52A7" w:rsidRPr="000516A1" w:rsidRDefault="00AD54CC" w:rsidP="002C4A33">
      <w:pPr>
        <w:rPr>
          <w:lang w:val="pl-PL"/>
        </w:rPr>
      </w:pP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I. DANE </w:t>
      </w:r>
      <w:r w:rsidR="009567C1"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OSOBY 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WNIOSKUJĄCE</w:t>
      </w:r>
      <w:r w:rsidR="009567C1" w:rsidRPr="000516A1">
        <w:rPr>
          <w:rFonts w:asciiTheme="majorHAnsi" w:hAnsiTheme="majorHAnsi" w:cstheme="majorHAnsi"/>
          <w:b/>
          <w:sz w:val="24"/>
          <w:szCs w:val="24"/>
          <w:lang w:val="pl-PL"/>
        </w:rPr>
        <w:t>J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 O UDZIAŁ W PROGRAMIE „</w:t>
      </w:r>
      <w:r w:rsidR="008006A3">
        <w:rPr>
          <w:rFonts w:asciiTheme="majorHAnsi" w:hAnsiTheme="majorHAnsi" w:cstheme="majorHAnsi"/>
          <w:b/>
          <w:sz w:val="24"/>
          <w:szCs w:val="24"/>
          <w:lang w:val="pl-PL"/>
        </w:rPr>
        <w:t>OPIEKA WYTCHNIENIOWA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” </w:t>
      </w:r>
      <w:r w:rsidR="00E86473"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DLA </w:t>
      </w:r>
      <w:r w:rsidR="00E86473">
        <w:rPr>
          <w:rFonts w:asciiTheme="majorHAnsi" w:hAnsiTheme="majorHAnsi" w:cstheme="majorHAnsi"/>
          <w:b/>
          <w:sz w:val="24"/>
          <w:szCs w:val="24"/>
          <w:lang w:val="pl-PL"/>
        </w:rPr>
        <w:t xml:space="preserve">ORGANIZACJI POZARZĄDOWYCH </w:t>
      </w:r>
      <w:r w:rsidR="00E86473"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 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- EDYCJA 2027, ZWANEGO DALEJ „PROGRAMEM”:</w:t>
      </w:r>
    </w:p>
    <w:p w14:paraId="22D6BB91" w14:textId="347BA741" w:rsidR="00AD54CC" w:rsidRPr="000516A1" w:rsidRDefault="00AD54CC" w:rsidP="009246D1">
      <w:pPr>
        <w:pStyle w:val="Default"/>
        <w:spacing w:before="240" w:after="170"/>
        <w:ind w:left="426" w:hanging="426"/>
        <w:rPr>
          <w:rFonts w:asciiTheme="majorHAnsi" w:hAnsiTheme="majorHAnsi" w:cstheme="majorHAnsi"/>
          <w:color w:val="auto"/>
          <w:sz w:val="22"/>
          <w:szCs w:val="22"/>
        </w:rPr>
      </w:pPr>
      <w:r w:rsidRPr="000516A1">
        <w:rPr>
          <w:rFonts w:asciiTheme="majorHAnsi" w:hAnsiTheme="majorHAnsi" w:cstheme="majorHAnsi"/>
          <w:color w:val="auto"/>
          <w:sz w:val="22"/>
          <w:szCs w:val="22"/>
        </w:rPr>
        <w:t>1.</w:t>
      </w:r>
      <w:r w:rsidRPr="000516A1">
        <w:rPr>
          <w:rFonts w:asciiTheme="majorHAnsi" w:hAnsiTheme="majorHAnsi" w:cstheme="majorHAnsi"/>
          <w:color w:val="auto"/>
          <w:sz w:val="22"/>
          <w:szCs w:val="22"/>
        </w:rPr>
        <w:tab/>
        <w:t>Imię i nazwisko: …………………………………………...................................................………….......………………………………….</w:t>
      </w:r>
    </w:p>
    <w:p w14:paraId="7DD4ED34" w14:textId="62BCFD13" w:rsidR="00AD54CC" w:rsidRPr="000516A1" w:rsidRDefault="00AD54CC" w:rsidP="00AD54CC">
      <w:pPr>
        <w:pStyle w:val="Default"/>
        <w:spacing w:after="170"/>
        <w:ind w:left="426" w:hanging="426"/>
        <w:rPr>
          <w:rFonts w:asciiTheme="majorHAnsi" w:hAnsiTheme="majorHAnsi" w:cstheme="majorHAnsi"/>
          <w:color w:val="auto"/>
          <w:sz w:val="22"/>
          <w:szCs w:val="22"/>
        </w:rPr>
      </w:pPr>
      <w:r w:rsidRPr="000516A1">
        <w:rPr>
          <w:rFonts w:asciiTheme="majorHAnsi" w:hAnsiTheme="majorHAnsi" w:cstheme="majorHAnsi"/>
          <w:color w:val="auto"/>
          <w:sz w:val="22"/>
          <w:szCs w:val="22"/>
        </w:rPr>
        <w:t>2.</w:t>
      </w:r>
      <w:r w:rsidRPr="000516A1">
        <w:rPr>
          <w:rFonts w:asciiTheme="majorHAnsi" w:hAnsiTheme="majorHAnsi" w:cstheme="majorHAnsi"/>
          <w:color w:val="auto"/>
          <w:sz w:val="22"/>
          <w:szCs w:val="22"/>
        </w:rPr>
        <w:tab/>
        <w:t>Data urodzenia: …………………………….…...................…….................………...............................................………………..</w:t>
      </w:r>
    </w:p>
    <w:p w14:paraId="576408E1" w14:textId="61825237" w:rsidR="00CD12B9" w:rsidRPr="000516A1" w:rsidRDefault="00AD54CC" w:rsidP="00AD54CC">
      <w:pPr>
        <w:pStyle w:val="Default"/>
        <w:spacing w:after="170"/>
        <w:ind w:left="426" w:hanging="426"/>
        <w:rPr>
          <w:rFonts w:asciiTheme="majorHAnsi" w:hAnsiTheme="majorHAnsi" w:cstheme="majorHAnsi"/>
          <w:color w:val="auto"/>
          <w:sz w:val="22"/>
          <w:szCs w:val="22"/>
        </w:rPr>
      </w:pPr>
      <w:r w:rsidRPr="000516A1">
        <w:rPr>
          <w:rFonts w:asciiTheme="majorHAnsi" w:hAnsiTheme="majorHAnsi" w:cstheme="majorHAnsi"/>
          <w:color w:val="auto"/>
          <w:sz w:val="22"/>
          <w:szCs w:val="22"/>
        </w:rPr>
        <w:t>3.</w:t>
      </w:r>
      <w:r w:rsidRPr="000516A1">
        <w:rPr>
          <w:rFonts w:asciiTheme="majorHAnsi" w:hAnsiTheme="majorHAnsi" w:cstheme="majorHAnsi"/>
          <w:color w:val="auto"/>
          <w:sz w:val="22"/>
          <w:szCs w:val="22"/>
        </w:rPr>
        <w:tab/>
        <w:t>Adres zamieszkania: …………………………….…...................…….................………...............................................………….</w:t>
      </w:r>
    </w:p>
    <w:p w14:paraId="71A1EFE1" w14:textId="0B7D1487" w:rsidR="00AD54CC" w:rsidRPr="000516A1" w:rsidRDefault="00AD54CC" w:rsidP="00AD54CC">
      <w:pPr>
        <w:rPr>
          <w:rFonts w:asciiTheme="majorHAnsi" w:hAnsiTheme="majorHAnsi" w:cstheme="majorHAnsi"/>
          <w:b/>
          <w:sz w:val="24"/>
          <w:szCs w:val="24"/>
          <w:lang w:val="pl-PL"/>
        </w:rPr>
      </w:pP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II. SPOSÓB PRZEPROWADZ</w:t>
      </w:r>
      <w:r w:rsidR="009567C1" w:rsidRPr="000516A1">
        <w:rPr>
          <w:rFonts w:asciiTheme="majorHAnsi" w:hAnsiTheme="majorHAnsi" w:cstheme="majorHAnsi"/>
          <w:b/>
          <w:sz w:val="24"/>
          <w:szCs w:val="24"/>
          <w:lang w:val="pl-PL"/>
        </w:rPr>
        <w:t>E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NIA OCENY:</w:t>
      </w:r>
    </w:p>
    <w:p w14:paraId="33B578C1" w14:textId="6B1E9C19" w:rsidR="00CD12B9" w:rsidRPr="009246D1" w:rsidRDefault="00AD54CC" w:rsidP="009246D1">
      <w:pPr>
        <w:spacing w:before="240"/>
        <w:ind w:left="426" w:hanging="426"/>
        <w:rPr>
          <w:rFonts w:asciiTheme="majorHAnsi" w:hAnsiTheme="majorHAnsi" w:cstheme="majorHAnsi"/>
          <w:b/>
          <w:sz w:val="22"/>
          <w:lang w:val="pl-PL"/>
        </w:rPr>
      </w:pPr>
      <w:r w:rsidRPr="009246D1">
        <w:rPr>
          <w:rFonts w:asciiTheme="majorHAnsi" w:hAnsiTheme="majorHAnsi" w:cstheme="majorHAnsi"/>
          <w:b/>
          <w:sz w:val="22"/>
          <w:lang w:val="pl-PL"/>
        </w:rPr>
        <w:t>1.</w:t>
      </w:r>
      <w:r w:rsidRPr="009246D1">
        <w:rPr>
          <w:rFonts w:asciiTheme="majorHAnsi" w:hAnsiTheme="majorHAnsi" w:cstheme="majorHAnsi"/>
          <w:b/>
          <w:sz w:val="22"/>
          <w:lang w:val="pl-PL"/>
        </w:rPr>
        <w:tab/>
        <w:t>Oceny dokonano na podstawie:</w:t>
      </w:r>
    </w:p>
    <w:p w14:paraId="53E655DC" w14:textId="06586D81" w:rsidR="00CD12B9" w:rsidRPr="000516A1" w:rsidRDefault="001800F0" w:rsidP="009246D1">
      <w:pPr>
        <w:spacing w:before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2207BB" w:rsidRPr="000516A1">
        <w:rPr>
          <w:rFonts w:asciiTheme="majorHAnsi" w:eastAsiaTheme="minorHAnsi" w:hAnsiTheme="majorHAnsi" w:cstheme="majorHAnsi"/>
          <w:sz w:val="22"/>
          <w:lang w:val="pl-PL"/>
        </w:rPr>
        <w:t>K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arty zgłoszenia</w:t>
      </w:r>
      <w:r w:rsidR="002207BB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do Programu</w:t>
      </w:r>
    </w:p>
    <w:p w14:paraId="67DFE49C" w14:textId="4A1B0DB8" w:rsidR="002207BB" w:rsidRPr="000516A1" w:rsidRDefault="00AD54CC" w:rsidP="002207B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2207BB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dokumentacji </w:t>
      </w:r>
      <w:r w:rsidR="002207BB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przedłożonej przez </w:t>
      </w:r>
      <w:r w:rsidR="00FD1037" w:rsidRPr="00FD1037">
        <w:rPr>
          <w:rFonts w:asciiTheme="majorHAnsi" w:eastAsiaTheme="minorHAnsi" w:hAnsiTheme="majorHAnsi" w:cstheme="majorHAnsi"/>
          <w:sz w:val="22"/>
          <w:lang w:val="pl-PL"/>
        </w:rPr>
        <w:t>członka rodziny/opiekuna osoby z niepełnosprawnością</w:t>
      </w:r>
      <w:r w:rsidR="002207BB" w:rsidRPr="000516A1">
        <w:rPr>
          <w:rFonts w:asciiTheme="majorHAnsi" w:eastAsiaTheme="minorHAnsi" w:hAnsiTheme="majorHAnsi" w:cstheme="majorHAnsi"/>
          <w:sz w:val="22"/>
          <w:lang w:val="pl-PL"/>
        </w:rPr>
        <w:t>:</w:t>
      </w:r>
    </w:p>
    <w:p w14:paraId="1312ECDF" w14:textId="6F85A86C" w:rsidR="00AD54CC" w:rsidRPr="000516A1" w:rsidRDefault="002207BB" w:rsidP="002207B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(</w:t>
      </w:r>
      <w:r w:rsidRPr="00F26771">
        <w:rPr>
          <w:rFonts w:asciiTheme="majorHAnsi" w:eastAsiaTheme="minorHAnsi" w:hAnsiTheme="majorHAnsi" w:cstheme="majorHAnsi"/>
          <w:i/>
          <w:iCs/>
          <w:sz w:val="22"/>
          <w:lang w:val="pl-PL"/>
        </w:rPr>
        <w:t>proszę wskazać jakiej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>)</w:t>
      </w:r>
    </w:p>
    <w:p w14:paraId="1BAF6E7A" w14:textId="77777777" w:rsidR="00B23A3B" w:rsidRPr="000516A1" w:rsidRDefault="00B23A3B" w:rsidP="00B23A3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……..................................................................................................................................................................................</w:t>
      </w:r>
    </w:p>
    <w:p w14:paraId="342E056E" w14:textId="77777777" w:rsidR="00B23A3B" w:rsidRPr="000516A1" w:rsidRDefault="00B23A3B" w:rsidP="00B23A3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0B11D09" w14:textId="6CA0E99A" w:rsidR="00B23A3B" w:rsidRPr="000516A1" w:rsidRDefault="00B23A3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3E56C600" w14:textId="142A3718" w:rsidR="002207BB" w:rsidRPr="000516A1" w:rsidRDefault="002207BB" w:rsidP="002207B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dokumentacji znajdującej się w posiadaniu </w:t>
      </w:r>
      <w:r w:rsidR="000E3BB2">
        <w:rPr>
          <w:rFonts w:asciiTheme="majorHAnsi" w:eastAsiaTheme="minorHAnsi" w:hAnsiTheme="majorHAnsi" w:cstheme="majorHAnsi"/>
          <w:sz w:val="22"/>
          <w:lang w:val="pl-PL"/>
        </w:rPr>
        <w:t>realizatora Programu:</w:t>
      </w:r>
    </w:p>
    <w:p w14:paraId="21F6D507" w14:textId="424F2244" w:rsidR="002207BB" w:rsidRPr="000516A1" w:rsidRDefault="002207BB" w:rsidP="002207B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(</w:t>
      </w:r>
      <w:r w:rsidRPr="000516A1">
        <w:rPr>
          <w:rFonts w:asciiTheme="majorHAnsi" w:eastAsiaTheme="minorHAnsi" w:hAnsiTheme="majorHAnsi" w:cstheme="majorHAnsi"/>
          <w:i/>
          <w:iCs/>
          <w:sz w:val="22"/>
          <w:lang w:val="pl-PL"/>
        </w:rPr>
        <w:t>proszę wskazać jakiej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)</w:t>
      </w:r>
    </w:p>
    <w:p w14:paraId="15573E05" w14:textId="77777777" w:rsidR="002207BB" w:rsidRPr="000516A1" w:rsidRDefault="002207BB" w:rsidP="002207B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……..................................................................................................................................................................................</w:t>
      </w:r>
    </w:p>
    <w:p w14:paraId="4EF2FC70" w14:textId="77777777" w:rsidR="002207BB" w:rsidRPr="000516A1" w:rsidRDefault="002207BB" w:rsidP="002207B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42EB15A" w14:textId="11339D37" w:rsidR="002207BB" w:rsidRPr="000516A1" w:rsidRDefault="002207B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2068C943" w14:textId="6EBB2A65" w:rsidR="00CD12B9" w:rsidRPr="000516A1" w:rsidRDefault="001800F0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rozmowy z </w:t>
      </w:r>
      <w:r w:rsidR="00FD1037" w:rsidRPr="00FD1037">
        <w:rPr>
          <w:rFonts w:asciiTheme="majorHAnsi" w:eastAsiaTheme="minorHAnsi" w:hAnsiTheme="majorHAnsi" w:cstheme="majorHAnsi"/>
          <w:sz w:val="22"/>
          <w:lang w:val="pl-PL"/>
        </w:rPr>
        <w:t>członk</w:t>
      </w:r>
      <w:r w:rsidR="00FD1037">
        <w:rPr>
          <w:rFonts w:asciiTheme="majorHAnsi" w:eastAsiaTheme="minorHAnsi" w:hAnsiTheme="majorHAnsi" w:cstheme="majorHAnsi"/>
          <w:sz w:val="22"/>
          <w:lang w:val="pl-PL"/>
        </w:rPr>
        <w:t>iem</w:t>
      </w:r>
      <w:r w:rsidR="00FD1037" w:rsidRPr="00FD1037">
        <w:rPr>
          <w:rFonts w:asciiTheme="majorHAnsi" w:eastAsiaTheme="minorHAnsi" w:hAnsiTheme="majorHAnsi" w:cstheme="majorHAnsi"/>
          <w:sz w:val="22"/>
          <w:lang w:val="pl-PL"/>
        </w:rPr>
        <w:t xml:space="preserve"> rodziny/opiekun</w:t>
      </w:r>
      <w:r w:rsidR="00FD1037">
        <w:rPr>
          <w:rFonts w:asciiTheme="majorHAnsi" w:eastAsiaTheme="minorHAnsi" w:hAnsiTheme="majorHAnsi" w:cstheme="majorHAnsi"/>
          <w:sz w:val="22"/>
          <w:lang w:val="pl-PL"/>
        </w:rPr>
        <w:t>em</w:t>
      </w:r>
      <w:r w:rsidR="00FD1037" w:rsidRPr="00FD1037">
        <w:rPr>
          <w:rFonts w:asciiTheme="majorHAnsi" w:eastAsiaTheme="minorHAnsi" w:hAnsiTheme="majorHAnsi" w:cstheme="majorHAnsi"/>
          <w:sz w:val="22"/>
          <w:lang w:val="pl-PL"/>
        </w:rPr>
        <w:t xml:space="preserve"> osoby z niepełnosprawnością</w:t>
      </w:r>
    </w:p>
    <w:p w14:paraId="6EFDDB77" w14:textId="1D564FB1" w:rsidR="00CD12B9" w:rsidRPr="000516A1" w:rsidRDefault="001800F0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2207BB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informacji uzyskanych podczas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wizyty w miejscu zamieszkania</w:t>
      </w:r>
      <w:r w:rsidR="002207BB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FD1037" w:rsidRPr="00FD1037">
        <w:rPr>
          <w:rFonts w:asciiTheme="majorHAnsi" w:eastAsiaTheme="minorHAnsi" w:hAnsiTheme="majorHAnsi" w:cstheme="majorHAnsi"/>
          <w:sz w:val="22"/>
          <w:lang w:val="pl-PL"/>
        </w:rPr>
        <w:t>członka rodziny/opiekuna osoby z niepełnosprawnością</w:t>
      </w:r>
    </w:p>
    <w:p w14:paraId="327DD70D" w14:textId="0EF307DB" w:rsidR="000E3BB2" w:rsidRDefault="001800F0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innych </w:t>
      </w:r>
      <w:r w:rsidR="00AD54CC" w:rsidRPr="000516A1">
        <w:rPr>
          <w:rFonts w:asciiTheme="majorHAnsi" w:eastAsiaTheme="minorHAnsi" w:hAnsiTheme="majorHAnsi" w:cstheme="majorHAnsi"/>
          <w:sz w:val="22"/>
          <w:lang w:val="pl-PL"/>
        </w:rPr>
        <w:t>źródeł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:</w:t>
      </w:r>
      <w:r w:rsidR="00761B04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</w:p>
    <w:p w14:paraId="16509CA0" w14:textId="2AA972D5" w:rsidR="000E3BB2" w:rsidRPr="005536CE" w:rsidRDefault="000E3BB2">
      <w:pPr>
        <w:rPr>
          <w:rFonts w:asciiTheme="majorHAnsi" w:eastAsiaTheme="minorHAnsi" w:hAnsiTheme="majorHAnsi" w:cstheme="majorHAnsi"/>
          <w:i/>
          <w:iCs/>
          <w:sz w:val="22"/>
          <w:lang w:val="pl-PL"/>
        </w:rPr>
      </w:pPr>
      <w:r w:rsidRPr="005536CE">
        <w:rPr>
          <w:rFonts w:asciiTheme="majorHAnsi" w:eastAsiaTheme="minorHAnsi" w:hAnsiTheme="majorHAnsi" w:cstheme="majorHAnsi"/>
          <w:i/>
          <w:iCs/>
          <w:sz w:val="22"/>
          <w:lang w:val="pl-PL"/>
        </w:rPr>
        <w:t>(proszę wskazać jaki</w:t>
      </w:r>
      <w:r>
        <w:rPr>
          <w:rFonts w:asciiTheme="majorHAnsi" w:eastAsiaTheme="minorHAnsi" w:hAnsiTheme="majorHAnsi" w:cstheme="majorHAnsi"/>
          <w:i/>
          <w:iCs/>
          <w:sz w:val="22"/>
          <w:lang w:val="pl-PL"/>
        </w:rPr>
        <w:t>ch</w:t>
      </w:r>
      <w:r w:rsidRPr="005536CE">
        <w:rPr>
          <w:rFonts w:asciiTheme="majorHAnsi" w:eastAsiaTheme="minorHAnsi" w:hAnsiTheme="majorHAnsi" w:cstheme="majorHAnsi"/>
          <w:i/>
          <w:iCs/>
          <w:sz w:val="22"/>
          <w:lang w:val="pl-PL"/>
        </w:rPr>
        <w:t>)</w:t>
      </w:r>
    </w:p>
    <w:p w14:paraId="1BD9530D" w14:textId="20AFE0D2" w:rsidR="00CD12B9" w:rsidRPr="000516A1" w:rsidRDefault="00761B04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</w:t>
      </w:r>
      <w:r w:rsidR="001800F0" w:rsidRPr="000516A1">
        <w:rPr>
          <w:rFonts w:asciiTheme="majorHAnsi" w:eastAsiaTheme="minorHAnsi" w:hAnsiTheme="majorHAnsi" w:cstheme="majorHAnsi"/>
          <w:sz w:val="22"/>
          <w:lang w:val="pl-PL"/>
        </w:rPr>
        <w:t>.......................................................................................</w:t>
      </w:r>
      <w:r w:rsidR="00AD54CC" w:rsidRPr="000516A1">
        <w:rPr>
          <w:rFonts w:asciiTheme="majorHAnsi" w:eastAsiaTheme="minorHAnsi" w:hAnsiTheme="majorHAnsi" w:cstheme="majorHAnsi"/>
          <w:sz w:val="22"/>
          <w:lang w:val="pl-PL"/>
        </w:rPr>
        <w:t>.............................................................</w:t>
      </w:r>
      <w:r w:rsidR="001800F0" w:rsidRPr="000516A1">
        <w:rPr>
          <w:rFonts w:asciiTheme="majorHAnsi" w:eastAsiaTheme="minorHAnsi" w:hAnsiTheme="majorHAnsi" w:cstheme="majorHAnsi"/>
          <w:sz w:val="22"/>
          <w:lang w:val="pl-PL"/>
        </w:rPr>
        <w:t>.</w:t>
      </w:r>
      <w:r w:rsidR="00AD54CC" w:rsidRPr="000516A1">
        <w:rPr>
          <w:rFonts w:asciiTheme="majorHAnsi" w:eastAsiaTheme="minorHAnsi" w:hAnsiTheme="majorHAnsi" w:cstheme="majorHAnsi"/>
          <w:sz w:val="22"/>
          <w:lang w:val="pl-PL"/>
        </w:rPr>
        <w:t>......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.......................</w:t>
      </w:r>
    </w:p>
    <w:p w14:paraId="0DF24036" w14:textId="61453B04" w:rsidR="00AD54CC" w:rsidRPr="000516A1" w:rsidRDefault="00AD54CC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40C6D78" w14:textId="019A148A" w:rsidR="00D03A5E" w:rsidRPr="000516A1" w:rsidRDefault="00D03A5E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4B64DE98" w14:textId="133BFB77" w:rsidR="00CE187A" w:rsidRPr="009246D1" w:rsidRDefault="002517B8" w:rsidP="009246D1">
      <w:pPr>
        <w:spacing w:before="600"/>
        <w:ind w:left="426" w:hanging="426"/>
        <w:rPr>
          <w:rFonts w:asciiTheme="majorHAnsi" w:hAnsiTheme="majorHAnsi" w:cstheme="majorHAnsi"/>
          <w:b/>
          <w:sz w:val="22"/>
          <w:lang w:val="pl-PL"/>
        </w:rPr>
      </w:pPr>
      <w:r w:rsidRPr="009246D1">
        <w:rPr>
          <w:rFonts w:asciiTheme="majorHAnsi" w:hAnsiTheme="majorHAnsi" w:cstheme="majorHAnsi"/>
          <w:b/>
          <w:sz w:val="22"/>
          <w:lang w:val="pl-PL"/>
        </w:rPr>
        <w:lastRenderedPageBreak/>
        <w:t>2.</w:t>
      </w:r>
      <w:r w:rsidRPr="009246D1">
        <w:rPr>
          <w:rFonts w:asciiTheme="majorHAnsi" w:hAnsiTheme="majorHAnsi" w:cstheme="majorHAnsi"/>
          <w:b/>
          <w:sz w:val="22"/>
          <w:lang w:val="pl-PL"/>
        </w:rPr>
        <w:tab/>
        <w:t>Opis przebiegu oceny:</w:t>
      </w:r>
    </w:p>
    <w:p w14:paraId="51A65E76" w14:textId="77777777" w:rsidR="002517B8" w:rsidRPr="000516A1" w:rsidRDefault="002517B8" w:rsidP="002517B8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682A809" w14:textId="77777777" w:rsidR="002517B8" w:rsidRPr="000516A1" w:rsidRDefault="002517B8" w:rsidP="002517B8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D7552F0" w14:textId="77777777" w:rsidR="002517B8" w:rsidRPr="000516A1" w:rsidRDefault="002517B8" w:rsidP="002517B8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8FB89CA" w14:textId="77777777" w:rsidR="002517B8" w:rsidRPr="000516A1" w:rsidRDefault="002517B8" w:rsidP="002517B8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E20AF6" w14:textId="77777777" w:rsidR="002517B8" w:rsidRPr="000516A1" w:rsidRDefault="002517B8" w:rsidP="002517B8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ECB4D85" w14:textId="77777777" w:rsidR="002517B8" w:rsidRPr="000516A1" w:rsidRDefault="002517B8" w:rsidP="002517B8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869AC1A" w14:textId="77777777" w:rsidR="002517B8" w:rsidRPr="000516A1" w:rsidRDefault="002517B8" w:rsidP="002517B8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760596" w14:textId="77777777" w:rsidR="00D85C07" w:rsidRPr="009246D1" w:rsidRDefault="00D85C07" w:rsidP="00D85C07">
      <w:pPr>
        <w:rPr>
          <w:rFonts w:asciiTheme="majorHAnsi" w:hAnsiTheme="majorHAnsi" w:cstheme="majorHAnsi"/>
          <w:b/>
          <w:sz w:val="22"/>
          <w:lang w:val="pl-PL"/>
        </w:rPr>
      </w:pPr>
    </w:p>
    <w:p w14:paraId="76C11272" w14:textId="31B16FFF" w:rsidR="00D85C07" w:rsidRPr="009246D1" w:rsidRDefault="00D85C07" w:rsidP="00D85C07">
      <w:pPr>
        <w:rPr>
          <w:rFonts w:asciiTheme="majorHAnsi" w:hAnsiTheme="majorHAnsi" w:cstheme="majorHAnsi"/>
          <w:b/>
          <w:sz w:val="22"/>
          <w:lang w:val="pl-PL"/>
        </w:rPr>
      </w:pPr>
      <w:r w:rsidRPr="009246D1">
        <w:rPr>
          <w:rFonts w:asciiTheme="majorHAnsi" w:hAnsiTheme="majorHAnsi" w:cstheme="majorHAnsi"/>
          <w:b/>
          <w:sz w:val="22"/>
          <w:lang w:val="pl-PL"/>
        </w:rPr>
        <w:t>III. OCENA INDYWIDUALNEJ SYTUACJI CZŁONKA RODZINY/OPIEKUNA OSOBY Z NIEPEŁNOSPRAWNOŚCIĄ</w:t>
      </w:r>
      <w:r w:rsidR="00D15ED9">
        <w:rPr>
          <w:rFonts w:asciiTheme="majorHAnsi" w:hAnsiTheme="majorHAnsi" w:cstheme="majorHAnsi"/>
          <w:b/>
          <w:sz w:val="22"/>
          <w:lang w:val="pl-PL"/>
        </w:rPr>
        <w:t>:</w:t>
      </w:r>
    </w:p>
    <w:p w14:paraId="04EBC146" w14:textId="4410E5E1" w:rsidR="00F63417" w:rsidRPr="009246D1" w:rsidRDefault="00F63417" w:rsidP="009246D1">
      <w:pPr>
        <w:spacing w:before="120" w:after="120"/>
        <w:rPr>
          <w:rFonts w:asciiTheme="majorHAnsi" w:hAnsiTheme="majorHAnsi" w:cstheme="majorHAnsi"/>
          <w:bCs/>
          <w:i/>
          <w:iCs/>
          <w:sz w:val="22"/>
          <w:lang w:val="pl-PL"/>
        </w:rPr>
      </w:pP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Ocena indywidualnej sytuacji </w:t>
      </w:r>
      <w:bookmarkStart w:id="1" w:name="_Hlk242696144"/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członka rodziny/opiekuna </w:t>
      </w:r>
      <w:bookmarkStart w:id="2" w:name="_Hlk242696506"/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osoby z niepełnosprawnością </w:t>
      </w:r>
      <w:bookmarkEnd w:id="1"/>
      <w:bookmarkEnd w:id="2"/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obejmuje obciążenie fizyczne i psychiczne związane ze sprawowaniem opieki</w:t>
      </w:r>
      <w:r w:rsidR="00794F0D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 </w:t>
      </w:r>
      <w:bookmarkStart w:id="3" w:name="_Hlk242773986"/>
      <w:r w:rsidR="00794F0D">
        <w:rPr>
          <w:rFonts w:asciiTheme="majorHAnsi" w:hAnsiTheme="majorHAnsi" w:cstheme="majorHAnsi"/>
          <w:bCs/>
          <w:i/>
          <w:iCs/>
          <w:sz w:val="22"/>
          <w:lang w:val="pl-PL"/>
        </w:rPr>
        <w:t>nad osobą z niepełnosprawnością</w:t>
      </w:r>
      <w:bookmarkEnd w:id="3"/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, trudności i obawy dotyczące zapewnienia bezpieczeństwa podczas wykonywania czynności opiekuńczych oraz reagowania na sytuacje mogące zagrażać bezpieczeństwu, niedobór snu i ograniczone możliwości odpoczynku i regeneracji, a także sprawowanie bezpośredniej opieki nad więcej niż jedną osobą z niepełnosprawnością.</w:t>
      </w:r>
    </w:p>
    <w:p w14:paraId="4A934EA3" w14:textId="43EE00A9" w:rsidR="00F63417" w:rsidRPr="009246D1" w:rsidRDefault="00F63417" w:rsidP="009246D1">
      <w:pPr>
        <w:spacing w:before="120" w:after="120"/>
        <w:rPr>
          <w:rFonts w:asciiTheme="majorHAnsi" w:hAnsiTheme="majorHAnsi" w:cstheme="majorHAnsi"/>
          <w:bCs/>
          <w:i/>
          <w:iCs/>
          <w:sz w:val="22"/>
          <w:lang w:val="pl-PL"/>
        </w:rPr>
      </w:pP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Przy dokonywaniu oceny należy uwzględnić zakres, częstotliwość i intensywność obowiązków opiekuńczych </w:t>
      </w:r>
      <w:r w:rsidR="00794F0D" w:rsidRPr="00794F0D">
        <w:rPr>
          <w:rFonts w:asciiTheme="majorHAnsi" w:hAnsiTheme="majorHAnsi" w:cstheme="majorHAnsi"/>
          <w:bCs/>
          <w:i/>
          <w:iCs/>
          <w:sz w:val="22"/>
          <w:lang w:val="pl-PL"/>
        </w:rPr>
        <w:t>nad osobą z niepełnosprawnością</w:t>
      </w:r>
      <w:r w:rsidR="00794F0D" w:rsidRPr="00603AA3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 </w:t>
      </w: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oraz ich wpływ na codzienne funkcjonowanie członka rodziny/opiekuna</w:t>
      </w:r>
      <w:r w:rsidR="00FD1037" w:rsidRPr="009246D1">
        <w:rPr>
          <w:sz w:val="22"/>
        </w:rPr>
        <w:t xml:space="preserve"> </w:t>
      </w:r>
      <w:r w:rsidR="00FD1037"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osoby z niepełnosprawnością</w:t>
      </w: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. Ocenie podlegają obciążenia i trudności pozostające w związku ze sprawowaniem opieki nad osobą lub osobami z niepełnosprawnościami, z uwzględnieniem informacji przekazanych przez członka rodziny/opiekuna</w:t>
      </w:r>
      <w:r w:rsidR="00FD1037" w:rsidRPr="009246D1">
        <w:rPr>
          <w:sz w:val="22"/>
        </w:rPr>
        <w:t xml:space="preserve"> </w:t>
      </w:r>
      <w:r w:rsidR="00FD1037"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osoby z niepełnosprawnością</w:t>
      </w: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.</w:t>
      </w:r>
    </w:p>
    <w:p w14:paraId="5C4AB4AD" w14:textId="26208C80" w:rsidR="00D85C07" w:rsidRPr="009246D1" w:rsidRDefault="00F63417" w:rsidP="009246D1">
      <w:pPr>
        <w:spacing w:before="120" w:after="120"/>
        <w:rPr>
          <w:rFonts w:asciiTheme="majorHAnsi" w:hAnsiTheme="majorHAnsi" w:cstheme="majorHAnsi"/>
          <w:bCs/>
          <w:i/>
          <w:iCs/>
          <w:sz w:val="22"/>
          <w:lang w:val="pl-PL"/>
        </w:rPr>
      </w:pP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Przy ocenie należy również uwzględnić pomoc ze strony innych osób lub podmiotów, w tym jednostek organizacyjnych pomocy społecznej. Uwzględnia się pomoc realnie dostępną i faktycznie świadczoną, biorąc pod uwagę jej zakres, częstotliwość, regularność oraz dyspozycyjność osób lub podmiotów udzielających wsparcia.</w:t>
      </w:r>
    </w:p>
    <w:p w14:paraId="3902455D" w14:textId="77777777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</w:p>
    <w:p w14:paraId="272BC592" w14:textId="2C5DE0BA" w:rsidR="00D85C07" w:rsidRPr="009246D1" w:rsidRDefault="00D85C07" w:rsidP="009246D1">
      <w:pPr>
        <w:spacing w:before="120" w:after="120"/>
        <w:rPr>
          <w:rFonts w:asciiTheme="majorHAnsi" w:hAnsiTheme="majorHAnsi" w:cstheme="majorHAnsi"/>
          <w:b/>
          <w:sz w:val="22"/>
          <w:lang w:val="pl-PL"/>
        </w:rPr>
      </w:pPr>
      <w:r w:rsidRPr="009246D1">
        <w:rPr>
          <w:rFonts w:asciiTheme="majorHAnsi" w:hAnsiTheme="majorHAnsi" w:cstheme="majorHAnsi"/>
          <w:b/>
          <w:sz w:val="22"/>
          <w:lang w:val="pl-PL"/>
        </w:rPr>
        <w:t>1. Kondycja fizyczna członka rodziny/opiekuna</w:t>
      </w:r>
      <w:r w:rsidR="00FD1037" w:rsidRPr="009246D1">
        <w:rPr>
          <w:sz w:val="22"/>
        </w:rPr>
        <w:t xml:space="preserve"> </w:t>
      </w:r>
      <w:r w:rsidR="00FD1037" w:rsidRPr="009246D1">
        <w:rPr>
          <w:rFonts w:asciiTheme="majorHAnsi" w:hAnsiTheme="majorHAnsi" w:cstheme="majorHAnsi"/>
          <w:b/>
          <w:sz w:val="22"/>
          <w:lang w:val="pl-PL"/>
        </w:rPr>
        <w:t>osoby z niepełnosprawnością</w:t>
      </w:r>
    </w:p>
    <w:p w14:paraId="4086C1DB" w14:textId="49BACA0A" w:rsidR="00B71126" w:rsidRPr="009246D1" w:rsidRDefault="00D85C07" w:rsidP="009246D1">
      <w:pPr>
        <w:spacing w:before="120" w:after="120"/>
        <w:rPr>
          <w:rFonts w:asciiTheme="majorHAnsi" w:hAnsiTheme="majorHAnsi" w:cstheme="majorHAnsi"/>
          <w:bCs/>
          <w:i/>
          <w:iCs/>
          <w:sz w:val="22"/>
          <w:lang w:val="pl-PL"/>
        </w:rPr>
      </w:pP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Przy ocenie należy uwzględnić wpływ sprawowanej opieki </w:t>
      </w:r>
      <w:r w:rsidR="00794F0D" w:rsidRPr="00794F0D">
        <w:rPr>
          <w:rFonts w:asciiTheme="majorHAnsi" w:hAnsiTheme="majorHAnsi" w:cstheme="majorHAnsi"/>
          <w:bCs/>
          <w:i/>
          <w:iCs/>
          <w:sz w:val="22"/>
          <w:lang w:val="pl-PL"/>
        </w:rPr>
        <w:t>nad osobą z niepełnosprawnością</w:t>
      </w:r>
      <w:r w:rsidR="00794F0D" w:rsidRPr="00603AA3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 </w:t>
      </w: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na kondycję fizyczną </w:t>
      </w:r>
      <w:r w:rsidR="00FD1037"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członka rodziny/opiekuna osoby z niepełnosprawnością </w:t>
      </w: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oraz stopień obciążenia fizycznego wynikającego z wykonywania czynności związanych z opieką.</w:t>
      </w:r>
    </w:p>
    <w:p w14:paraId="68AA4D98" w14:textId="1DE5BCAC" w:rsidR="00851C2D" w:rsidRPr="009246D1" w:rsidRDefault="00B71126" w:rsidP="009246D1">
      <w:pPr>
        <w:spacing w:before="120" w:after="120"/>
        <w:rPr>
          <w:rFonts w:asciiTheme="majorHAnsi" w:hAnsiTheme="majorHAnsi" w:cstheme="majorHAnsi"/>
          <w:bCs/>
          <w:i/>
          <w:iCs/>
          <w:sz w:val="22"/>
          <w:lang w:val="pl-PL"/>
        </w:rPr>
      </w:pP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Przez obciążenie fizyczne rozumie się wysiłek fizyczny związany ze sprawowaniem opieki nad osobą z niepełnosprawnością, w szczególności z wykonywaniem czynności wymagających podnoszenia, przemieszczania, asekuracji, zmiany pozycji ciała czy pomocy w czynnościach higienicznych.</w:t>
      </w:r>
    </w:p>
    <w:p w14:paraId="4C5BF300" w14:textId="1183E090" w:rsidR="00B71126" w:rsidRPr="009246D1" w:rsidRDefault="00B71126" w:rsidP="009246D1">
      <w:pPr>
        <w:spacing w:before="120" w:after="120"/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Przy ocenie należy uwzględnić częstotliwość i intensywność wykonywanych czynności, stopień zmęczenia fizycznego </w:t>
      </w:r>
      <w:r w:rsidR="00FD1037"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członka rodziny/opiekuna osoby z niepełnosprawnością </w:t>
      </w: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oraz wpływ sprawowanej opieki </w:t>
      </w:r>
      <w:r w:rsidR="00794F0D" w:rsidRPr="00794F0D">
        <w:rPr>
          <w:rFonts w:asciiTheme="majorHAnsi" w:hAnsiTheme="majorHAnsi" w:cstheme="majorHAnsi"/>
          <w:bCs/>
          <w:i/>
          <w:iCs/>
          <w:sz w:val="22"/>
          <w:lang w:val="pl-PL"/>
        </w:rPr>
        <w:t>nad osobą z niepełnosprawnością</w:t>
      </w:r>
      <w:r w:rsidR="00794F0D" w:rsidRPr="00603AA3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 </w:t>
      </w: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na jego kondycję i możliwość codziennego funkcjonowania</w:t>
      </w:r>
      <w:r w:rsidRPr="009246D1">
        <w:rPr>
          <w:rFonts w:asciiTheme="majorHAnsi" w:hAnsiTheme="majorHAnsi" w:cstheme="majorHAnsi"/>
          <w:bCs/>
          <w:sz w:val="22"/>
          <w:lang w:val="pl-PL"/>
        </w:rPr>
        <w:t>.</w:t>
      </w:r>
    </w:p>
    <w:p w14:paraId="29C11939" w14:textId="77777777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</w:p>
    <w:p w14:paraId="6FF177BF" w14:textId="4BA07035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="Segoe UI Symbol" w:hAnsi="Segoe UI Symbol" w:cs="Segoe UI Symbol"/>
          <w:bCs/>
          <w:sz w:val="22"/>
          <w:lang w:val="pl-PL"/>
        </w:rPr>
        <w:t>☐</w:t>
      </w:r>
      <w:r w:rsidRPr="009246D1">
        <w:rPr>
          <w:rFonts w:asciiTheme="majorHAnsi" w:hAnsiTheme="majorHAnsi" w:cstheme="majorHAnsi"/>
          <w:bCs/>
          <w:sz w:val="22"/>
          <w:lang w:val="pl-PL"/>
        </w:rPr>
        <w:t xml:space="preserve"> brak istotnego obciążenia fizycznego (0 pkt) – sprawowanie opieki nie powoduje istotnych trudności w zakresie kondycji fizycznej </w:t>
      </w:r>
      <w:r w:rsidR="00FD1037" w:rsidRPr="009246D1">
        <w:rPr>
          <w:rFonts w:asciiTheme="majorHAnsi" w:hAnsiTheme="majorHAnsi" w:cstheme="majorHAnsi"/>
          <w:bCs/>
          <w:sz w:val="22"/>
          <w:lang w:val="pl-PL"/>
        </w:rPr>
        <w:t>członka rodziny/opiekuna osoby z niepełnosprawnością</w:t>
      </w:r>
      <w:r w:rsidRPr="009246D1">
        <w:rPr>
          <w:rFonts w:asciiTheme="majorHAnsi" w:hAnsiTheme="majorHAnsi" w:cstheme="majorHAnsi"/>
          <w:bCs/>
          <w:sz w:val="22"/>
          <w:lang w:val="pl-PL"/>
        </w:rPr>
        <w:t>;</w:t>
      </w:r>
    </w:p>
    <w:p w14:paraId="1D8BC4A3" w14:textId="77777777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</w:p>
    <w:p w14:paraId="16036A93" w14:textId="64FD8163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="Segoe UI Symbol" w:hAnsi="Segoe UI Symbol" w:cs="Segoe UI Symbol"/>
          <w:bCs/>
          <w:sz w:val="22"/>
          <w:lang w:val="pl-PL"/>
        </w:rPr>
        <w:lastRenderedPageBreak/>
        <w:t>☐</w:t>
      </w:r>
      <w:r w:rsidRPr="009246D1">
        <w:rPr>
          <w:rFonts w:asciiTheme="majorHAnsi" w:hAnsiTheme="majorHAnsi" w:cstheme="majorHAnsi"/>
          <w:bCs/>
          <w:sz w:val="22"/>
          <w:lang w:val="pl-PL"/>
        </w:rPr>
        <w:t xml:space="preserve"> umiarkowane obciążenie fizyczne (1 pkt) – sprawowanie opieki powoduje okresowe lub umiarkowane obciążenie fizyczne </w:t>
      </w:r>
      <w:r w:rsidR="00FD1037" w:rsidRPr="009246D1">
        <w:rPr>
          <w:rFonts w:asciiTheme="majorHAnsi" w:hAnsiTheme="majorHAnsi" w:cstheme="majorHAnsi"/>
          <w:bCs/>
          <w:sz w:val="22"/>
          <w:lang w:val="pl-PL"/>
        </w:rPr>
        <w:t>członka rodziny/opiekuna osoby z niepełnosprawnością</w:t>
      </w:r>
      <w:r w:rsidRPr="009246D1">
        <w:rPr>
          <w:rFonts w:asciiTheme="majorHAnsi" w:hAnsiTheme="majorHAnsi" w:cstheme="majorHAnsi"/>
          <w:bCs/>
          <w:sz w:val="22"/>
          <w:lang w:val="pl-PL"/>
        </w:rPr>
        <w:t>;</w:t>
      </w:r>
    </w:p>
    <w:p w14:paraId="1C1C3636" w14:textId="77777777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</w:p>
    <w:p w14:paraId="015880ED" w14:textId="762AF661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="Segoe UI Symbol" w:hAnsi="Segoe UI Symbol" w:cs="Segoe UI Symbol"/>
          <w:bCs/>
          <w:sz w:val="22"/>
          <w:lang w:val="pl-PL"/>
        </w:rPr>
        <w:t>☐</w:t>
      </w:r>
      <w:r w:rsidRPr="009246D1">
        <w:rPr>
          <w:rFonts w:asciiTheme="majorHAnsi" w:hAnsiTheme="majorHAnsi" w:cstheme="majorHAnsi"/>
          <w:bCs/>
          <w:sz w:val="22"/>
          <w:lang w:val="pl-PL"/>
        </w:rPr>
        <w:t xml:space="preserve"> wysokie obciążenie fizyczne (2 pkt) – sprawowanie opieki powoduje znaczne lub częste obciążenie fizyczne </w:t>
      </w:r>
      <w:r w:rsidR="00FD1037" w:rsidRPr="009246D1">
        <w:rPr>
          <w:rFonts w:asciiTheme="majorHAnsi" w:hAnsiTheme="majorHAnsi" w:cstheme="majorHAnsi"/>
          <w:bCs/>
          <w:sz w:val="22"/>
          <w:lang w:val="pl-PL"/>
        </w:rPr>
        <w:t xml:space="preserve">członka rodziny/opiekuna </w:t>
      </w:r>
      <w:bookmarkStart w:id="4" w:name="_Hlk242696672"/>
      <w:r w:rsidR="00FD1037" w:rsidRPr="009246D1">
        <w:rPr>
          <w:rFonts w:asciiTheme="majorHAnsi" w:hAnsiTheme="majorHAnsi" w:cstheme="majorHAnsi"/>
          <w:bCs/>
          <w:sz w:val="22"/>
          <w:lang w:val="pl-PL"/>
        </w:rPr>
        <w:t>osoby z niepełnosprawnością</w:t>
      </w:r>
      <w:bookmarkEnd w:id="4"/>
      <w:r w:rsidRPr="009246D1">
        <w:rPr>
          <w:rFonts w:asciiTheme="majorHAnsi" w:hAnsiTheme="majorHAnsi" w:cstheme="majorHAnsi"/>
          <w:bCs/>
          <w:sz w:val="22"/>
          <w:lang w:val="pl-PL"/>
        </w:rPr>
        <w:t>, utrudniające mu wykonywanie obowiązków związanych z opieką lub codzienne funkcjonowanie.</w:t>
      </w:r>
    </w:p>
    <w:p w14:paraId="3B56A644" w14:textId="77777777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</w:p>
    <w:p w14:paraId="063551F4" w14:textId="77777777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Theme="majorHAnsi" w:hAnsiTheme="majorHAnsi" w:cstheme="majorHAnsi"/>
          <w:bCs/>
          <w:sz w:val="22"/>
          <w:lang w:val="pl-PL"/>
        </w:rPr>
        <w:t>Uzasadnienie:</w:t>
      </w:r>
    </w:p>
    <w:p w14:paraId="66CF45BE" w14:textId="27ECA062" w:rsidR="00D85C07" w:rsidRPr="009246D1" w:rsidRDefault="00D85C07" w:rsidP="009246D1">
      <w:pPr>
        <w:spacing w:before="120"/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Theme="majorHAnsi" w:hAnsiTheme="majorHAnsi" w:cstheme="majorHAnsi"/>
          <w:bCs/>
          <w:sz w:val="22"/>
          <w:lang w:val="pl-PL"/>
        </w:rPr>
        <w:t>....................................................................................................................................................................</w:t>
      </w:r>
      <w:r w:rsidR="009325D7">
        <w:rPr>
          <w:rFonts w:asciiTheme="majorHAnsi" w:hAnsiTheme="majorHAnsi" w:cstheme="majorHAnsi"/>
          <w:bCs/>
          <w:sz w:val="22"/>
          <w:lang w:val="pl-PL"/>
        </w:rPr>
        <w:t>..................</w:t>
      </w:r>
    </w:p>
    <w:p w14:paraId="563B993F" w14:textId="286D75A5" w:rsidR="00D85C07" w:rsidRPr="009246D1" w:rsidRDefault="00D85C07" w:rsidP="009246D1">
      <w:pPr>
        <w:spacing w:before="120"/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Theme="majorHAnsi" w:hAnsiTheme="majorHAnsi" w:cstheme="majorHAnsi"/>
          <w:bCs/>
          <w:sz w:val="22"/>
          <w:lang w:val="pl-PL"/>
        </w:rPr>
        <w:t>....................................................................................................................................................................</w:t>
      </w:r>
      <w:r w:rsidR="009325D7">
        <w:rPr>
          <w:rFonts w:asciiTheme="majorHAnsi" w:hAnsiTheme="majorHAnsi" w:cstheme="majorHAnsi"/>
          <w:bCs/>
          <w:sz w:val="22"/>
          <w:lang w:val="pl-PL"/>
        </w:rPr>
        <w:t>..................</w:t>
      </w:r>
    </w:p>
    <w:p w14:paraId="4772F6CE" w14:textId="25AAF061" w:rsidR="00D85C07" w:rsidRPr="009246D1" w:rsidRDefault="00D85C07" w:rsidP="009246D1">
      <w:pPr>
        <w:spacing w:before="120"/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Theme="majorHAnsi" w:hAnsiTheme="majorHAnsi" w:cstheme="majorHAnsi"/>
          <w:bCs/>
          <w:sz w:val="22"/>
          <w:lang w:val="pl-PL"/>
        </w:rPr>
        <w:t>....................................................................................................................................................................</w:t>
      </w:r>
      <w:r w:rsidR="009325D7">
        <w:rPr>
          <w:rFonts w:asciiTheme="majorHAnsi" w:hAnsiTheme="majorHAnsi" w:cstheme="majorHAnsi"/>
          <w:bCs/>
          <w:sz w:val="22"/>
          <w:lang w:val="pl-PL"/>
        </w:rPr>
        <w:t>..................</w:t>
      </w:r>
    </w:p>
    <w:p w14:paraId="20730C69" w14:textId="77777777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</w:p>
    <w:p w14:paraId="78AFEE3C" w14:textId="35826210" w:rsidR="00D85C07" w:rsidRPr="009246D1" w:rsidRDefault="00D85C07" w:rsidP="00D85C07">
      <w:pPr>
        <w:rPr>
          <w:rFonts w:asciiTheme="majorHAnsi" w:hAnsiTheme="majorHAnsi" w:cstheme="majorHAnsi"/>
          <w:b/>
          <w:sz w:val="22"/>
          <w:lang w:val="pl-PL"/>
        </w:rPr>
      </w:pPr>
      <w:r w:rsidRPr="009246D1">
        <w:rPr>
          <w:rFonts w:asciiTheme="majorHAnsi" w:hAnsiTheme="majorHAnsi" w:cstheme="majorHAnsi"/>
          <w:b/>
          <w:sz w:val="22"/>
          <w:lang w:val="pl-PL"/>
        </w:rPr>
        <w:t>2. Kondycja psychiczna członka rodziny/opiekuna</w:t>
      </w:r>
      <w:r w:rsidR="00FD1037" w:rsidRPr="009246D1">
        <w:rPr>
          <w:rFonts w:asciiTheme="majorHAnsi" w:hAnsiTheme="majorHAnsi" w:cstheme="majorHAnsi"/>
          <w:b/>
          <w:sz w:val="22"/>
          <w:lang w:val="pl-PL"/>
        </w:rPr>
        <w:t xml:space="preserve"> osoby z niepełnosprawnością</w:t>
      </w:r>
    </w:p>
    <w:p w14:paraId="5ADDD354" w14:textId="45602FE5" w:rsidR="00B71126" w:rsidRPr="009246D1" w:rsidRDefault="00B71126" w:rsidP="00B71126">
      <w:pPr>
        <w:rPr>
          <w:rFonts w:asciiTheme="majorHAnsi" w:hAnsiTheme="majorHAnsi" w:cstheme="majorHAnsi"/>
          <w:bCs/>
          <w:i/>
          <w:iCs/>
          <w:sz w:val="22"/>
          <w:lang w:val="pl-PL"/>
        </w:rPr>
      </w:pP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Przy ocenie należy uwzględnić odczuwane przez członka rodziny/opiekuna </w:t>
      </w:r>
      <w:r w:rsidR="00FD1037"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osoby z niepełnosprawnością </w:t>
      </w: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obciążenie psychiczne wynikające ze sprawowania opieki nad osobą z niepełnosprawnością, w szczególności związane z długotrwałym stresem, napięciem emocjonalnym, poczuciem odpowiedzialności oraz koniecznością pozostawania w stałej gotowości do udzielania pomocy.</w:t>
      </w:r>
    </w:p>
    <w:p w14:paraId="02A29023" w14:textId="6D976570" w:rsidR="00851C2D" w:rsidRPr="009246D1" w:rsidRDefault="00B71126" w:rsidP="009246D1">
      <w:pPr>
        <w:spacing w:before="120"/>
        <w:rPr>
          <w:rFonts w:asciiTheme="majorHAnsi" w:hAnsiTheme="majorHAnsi" w:cstheme="majorHAnsi"/>
          <w:bCs/>
          <w:i/>
          <w:iCs/>
          <w:sz w:val="22"/>
          <w:lang w:val="pl-PL"/>
        </w:rPr>
      </w:pP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Oceny dokonuje się na podstawie informacji przekazanych przez członka rodziny/opiekuna</w:t>
      </w:r>
      <w:r w:rsidR="00FD1037"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 osoby z niepełnosprawnością</w:t>
      </w: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, z uwzględnieniem częstotliwości i nasilenia odczuwanego obciążenia oraz jego wpływu na codzienne funkcjonowanie. </w:t>
      </w:r>
      <w:r w:rsidR="00624815"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R</w:t>
      </w:r>
      <w:r w:rsidR="00851C2D"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ealizator Programu może </w:t>
      </w:r>
      <w:r w:rsidR="00942A0E"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zapytać m.in. </w:t>
      </w:r>
    </w:p>
    <w:p w14:paraId="213E7A8E" w14:textId="5D09352D" w:rsidR="00851C2D" w:rsidRPr="009246D1" w:rsidRDefault="00942A0E" w:rsidP="009246D1">
      <w:pPr>
        <w:pStyle w:val="Akapitzlist"/>
        <w:numPr>
          <w:ilvl w:val="0"/>
          <w:numId w:val="25"/>
        </w:numPr>
        <w:rPr>
          <w:rFonts w:asciiTheme="majorHAnsi" w:hAnsiTheme="majorHAnsi" w:cstheme="majorHAnsi"/>
          <w:bCs/>
          <w:i/>
          <w:iCs/>
          <w:sz w:val="22"/>
          <w:lang w:val="pl-PL"/>
        </w:rPr>
      </w:pP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c</w:t>
      </w:r>
      <w:r w:rsidR="00851C2D"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zy sprawowanie opieki </w:t>
      </w:r>
      <w:r w:rsidR="00794F0D" w:rsidRPr="00794F0D">
        <w:rPr>
          <w:rFonts w:asciiTheme="majorHAnsi" w:hAnsiTheme="majorHAnsi" w:cstheme="majorHAnsi"/>
          <w:bCs/>
          <w:i/>
          <w:iCs/>
          <w:sz w:val="22"/>
          <w:lang w:val="pl-PL"/>
        </w:rPr>
        <w:t>nad osobą z niepełnosprawnością</w:t>
      </w:r>
      <w:r w:rsidR="00794F0D" w:rsidRPr="00603AA3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 </w:t>
      </w:r>
      <w:r w:rsidR="00851C2D"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wiąże się dla </w:t>
      </w: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członka rodziny/opiekuna </w:t>
      </w:r>
      <w:r w:rsidR="00FD1037"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osoby z niepełnosprawnością </w:t>
      </w:r>
      <w:r w:rsidR="00851C2D"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z odczuwaniem stresu, napięcia emocjonalnego lub zmęczenia psychicznego?</w:t>
      </w:r>
    </w:p>
    <w:p w14:paraId="74F053CD" w14:textId="3DBB328B" w:rsidR="00851C2D" w:rsidRPr="009246D1" w:rsidRDefault="00942A0E" w:rsidP="009246D1">
      <w:pPr>
        <w:pStyle w:val="Akapitzlist"/>
        <w:numPr>
          <w:ilvl w:val="0"/>
          <w:numId w:val="25"/>
        </w:numPr>
        <w:rPr>
          <w:rFonts w:asciiTheme="majorHAnsi" w:hAnsiTheme="majorHAnsi" w:cstheme="majorHAnsi"/>
          <w:bCs/>
          <w:i/>
          <w:iCs/>
          <w:sz w:val="22"/>
          <w:lang w:val="pl-PL"/>
        </w:rPr>
      </w:pP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j</w:t>
      </w:r>
      <w:r w:rsidR="00851C2D"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ak często występują te odczucia – sporadycznie, okresowo czy regularnie?</w:t>
      </w:r>
    </w:p>
    <w:p w14:paraId="7A4660E0" w14:textId="247299CB" w:rsidR="00851C2D" w:rsidRPr="009246D1" w:rsidRDefault="00942A0E" w:rsidP="009246D1">
      <w:pPr>
        <w:pStyle w:val="Akapitzlist"/>
        <w:numPr>
          <w:ilvl w:val="0"/>
          <w:numId w:val="25"/>
        </w:numPr>
        <w:rPr>
          <w:rFonts w:asciiTheme="majorHAnsi" w:hAnsiTheme="majorHAnsi" w:cstheme="majorHAnsi"/>
          <w:bCs/>
          <w:i/>
          <w:iCs/>
          <w:sz w:val="22"/>
          <w:lang w:val="pl-PL"/>
        </w:rPr>
      </w:pP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c</w:t>
      </w:r>
      <w:r w:rsidR="00851C2D"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zy odczuwane obciążenie utrudnia </w:t>
      </w: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mu</w:t>
      </w:r>
      <w:r w:rsidR="00851C2D"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 codzienne funkcjonowanie lub sprawowanie opieki</w:t>
      </w:r>
      <w:r w:rsidR="00794F0D" w:rsidRPr="00794F0D">
        <w:t xml:space="preserve"> </w:t>
      </w:r>
      <w:r w:rsidR="00794F0D" w:rsidRPr="00794F0D">
        <w:rPr>
          <w:rFonts w:asciiTheme="majorHAnsi" w:hAnsiTheme="majorHAnsi" w:cstheme="majorHAnsi"/>
          <w:bCs/>
          <w:i/>
          <w:iCs/>
          <w:sz w:val="22"/>
          <w:lang w:val="pl-PL"/>
        </w:rPr>
        <w:t>nad osobą z niepełnosprawnością</w:t>
      </w:r>
      <w:r w:rsidR="00851C2D"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?</w:t>
      </w:r>
    </w:p>
    <w:p w14:paraId="105368B0" w14:textId="10301572" w:rsidR="00D85C07" w:rsidRPr="009246D1" w:rsidRDefault="00624815" w:rsidP="00B71126">
      <w:pPr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Ocena dotyczy obciążenia psychicznego odczuwanego przez członka rodziny/opiekuna </w:t>
      </w:r>
      <w:r w:rsidR="00FD1037"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osoby z niepełnosprawnością </w:t>
      </w: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w związku ze sprawowaniem opieki </w:t>
      </w:r>
      <w:r w:rsidR="00794F0D" w:rsidRPr="00794F0D">
        <w:rPr>
          <w:rFonts w:asciiTheme="majorHAnsi" w:hAnsiTheme="majorHAnsi" w:cstheme="majorHAnsi"/>
          <w:bCs/>
          <w:i/>
          <w:iCs/>
          <w:sz w:val="22"/>
          <w:lang w:val="pl-PL"/>
        </w:rPr>
        <w:t>nad osobą z niepełnosprawnością</w:t>
      </w:r>
      <w:r w:rsidR="00794F0D" w:rsidRPr="00603AA3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 </w:t>
      </w: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i nie wymaga przeprowadzania specjalistycznej diagnozy psychologicznej ani medycznej</w:t>
      </w:r>
      <w:r w:rsidR="00D85C07"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.</w:t>
      </w:r>
    </w:p>
    <w:p w14:paraId="6AE3E933" w14:textId="77777777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</w:p>
    <w:p w14:paraId="44762B62" w14:textId="5347888D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="Segoe UI Symbol" w:hAnsi="Segoe UI Symbol" w:cs="Segoe UI Symbol"/>
          <w:bCs/>
          <w:sz w:val="22"/>
          <w:lang w:val="pl-PL"/>
        </w:rPr>
        <w:t>☐</w:t>
      </w:r>
      <w:r w:rsidRPr="009246D1">
        <w:rPr>
          <w:rFonts w:asciiTheme="majorHAnsi" w:hAnsiTheme="majorHAnsi" w:cstheme="majorHAnsi"/>
          <w:bCs/>
          <w:sz w:val="22"/>
          <w:lang w:val="pl-PL"/>
        </w:rPr>
        <w:t xml:space="preserve"> brak istotnego obciążenia </w:t>
      </w:r>
      <w:bookmarkStart w:id="5" w:name="_Hlk242438854"/>
      <w:r w:rsidRPr="009246D1">
        <w:rPr>
          <w:rFonts w:asciiTheme="majorHAnsi" w:hAnsiTheme="majorHAnsi" w:cstheme="majorHAnsi"/>
          <w:bCs/>
          <w:sz w:val="22"/>
          <w:lang w:val="pl-PL"/>
        </w:rPr>
        <w:t xml:space="preserve">psychicznego </w:t>
      </w:r>
      <w:bookmarkEnd w:id="5"/>
      <w:r w:rsidRPr="009246D1">
        <w:rPr>
          <w:rFonts w:asciiTheme="majorHAnsi" w:hAnsiTheme="majorHAnsi" w:cstheme="majorHAnsi"/>
          <w:bCs/>
          <w:sz w:val="22"/>
          <w:lang w:val="pl-PL"/>
        </w:rPr>
        <w:t>(0 pkt)</w:t>
      </w:r>
      <w:r w:rsidR="00624815" w:rsidRPr="009246D1">
        <w:rPr>
          <w:rFonts w:asciiTheme="majorHAnsi" w:hAnsiTheme="majorHAnsi" w:cstheme="majorHAnsi"/>
          <w:bCs/>
          <w:sz w:val="22"/>
          <w:lang w:val="pl-PL"/>
        </w:rPr>
        <w:t xml:space="preserve"> – członek rodziny/opiekun </w:t>
      </w:r>
      <w:r w:rsidR="00FD1037" w:rsidRPr="009246D1">
        <w:rPr>
          <w:rFonts w:asciiTheme="majorHAnsi" w:hAnsiTheme="majorHAnsi" w:cstheme="majorHAnsi"/>
          <w:bCs/>
          <w:sz w:val="22"/>
          <w:lang w:val="pl-PL"/>
        </w:rPr>
        <w:t xml:space="preserve">osoby z niepełnosprawnością </w:t>
      </w:r>
      <w:r w:rsidR="00624815" w:rsidRPr="009246D1">
        <w:rPr>
          <w:rFonts w:asciiTheme="majorHAnsi" w:hAnsiTheme="majorHAnsi" w:cstheme="majorHAnsi"/>
          <w:bCs/>
          <w:sz w:val="22"/>
          <w:lang w:val="pl-PL"/>
        </w:rPr>
        <w:t>nie zgłasza istotnego obciążenia psychicznego związanego ze sprawowaniem opieki;</w:t>
      </w:r>
    </w:p>
    <w:p w14:paraId="046B3123" w14:textId="77777777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</w:p>
    <w:p w14:paraId="1F48B9B9" w14:textId="76BC9434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="Segoe UI Symbol" w:hAnsi="Segoe UI Symbol" w:cs="Segoe UI Symbol"/>
          <w:bCs/>
          <w:sz w:val="22"/>
          <w:lang w:val="pl-PL"/>
        </w:rPr>
        <w:t>☐</w:t>
      </w:r>
      <w:r w:rsidRPr="009246D1">
        <w:rPr>
          <w:rFonts w:asciiTheme="majorHAnsi" w:hAnsiTheme="majorHAnsi" w:cstheme="majorHAnsi"/>
          <w:bCs/>
          <w:sz w:val="22"/>
          <w:lang w:val="pl-PL"/>
        </w:rPr>
        <w:t xml:space="preserve"> umiarkowane obciążenie psychiczne (1 pkt)</w:t>
      </w:r>
      <w:r w:rsidR="00624815" w:rsidRPr="009246D1">
        <w:rPr>
          <w:rFonts w:asciiTheme="majorHAnsi" w:hAnsiTheme="majorHAnsi" w:cstheme="majorHAnsi"/>
          <w:bCs/>
          <w:sz w:val="22"/>
          <w:lang w:val="pl-PL"/>
        </w:rPr>
        <w:t xml:space="preserve"> – członek rodziny/opiekun </w:t>
      </w:r>
      <w:r w:rsidR="00FD1037" w:rsidRPr="009246D1">
        <w:rPr>
          <w:rFonts w:asciiTheme="majorHAnsi" w:hAnsiTheme="majorHAnsi" w:cstheme="majorHAnsi"/>
          <w:bCs/>
          <w:sz w:val="22"/>
          <w:lang w:val="pl-PL"/>
        </w:rPr>
        <w:t xml:space="preserve">osoby z niepełnosprawnością </w:t>
      </w:r>
      <w:r w:rsidR="00624815" w:rsidRPr="009246D1">
        <w:rPr>
          <w:rFonts w:asciiTheme="majorHAnsi" w:hAnsiTheme="majorHAnsi" w:cstheme="majorHAnsi"/>
          <w:bCs/>
          <w:sz w:val="22"/>
          <w:lang w:val="pl-PL"/>
        </w:rPr>
        <w:t>zgłasza okresowe lub umiarkowane obciążenie psychiczne związane ze sprawowaniem opieki, które nie wpływa w znacznym stopniu na jego codzienne funkcjonowanie;</w:t>
      </w:r>
    </w:p>
    <w:p w14:paraId="4409B5EA" w14:textId="77777777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</w:p>
    <w:p w14:paraId="4394A554" w14:textId="6D60EB02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="Segoe UI Symbol" w:hAnsi="Segoe UI Symbol" w:cs="Segoe UI Symbol"/>
          <w:bCs/>
          <w:sz w:val="22"/>
          <w:lang w:val="pl-PL"/>
        </w:rPr>
        <w:t>☐</w:t>
      </w:r>
      <w:r w:rsidRPr="009246D1">
        <w:rPr>
          <w:rFonts w:asciiTheme="majorHAnsi" w:hAnsiTheme="majorHAnsi" w:cstheme="majorHAnsi"/>
          <w:bCs/>
          <w:sz w:val="22"/>
          <w:lang w:val="pl-PL"/>
        </w:rPr>
        <w:t xml:space="preserve"> wysokie obciążenie psychiczne (2 pkt)</w:t>
      </w:r>
      <w:r w:rsidR="00624815" w:rsidRPr="009246D1">
        <w:rPr>
          <w:rFonts w:asciiTheme="majorHAnsi" w:hAnsiTheme="majorHAnsi" w:cstheme="majorHAnsi"/>
          <w:bCs/>
          <w:sz w:val="22"/>
          <w:lang w:val="pl-PL"/>
        </w:rPr>
        <w:t xml:space="preserve"> – członek rodziny/opiekun </w:t>
      </w:r>
      <w:r w:rsidR="00FD1037" w:rsidRPr="009246D1">
        <w:rPr>
          <w:rFonts w:asciiTheme="majorHAnsi" w:hAnsiTheme="majorHAnsi" w:cstheme="majorHAnsi"/>
          <w:bCs/>
          <w:sz w:val="22"/>
          <w:lang w:val="pl-PL"/>
        </w:rPr>
        <w:t xml:space="preserve">osoby z niepełnosprawnością </w:t>
      </w:r>
      <w:r w:rsidR="00624815" w:rsidRPr="009246D1">
        <w:rPr>
          <w:rFonts w:asciiTheme="majorHAnsi" w:hAnsiTheme="majorHAnsi" w:cstheme="majorHAnsi"/>
          <w:bCs/>
          <w:sz w:val="22"/>
          <w:lang w:val="pl-PL"/>
        </w:rPr>
        <w:t>zgłasza znaczne lub częste obciążenie psychiczne związane ze sprawowaniem opieki, które istotnie utrudnia mu codzienne funkcjonowanie lub wykonywanie obowiązków opiekuńczych</w:t>
      </w:r>
    </w:p>
    <w:p w14:paraId="389760C2" w14:textId="77777777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</w:p>
    <w:p w14:paraId="2267B2C4" w14:textId="77777777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Theme="majorHAnsi" w:hAnsiTheme="majorHAnsi" w:cstheme="majorHAnsi"/>
          <w:bCs/>
          <w:sz w:val="22"/>
          <w:lang w:val="pl-PL"/>
        </w:rPr>
        <w:t>Uzasadnienie:</w:t>
      </w:r>
    </w:p>
    <w:p w14:paraId="67EFAC09" w14:textId="365F151C" w:rsidR="00D85C07" w:rsidRPr="009246D1" w:rsidRDefault="00D85C07" w:rsidP="009246D1">
      <w:pPr>
        <w:spacing w:before="120"/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Theme="majorHAnsi" w:hAnsiTheme="majorHAnsi" w:cstheme="majorHAnsi"/>
          <w:bCs/>
          <w:sz w:val="22"/>
          <w:lang w:val="pl-PL"/>
        </w:rPr>
        <w:t>....................................................................................................................................................................</w:t>
      </w:r>
      <w:r w:rsidR="009325D7">
        <w:rPr>
          <w:rFonts w:asciiTheme="majorHAnsi" w:hAnsiTheme="majorHAnsi" w:cstheme="majorHAnsi"/>
          <w:bCs/>
          <w:sz w:val="22"/>
          <w:lang w:val="pl-PL"/>
        </w:rPr>
        <w:t>..............</w:t>
      </w:r>
    </w:p>
    <w:p w14:paraId="715678E5" w14:textId="1737A365" w:rsidR="00D85C07" w:rsidRPr="009246D1" w:rsidRDefault="00D85C07" w:rsidP="009246D1">
      <w:pPr>
        <w:spacing w:before="120"/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Theme="majorHAnsi" w:hAnsiTheme="majorHAnsi" w:cstheme="majorHAnsi"/>
          <w:bCs/>
          <w:sz w:val="22"/>
          <w:lang w:val="pl-PL"/>
        </w:rPr>
        <w:t>....................................................................................................................................................................</w:t>
      </w:r>
      <w:r w:rsidR="009325D7">
        <w:rPr>
          <w:rFonts w:asciiTheme="majorHAnsi" w:hAnsiTheme="majorHAnsi" w:cstheme="majorHAnsi"/>
          <w:bCs/>
          <w:sz w:val="22"/>
          <w:lang w:val="pl-PL"/>
        </w:rPr>
        <w:t>...........</w:t>
      </w:r>
    </w:p>
    <w:p w14:paraId="1D68D790" w14:textId="5541425A" w:rsidR="00D85C07" w:rsidRPr="009246D1" w:rsidRDefault="00D85C07" w:rsidP="009246D1">
      <w:pPr>
        <w:spacing w:before="120"/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Theme="majorHAnsi" w:hAnsiTheme="majorHAnsi" w:cstheme="majorHAnsi"/>
          <w:bCs/>
          <w:sz w:val="22"/>
          <w:lang w:val="pl-PL"/>
        </w:rPr>
        <w:t>....................................................................................................................................................................</w:t>
      </w:r>
      <w:r w:rsidR="009325D7">
        <w:rPr>
          <w:rFonts w:asciiTheme="majorHAnsi" w:hAnsiTheme="majorHAnsi" w:cstheme="majorHAnsi"/>
          <w:bCs/>
          <w:sz w:val="22"/>
          <w:lang w:val="pl-PL"/>
        </w:rPr>
        <w:t>...........</w:t>
      </w:r>
    </w:p>
    <w:p w14:paraId="5A227837" w14:textId="77777777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</w:p>
    <w:p w14:paraId="776ACC10" w14:textId="1FB360AD" w:rsidR="00D85C07" w:rsidRPr="009246D1" w:rsidRDefault="00D85C07" w:rsidP="00D85C07">
      <w:pPr>
        <w:rPr>
          <w:rFonts w:asciiTheme="majorHAnsi" w:hAnsiTheme="majorHAnsi" w:cstheme="majorHAnsi"/>
          <w:b/>
          <w:sz w:val="22"/>
          <w:lang w:val="pl-PL"/>
        </w:rPr>
      </w:pPr>
      <w:r w:rsidRPr="009246D1">
        <w:rPr>
          <w:rFonts w:asciiTheme="majorHAnsi" w:hAnsiTheme="majorHAnsi" w:cstheme="majorHAnsi"/>
          <w:b/>
          <w:sz w:val="22"/>
          <w:lang w:val="pl-PL"/>
        </w:rPr>
        <w:t xml:space="preserve">3. </w:t>
      </w:r>
      <w:r w:rsidR="007E0274" w:rsidRPr="009246D1">
        <w:rPr>
          <w:rFonts w:asciiTheme="majorHAnsi" w:hAnsiTheme="majorHAnsi" w:cstheme="majorHAnsi"/>
          <w:b/>
          <w:sz w:val="22"/>
          <w:lang w:val="pl-PL"/>
        </w:rPr>
        <w:t>Trudności i obawy związane z zapewnieniem bezpieczeństwa podczas sprawowania opieki</w:t>
      </w:r>
      <w:r w:rsidR="00794F0D" w:rsidRPr="00794F0D">
        <w:t xml:space="preserve"> </w:t>
      </w:r>
      <w:r w:rsidR="00794F0D" w:rsidRPr="00794F0D">
        <w:rPr>
          <w:rFonts w:asciiTheme="majorHAnsi" w:hAnsiTheme="majorHAnsi" w:cstheme="majorHAnsi"/>
          <w:b/>
          <w:sz w:val="22"/>
          <w:lang w:val="pl-PL"/>
        </w:rPr>
        <w:t>nad osobą z niepełnosprawnością</w:t>
      </w:r>
      <w:r w:rsidR="00794F0D" w:rsidRPr="00603AA3" w:rsidDel="00D621EF">
        <w:rPr>
          <w:rFonts w:asciiTheme="majorHAnsi" w:hAnsiTheme="majorHAnsi" w:cstheme="majorHAnsi"/>
          <w:b/>
          <w:sz w:val="22"/>
          <w:lang w:val="pl-PL"/>
        </w:rPr>
        <w:t xml:space="preserve"> </w:t>
      </w:r>
    </w:p>
    <w:p w14:paraId="38C7E7B3" w14:textId="3F909168" w:rsidR="007E0274" w:rsidRPr="009246D1" w:rsidRDefault="00624815" w:rsidP="009246D1">
      <w:pPr>
        <w:spacing w:before="120" w:after="120"/>
        <w:rPr>
          <w:rFonts w:asciiTheme="majorHAnsi" w:hAnsiTheme="majorHAnsi" w:cstheme="majorHAnsi"/>
          <w:bCs/>
          <w:i/>
          <w:iCs/>
          <w:sz w:val="22"/>
          <w:lang w:val="pl-PL"/>
        </w:rPr>
      </w:pP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Przy ocenie należy uwzględnić, czy wykonywanie czynności związanych ze sprawowaniem opieki </w:t>
      </w:r>
      <w:r w:rsidR="00794F0D" w:rsidRPr="00794F0D">
        <w:rPr>
          <w:rFonts w:asciiTheme="majorHAnsi" w:hAnsiTheme="majorHAnsi" w:cstheme="majorHAnsi"/>
          <w:bCs/>
          <w:i/>
          <w:iCs/>
          <w:sz w:val="22"/>
          <w:lang w:val="pl-PL"/>
        </w:rPr>
        <w:t>nad osobą z niepełnosprawnością</w:t>
      </w:r>
      <w:r w:rsidR="00794F0D" w:rsidRPr="00603AA3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 </w:t>
      </w: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lub występowanie określonych sytuacji powoduje u </w:t>
      </w:r>
      <w:r w:rsidR="006F5D0F"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członka rodziny/opiekuna osoby z niepełnosprawnością </w:t>
      </w: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obawy dotyczące możliwości zapewnienia bezpieczeństwa osobie z niepełnosprawnością, sobie lub innym osobom</w:t>
      </w:r>
      <w:r w:rsidR="007E0274"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.</w:t>
      </w:r>
    </w:p>
    <w:p w14:paraId="5CEE81A0" w14:textId="77777777" w:rsidR="00624815" w:rsidRPr="009246D1" w:rsidRDefault="007E0274" w:rsidP="009246D1">
      <w:pPr>
        <w:spacing w:before="120" w:after="120"/>
        <w:rPr>
          <w:rFonts w:asciiTheme="majorHAnsi" w:hAnsiTheme="majorHAnsi" w:cstheme="majorHAnsi"/>
          <w:bCs/>
          <w:i/>
          <w:iCs/>
          <w:sz w:val="22"/>
          <w:lang w:val="pl-PL"/>
        </w:rPr>
      </w:pP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Dotyczy to w szczególności </w:t>
      </w:r>
    </w:p>
    <w:p w14:paraId="3C44CFCE" w14:textId="02DD2C28" w:rsidR="00624815" w:rsidRPr="009246D1" w:rsidRDefault="007E0274" w:rsidP="009246D1">
      <w:pPr>
        <w:pStyle w:val="Akapitzlist"/>
        <w:numPr>
          <w:ilvl w:val="0"/>
          <w:numId w:val="26"/>
        </w:numPr>
        <w:spacing w:before="120" w:after="120"/>
        <w:contextualSpacing w:val="0"/>
        <w:rPr>
          <w:rFonts w:asciiTheme="majorHAnsi" w:hAnsiTheme="majorHAnsi" w:cstheme="majorHAnsi"/>
          <w:bCs/>
          <w:i/>
          <w:iCs/>
          <w:sz w:val="22"/>
          <w:lang w:val="pl-PL"/>
        </w:rPr>
      </w:pP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wykonywania czynności pielęgnacyjnych lub czynności o charakterze medycznym, wymagających specjalistycznej wiedzy, umiejętności lub odpowiedniego przeszkolenia</w:t>
      </w:r>
      <w:r w:rsidR="00A050A5"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 (np.</w:t>
      </w:r>
      <w:r w:rsidR="00624815"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 </w:t>
      </w:r>
      <w:r w:rsidR="00A050A5"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cewnikowani</w:t>
      </w:r>
      <w:r w:rsidR="00E30090"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a</w:t>
      </w:r>
      <w:r w:rsidR="00A050A5"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, podawania insuliny)</w:t>
      </w:r>
      <w:r w:rsidR="00942A0E"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, </w:t>
      </w:r>
    </w:p>
    <w:p w14:paraId="7957953B" w14:textId="77777777" w:rsidR="00E30090" w:rsidRPr="009246D1" w:rsidRDefault="00E30090" w:rsidP="009246D1">
      <w:pPr>
        <w:pStyle w:val="Akapitzlist"/>
        <w:numPr>
          <w:ilvl w:val="0"/>
          <w:numId w:val="26"/>
        </w:numPr>
        <w:spacing w:before="120" w:after="120"/>
        <w:contextualSpacing w:val="0"/>
        <w:rPr>
          <w:rFonts w:asciiTheme="majorHAnsi" w:hAnsiTheme="majorHAnsi" w:cstheme="majorHAnsi"/>
          <w:bCs/>
          <w:i/>
          <w:iCs/>
          <w:sz w:val="22"/>
          <w:lang w:val="pl-PL"/>
        </w:rPr>
      </w:pP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trudności w porozumiewaniu się z osobą z niepełnosprawnością, w tym z wykorzystaniem komunikacji wspomagającej lub alternatywnej (AAC), mogących mieć wpływ na zapewnienie jej bezpieczeństwa;</w:t>
      </w:r>
    </w:p>
    <w:p w14:paraId="6ECFD30C" w14:textId="28272457" w:rsidR="00624815" w:rsidRPr="009246D1" w:rsidRDefault="007E0274" w:rsidP="009246D1">
      <w:pPr>
        <w:pStyle w:val="Akapitzlist"/>
        <w:numPr>
          <w:ilvl w:val="0"/>
          <w:numId w:val="26"/>
        </w:numPr>
        <w:spacing w:before="120" w:after="120"/>
        <w:contextualSpacing w:val="0"/>
        <w:rPr>
          <w:rFonts w:asciiTheme="majorHAnsi" w:hAnsiTheme="majorHAnsi" w:cstheme="majorHAnsi"/>
          <w:bCs/>
          <w:i/>
          <w:iCs/>
          <w:sz w:val="22"/>
          <w:lang w:val="pl-PL"/>
        </w:rPr>
      </w:pP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obsługi sprzętu wspomagającego codzienne funkcjonowanie osoby z niepełnosprawnością (np.</w:t>
      </w:r>
      <w:r w:rsidR="00624815"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 </w:t>
      </w: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podnośnika, </w:t>
      </w:r>
      <w:proofErr w:type="spellStart"/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schodołazu</w:t>
      </w:r>
      <w:proofErr w:type="spellEnd"/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).</w:t>
      </w:r>
    </w:p>
    <w:p w14:paraId="60FAC1AC" w14:textId="00A9E41E" w:rsidR="007E0274" w:rsidRPr="009246D1" w:rsidRDefault="007E0274" w:rsidP="009246D1">
      <w:pPr>
        <w:spacing w:before="120" w:after="120"/>
        <w:rPr>
          <w:rFonts w:asciiTheme="majorHAnsi" w:hAnsiTheme="majorHAnsi" w:cstheme="majorHAnsi"/>
          <w:bCs/>
          <w:i/>
          <w:iCs/>
          <w:sz w:val="22"/>
          <w:lang w:val="pl-PL"/>
        </w:rPr>
      </w:pP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Należy również uwzględnić sytuacje wymagające od </w:t>
      </w:r>
      <w:r w:rsidR="00FD1037"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członka rodziny/opiekuna osoby z niepełnosprawnością </w:t>
      </w: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wzmożonej uwagi, szczególnego nadzoru lub podejmowania działań w celu zapobiegania zagrożeniom, w tym związane z nagłymi, impulsywnymi lub trudnymi do przewidzenia reakcjami i </w:t>
      </w:r>
      <w:proofErr w:type="spellStart"/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zachowaniami</w:t>
      </w:r>
      <w:proofErr w:type="spellEnd"/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 osoby z niepełnosprawnością.</w:t>
      </w:r>
    </w:p>
    <w:p w14:paraId="57238C34" w14:textId="38865FB7" w:rsidR="00D85C07" w:rsidRPr="009246D1" w:rsidRDefault="00E30090" w:rsidP="009246D1">
      <w:pPr>
        <w:spacing w:before="120" w:after="120"/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Przy ocenie należy uwzględnić rodzaj i częstotliwość takich czynności lub sytuacji, stopień trudności związanych z zapewnieniem bezpieczeństwa, obawy zgłaszane przez </w:t>
      </w:r>
      <w:r w:rsidR="00FD1037"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członka rodziny/opiekuna osoby z niepełnosprawnością</w:t>
      </w: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, jego przygotowanie do podejmowania niezbędnych działań oraz potrzebę korzystania z pomocy innych osób, w tym osób posiadających odpowiednie kwalifikacje</w:t>
      </w:r>
      <w:r w:rsidR="007E0274"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.</w:t>
      </w:r>
    </w:p>
    <w:p w14:paraId="09C6939D" w14:textId="77777777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</w:p>
    <w:p w14:paraId="2219B704" w14:textId="3EE0A359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="Segoe UI Symbol" w:hAnsi="Segoe UI Symbol" w:cs="Segoe UI Symbol"/>
          <w:bCs/>
          <w:sz w:val="22"/>
          <w:lang w:val="pl-PL"/>
        </w:rPr>
        <w:t>☐</w:t>
      </w:r>
      <w:r w:rsidRPr="009246D1">
        <w:rPr>
          <w:rFonts w:asciiTheme="majorHAnsi" w:hAnsiTheme="majorHAnsi" w:cstheme="majorHAnsi"/>
          <w:bCs/>
          <w:sz w:val="22"/>
          <w:lang w:val="pl-PL"/>
        </w:rPr>
        <w:t xml:space="preserve"> brak istotnych </w:t>
      </w:r>
      <w:bookmarkStart w:id="6" w:name="_Hlk242439062"/>
      <w:r w:rsidR="007E0274" w:rsidRPr="009246D1">
        <w:rPr>
          <w:rFonts w:asciiTheme="majorHAnsi" w:hAnsiTheme="majorHAnsi" w:cstheme="majorHAnsi"/>
          <w:bCs/>
          <w:sz w:val="22"/>
          <w:lang w:val="pl-PL"/>
        </w:rPr>
        <w:t xml:space="preserve">trudności </w:t>
      </w:r>
      <w:bookmarkEnd w:id="6"/>
      <w:r w:rsidRPr="009246D1">
        <w:rPr>
          <w:rFonts w:asciiTheme="majorHAnsi" w:hAnsiTheme="majorHAnsi" w:cstheme="majorHAnsi"/>
          <w:bCs/>
          <w:sz w:val="22"/>
          <w:lang w:val="pl-PL"/>
        </w:rPr>
        <w:t xml:space="preserve">(0 pkt) – </w:t>
      </w:r>
      <w:r w:rsidR="00FD1037" w:rsidRPr="009246D1">
        <w:rPr>
          <w:rFonts w:asciiTheme="majorHAnsi" w:hAnsiTheme="majorHAnsi" w:cstheme="majorHAnsi"/>
          <w:bCs/>
          <w:sz w:val="22"/>
          <w:lang w:val="pl-PL"/>
        </w:rPr>
        <w:t xml:space="preserve">członek rodziny/opiekun osoby z niepełnosprawnością </w:t>
      </w:r>
      <w:r w:rsidR="007E0274" w:rsidRPr="009246D1">
        <w:rPr>
          <w:rFonts w:asciiTheme="majorHAnsi" w:hAnsiTheme="majorHAnsi" w:cstheme="majorHAnsi"/>
          <w:bCs/>
          <w:sz w:val="22"/>
          <w:lang w:val="pl-PL"/>
        </w:rPr>
        <w:t>nie zgłasza istotnych obaw ani trudności związanych z zapewnieniem bezpieczeństwa podczas sprawowania opieki;</w:t>
      </w:r>
    </w:p>
    <w:p w14:paraId="4F8EEB25" w14:textId="77777777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</w:p>
    <w:p w14:paraId="38DFCA5A" w14:textId="79A0638C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="Segoe UI Symbol" w:hAnsi="Segoe UI Symbol" w:cs="Segoe UI Symbol"/>
          <w:bCs/>
          <w:sz w:val="22"/>
          <w:lang w:val="pl-PL"/>
        </w:rPr>
        <w:t>☐</w:t>
      </w:r>
      <w:r w:rsidRPr="009246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7E0274" w:rsidRPr="009246D1">
        <w:rPr>
          <w:rFonts w:asciiTheme="majorHAnsi" w:hAnsiTheme="majorHAnsi" w:cstheme="majorHAnsi"/>
          <w:bCs/>
          <w:sz w:val="22"/>
          <w:lang w:val="pl-PL"/>
        </w:rPr>
        <w:t xml:space="preserve">umiarkowane trudności </w:t>
      </w:r>
      <w:r w:rsidRPr="009246D1">
        <w:rPr>
          <w:rFonts w:asciiTheme="majorHAnsi" w:hAnsiTheme="majorHAnsi" w:cstheme="majorHAnsi"/>
          <w:bCs/>
          <w:sz w:val="22"/>
          <w:lang w:val="pl-PL"/>
        </w:rPr>
        <w:t xml:space="preserve">(1 pkt) – </w:t>
      </w:r>
      <w:r w:rsidR="00211D3A" w:rsidRPr="009246D1">
        <w:rPr>
          <w:rFonts w:asciiTheme="majorHAnsi" w:hAnsiTheme="majorHAnsi" w:cstheme="majorHAnsi"/>
          <w:bCs/>
          <w:sz w:val="22"/>
          <w:lang w:val="pl-PL"/>
        </w:rPr>
        <w:t xml:space="preserve">członek rodziny/opiekun osoby z niepełnosprawnością </w:t>
      </w:r>
      <w:r w:rsidR="007E0274" w:rsidRPr="009246D1">
        <w:rPr>
          <w:rFonts w:asciiTheme="majorHAnsi" w:hAnsiTheme="majorHAnsi" w:cstheme="majorHAnsi"/>
          <w:bCs/>
          <w:sz w:val="22"/>
          <w:lang w:val="pl-PL"/>
        </w:rPr>
        <w:t xml:space="preserve">zgłasza okresowe obawy lub trudności związane z bezpiecznym wykonywaniem niektórych czynności opiekuńczych lub reagowaniem na sytuacje wymagające szczególnej ostrożności, </w:t>
      </w:r>
      <w:r w:rsidR="00E30090" w:rsidRPr="009246D1">
        <w:rPr>
          <w:rFonts w:asciiTheme="majorHAnsi" w:hAnsiTheme="majorHAnsi" w:cstheme="majorHAnsi"/>
          <w:bCs/>
          <w:sz w:val="22"/>
          <w:lang w:val="pl-PL"/>
        </w:rPr>
        <w:t>wskazujące na potrzebę dodatkowego instruktażu, konsultacji lub okresowej pomocy innych osób</w:t>
      </w:r>
      <w:r w:rsidR="007E0274" w:rsidRPr="009246D1">
        <w:rPr>
          <w:rFonts w:asciiTheme="majorHAnsi" w:hAnsiTheme="majorHAnsi" w:cstheme="majorHAnsi"/>
          <w:bCs/>
          <w:sz w:val="22"/>
          <w:lang w:val="pl-PL"/>
        </w:rPr>
        <w:t>;</w:t>
      </w:r>
    </w:p>
    <w:p w14:paraId="7C62A559" w14:textId="77777777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</w:p>
    <w:p w14:paraId="6F6E528C" w14:textId="1B192AB1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="Segoe UI Symbol" w:hAnsi="Segoe UI Symbol" w:cs="Segoe UI Symbol"/>
          <w:bCs/>
          <w:sz w:val="22"/>
          <w:lang w:val="pl-PL"/>
        </w:rPr>
        <w:t>☐</w:t>
      </w:r>
      <w:r w:rsidRPr="009246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7E0274" w:rsidRPr="009246D1">
        <w:rPr>
          <w:rFonts w:asciiTheme="majorHAnsi" w:hAnsiTheme="majorHAnsi" w:cstheme="majorHAnsi"/>
          <w:bCs/>
          <w:sz w:val="22"/>
          <w:lang w:val="pl-PL"/>
        </w:rPr>
        <w:t xml:space="preserve">znaczne trudności </w:t>
      </w:r>
      <w:r w:rsidRPr="009246D1">
        <w:rPr>
          <w:rFonts w:asciiTheme="majorHAnsi" w:hAnsiTheme="majorHAnsi" w:cstheme="majorHAnsi"/>
          <w:bCs/>
          <w:sz w:val="22"/>
          <w:lang w:val="pl-PL"/>
        </w:rPr>
        <w:t xml:space="preserve">(2 pkt) – </w:t>
      </w:r>
      <w:r w:rsidR="00211D3A" w:rsidRPr="009246D1">
        <w:rPr>
          <w:rFonts w:asciiTheme="majorHAnsi" w:hAnsiTheme="majorHAnsi" w:cstheme="majorHAnsi"/>
          <w:bCs/>
          <w:sz w:val="22"/>
          <w:lang w:val="pl-PL"/>
        </w:rPr>
        <w:t xml:space="preserve">członek rodziny/opiekun osoby z niepełnosprawnością </w:t>
      </w:r>
      <w:r w:rsidR="00E30090" w:rsidRPr="009246D1">
        <w:rPr>
          <w:rFonts w:asciiTheme="majorHAnsi" w:hAnsiTheme="majorHAnsi" w:cstheme="majorHAnsi"/>
          <w:bCs/>
          <w:sz w:val="22"/>
          <w:lang w:val="pl-PL"/>
        </w:rPr>
        <w:t>zgłasza istotne lub utrzymujące się obawy bądź znaczne trudności związane z bezpiecznym wykonywaniem niezbędnych czynności opiekuńczych lub reagowaniem na sytuacje mogące zagrażać bezpieczeństwu osoby z niepełnosprawnością, jego samego lub innych osób, wskazujące na potrzebę zapewnienia dodatkowego wsparcia, w szczególności ze strony osób posiadających odpowiednie kwalifikacje</w:t>
      </w:r>
      <w:r w:rsidRPr="009246D1">
        <w:rPr>
          <w:rFonts w:asciiTheme="majorHAnsi" w:hAnsiTheme="majorHAnsi" w:cstheme="majorHAnsi"/>
          <w:bCs/>
          <w:sz w:val="22"/>
          <w:lang w:val="pl-PL"/>
        </w:rPr>
        <w:t>.</w:t>
      </w:r>
    </w:p>
    <w:p w14:paraId="7661B194" w14:textId="77777777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</w:p>
    <w:p w14:paraId="1CE66A30" w14:textId="77777777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Theme="majorHAnsi" w:hAnsiTheme="majorHAnsi" w:cstheme="majorHAnsi"/>
          <w:bCs/>
          <w:sz w:val="22"/>
          <w:lang w:val="pl-PL"/>
        </w:rPr>
        <w:t>Uzasadnienie:</w:t>
      </w:r>
    </w:p>
    <w:p w14:paraId="7CA79EE9" w14:textId="1C23AFB0" w:rsidR="00D85C07" w:rsidRPr="009246D1" w:rsidRDefault="00D85C07" w:rsidP="009246D1">
      <w:pPr>
        <w:spacing w:before="120"/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Theme="majorHAnsi" w:hAnsiTheme="majorHAnsi" w:cstheme="majorHAnsi"/>
          <w:bCs/>
          <w:sz w:val="22"/>
          <w:lang w:val="pl-PL"/>
        </w:rPr>
        <w:t>....................................................................................................................................................................</w:t>
      </w:r>
      <w:r w:rsidR="009325D7">
        <w:rPr>
          <w:rFonts w:asciiTheme="majorHAnsi" w:hAnsiTheme="majorHAnsi" w:cstheme="majorHAnsi"/>
          <w:bCs/>
          <w:sz w:val="22"/>
          <w:lang w:val="pl-PL"/>
        </w:rPr>
        <w:t>.............</w:t>
      </w:r>
    </w:p>
    <w:p w14:paraId="1AC038ED" w14:textId="2017B8FF" w:rsidR="00D85C07" w:rsidRPr="009246D1" w:rsidRDefault="00D85C07" w:rsidP="009246D1">
      <w:pPr>
        <w:spacing w:before="120"/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Theme="majorHAnsi" w:hAnsiTheme="majorHAnsi" w:cstheme="majorHAnsi"/>
          <w:bCs/>
          <w:sz w:val="22"/>
          <w:lang w:val="pl-PL"/>
        </w:rPr>
        <w:t>....................................................................................................................................................................</w:t>
      </w:r>
      <w:r w:rsidR="009325D7">
        <w:rPr>
          <w:rFonts w:asciiTheme="majorHAnsi" w:hAnsiTheme="majorHAnsi" w:cstheme="majorHAnsi"/>
          <w:bCs/>
          <w:sz w:val="22"/>
          <w:lang w:val="pl-PL"/>
        </w:rPr>
        <w:t>.............</w:t>
      </w:r>
    </w:p>
    <w:p w14:paraId="5B54AAC5" w14:textId="4920E21B" w:rsidR="00D85C07" w:rsidRPr="009246D1" w:rsidRDefault="00D85C07" w:rsidP="009246D1">
      <w:pPr>
        <w:spacing w:before="120"/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Theme="majorHAnsi" w:hAnsiTheme="majorHAnsi" w:cstheme="majorHAnsi"/>
          <w:bCs/>
          <w:sz w:val="22"/>
          <w:lang w:val="pl-PL"/>
        </w:rPr>
        <w:t>...................................................................................................................................................................</w:t>
      </w:r>
      <w:r w:rsidR="009325D7">
        <w:rPr>
          <w:rFonts w:asciiTheme="majorHAnsi" w:hAnsiTheme="majorHAnsi" w:cstheme="majorHAnsi"/>
          <w:bCs/>
          <w:sz w:val="22"/>
          <w:lang w:val="pl-PL"/>
        </w:rPr>
        <w:t>..............</w:t>
      </w:r>
    </w:p>
    <w:p w14:paraId="5A283D21" w14:textId="77777777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</w:p>
    <w:p w14:paraId="54BDF49A" w14:textId="2F877EA0" w:rsidR="00D85C07" w:rsidRPr="009246D1" w:rsidRDefault="00D85C07" w:rsidP="00D85C07">
      <w:pPr>
        <w:rPr>
          <w:rFonts w:asciiTheme="majorHAnsi" w:hAnsiTheme="majorHAnsi" w:cstheme="majorHAnsi"/>
          <w:b/>
          <w:sz w:val="22"/>
          <w:lang w:val="pl-PL"/>
        </w:rPr>
      </w:pPr>
      <w:r w:rsidRPr="009246D1">
        <w:rPr>
          <w:rFonts w:asciiTheme="majorHAnsi" w:hAnsiTheme="majorHAnsi" w:cstheme="majorHAnsi"/>
          <w:b/>
          <w:sz w:val="22"/>
          <w:lang w:val="pl-PL"/>
        </w:rPr>
        <w:lastRenderedPageBreak/>
        <w:t>Czy występują czynności związane ze sprawowaniem opieki</w:t>
      </w:r>
      <w:r w:rsidR="00794F0D" w:rsidRPr="00794F0D">
        <w:t xml:space="preserve"> </w:t>
      </w:r>
      <w:r w:rsidR="00794F0D" w:rsidRPr="00794F0D">
        <w:rPr>
          <w:rFonts w:asciiTheme="majorHAnsi" w:hAnsiTheme="majorHAnsi" w:cstheme="majorHAnsi"/>
          <w:b/>
          <w:sz w:val="22"/>
          <w:lang w:val="pl-PL"/>
        </w:rPr>
        <w:t>nad osobą z niepełnosprawnością</w:t>
      </w:r>
      <w:r w:rsidRPr="009246D1">
        <w:rPr>
          <w:rFonts w:asciiTheme="majorHAnsi" w:hAnsiTheme="majorHAnsi" w:cstheme="majorHAnsi"/>
          <w:b/>
          <w:sz w:val="22"/>
          <w:lang w:val="pl-PL"/>
        </w:rPr>
        <w:t xml:space="preserve">, których </w:t>
      </w:r>
      <w:r w:rsidR="00211D3A" w:rsidRPr="009246D1">
        <w:rPr>
          <w:rFonts w:asciiTheme="majorHAnsi" w:hAnsiTheme="majorHAnsi" w:cstheme="majorHAnsi"/>
          <w:b/>
          <w:sz w:val="22"/>
          <w:lang w:val="pl-PL"/>
        </w:rPr>
        <w:t xml:space="preserve">członek rodziny/opiekun osoby z niepełnosprawnością </w:t>
      </w:r>
      <w:r w:rsidRPr="009246D1">
        <w:rPr>
          <w:rFonts w:asciiTheme="majorHAnsi" w:hAnsiTheme="majorHAnsi" w:cstheme="majorHAnsi"/>
          <w:b/>
          <w:sz w:val="22"/>
          <w:lang w:val="pl-PL"/>
        </w:rPr>
        <w:t>nie jest w stanie wykonywać lub których wykonywanie jest dla niego znacznie utrudnione?</w:t>
      </w:r>
    </w:p>
    <w:p w14:paraId="165D9B14" w14:textId="77777777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</w:p>
    <w:p w14:paraId="20130DA8" w14:textId="77777777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="Segoe UI Symbol" w:hAnsi="Segoe UI Symbol" w:cs="Segoe UI Symbol"/>
          <w:bCs/>
          <w:sz w:val="22"/>
          <w:lang w:val="pl-PL"/>
        </w:rPr>
        <w:t>☐</w:t>
      </w:r>
      <w:r w:rsidRPr="009246D1">
        <w:rPr>
          <w:rFonts w:asciiTheme="majorHAnsi" w:hAnsiTheme="majorHAnsi" w:cstheme="majorHAnsi"/>
          <w:bCs/>
          <w:sz w:val="22"/>
          <w:lang w:val="pl-PL"/>
        </w:rPr>
        <w:t xml:space="preserve"> Nie</w:t>
      </w:r>
    </w:p>
    <w:p w14:paraId="15FFB323" w14:textId="77777777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</w:p>
    <w:p w14:paraId="0D87F5AC" w14:textId="77777777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="Segoe UI Symbol" w:hAnsi="Segoe UI Symbol" w:cs="Segoe UI Symbol"/>
          <w:bCs/>
          <w:sz w:val="22"/>
          <w:lang w:val="pl-PL"/>
        </w:rPr>
        <w:t>☐</w:t>
      </w:r>
      <w:r w:rsidRPr="009246D1">
        <w:rPr>
          <w:rFonts w:asciiTheme="majorHAnsi" w:hAnsiTheme="majorHAnsi" w:cstheme="majorHAnsi"/>
          <w:bCs/>
          <w:sz w:val="22"/>
          <w:lang w:val="pl-PL"/>
        </w:rPr>
        <w:t xml:space="preserve"> Tak</w:t>
      </w:r>
    </w:p>
    <w:p w14:paraId="33E8848D" w14:textId="77777777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</w:p>
    <w:p w14:paraId="7A31F07B" w14:textId="7C118E0C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Theme="majorHAnsi" w:hAnsiTheme="majorHAnsi" w:cstheme="majorHAnsi"/>
          <w:bCs/>
          <w:sz w:val="22"/>
          <w:lang w:val="pl-PL"/>
        </w:rPr>
        <w:t xml:space="preserve">Jeżeli </w:t>
      </w:r>
      <w:r w:rsidR="008058EC" w:rsidRPr="009246D1">
        <w:rPr>
          <w:rFonts w:asciiTheme="majorHAnsi" w:hAnsiTheme="majorHAnsi" w:cstheme="majorHAnsi"/>
          <w:b/>
          <w:sz w:val="22"/>
          <w:lang w:val="pl-PL"/>
        </w:rPr>
        <w:t>T</w:t>
      </w:r>
      <w:r w:rsidRPr="009246D1">
        <w:rPr>
          <w:rFonts w:asciiTheme="majorHAnsi" w:hAnsiTheme="majorHAnsi" w:cstheme="majorHAnsi"/>
          <w:b/>
          <w:sz w:val="22"/>
          <w:lang w:val="pl-PL"/>
        </w:rPr>
        <w:t>ak</w:t>
      </w:r>
      <w:r w:rsidRPr="009246D1">
        <w:rPr>
          <w:rFonts w:asciiTheme="majorHAnsi" w:hAnsiTheme="majorHAnsi" w:cstheme="majorHAnsi"/>
          <w:bCs/>
          <w:sz w:val="22"/>
          <w:lang w:val="pl-PL"/>
        </w:rPr>
        <w:t>, proszę wskazać:</w:t>
      </w:r>
    </w:p>
    <w:p w14:paraId="44C83AA3" w14:textId="2101A804" w:rsidR="00D85C07" w:rsidRPr="009246D1" w:rsidRDefault="00D85C07" w:rsidP="009246D1">
      <w:pPr>
        <w:spacing w:before="120"/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Theme="majorHAnsi" w:hAnsiTheme="majorHAnsi" w:cstheme="majorHAnsi"/>
          <w:bCs/>
          <w:sz w:val="22"/>
          <w:lang w:val="pl-PL"/>
        </w:rPr>
        <w:t>....................................................................................................................................................................</w:t>
      </w:r>
      <w:r w:rsidR="009325D7">
        <w:rPr>
          <w:rFonts w:asciiTheme="majorHAnsi" w:hAnsiTheme="majorHAnsi" w:cstheme="majorHAnsi"/>
          <w:bCs/>
          <w:sz w:val="22"/>
          <w:lang w:val="pl-PL"/>
        </w:rPr>
        <w:t>.............</w:t>
      </w:r>
    </w:p>
    <w:p w14:paraId="507E50AA" w14:textId="401C24A2" w:rsidR="00D85C07" w:rsidRPr="009246D1" w:rsidRDefault="00D85C07" w:rsidP="009246D1">
      <w:pPr>
        <w:spacing w:before="120"/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Theme="majorHAnsi" w:hAnsiTheme="majorHAnsi" w:cstheme="majorHAnsi"/>
          <w:bCs/>
          <w:sz w:val="22"/>
          <w:lang w:val="pl-PL"/>
        </w:rPr>
        <w:t>....................................................................................................................................................................</w:t>
      </w:r>
      <w:r w:rsidR="009325D7">
        <w:rPr>
          <w:rFonts w:asciiTheme="majorHAnsi" w:hAnsiTheme="majorHAnsi" w:cstheme="majorHAnsi"/>
          <w:bCs/>
          <w:sz w:val="22"/>
          <w:lang w:val="pl-PL"/>
        </w:rPr>
        <w:t>.............</w:t>
      </w:r>
    </w:p>
    <w:p w14:paraId="7684AD83" w14:textId="261A78F9" w:rsidR="00211D3A" w:rsidRPr="009246D1" w:rsidRDefault="00211D3A" w:rsidP="009246D1">
      <w:pPr>
        <w:spacing w:before="120"/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Theme="majorHAnsi" w:hAnsiTheme="majorHAnsi" w:cstheme="majorHAnsi"/>
          <w:bCs/>
          <w:sz w:val="22"/>
          <w:lang w:val="pl-PL"/>
        </w:rPr>
        <w:t>....................................................................................................................................................................</w:t>
      </w:r>
      <w:r w:rsidR="009325D7">
        <w:rPr>
          <w:rFonts w:asciiTheme="majorHAnsi" w:hAnsiTheme="majorHAnsi" w:cstheme="majorHAnsi"/>
          <w:bCs/>
          <w:sz w:val="22"/>
          <w:lang w:val="pl-PL"/>
        </w:rPr>
        <w:t>.............</w:t>
      </w:r>
    </w:p>
    <w:p w14:paraId="18E959B6" w14:textId="77777777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</w:p>
    <w:p w14:paraId="4B234753" w14:textId="48835EF7" w:rsidR="00D85C07" w:rsidRPr="009246D1" w:rsidRDefault="00D85C07" w:rsidP="00D85C07">
      <w:pPr>
        <w:rPr>
          <w:rFonts w:asciiTheme="majorHAnsi" w:hAnsiTheme="majorHAnsi" w:cstheme="majorHAnsi"/>
          <w:b/>
          <w:sz w:val="22"/>
          <w:lang w:val="pl-PL"/>
        </w:rPr>
      </w:pPr>
      <w:r w:rsidRPr="009246D1">
        <w:rPr>
          <w:rFonts w:asciiTheme="majorHAnsi" w:hAnsiTheme="majorHAnsi" w:cstheme="majorHAnsi"/>
          <w:b/>
          <w:sz w:val="22"/>
          <w:lang w:val="pl-PL"/>
        </w:rPr>
        <w:t xml:space="preserve">4. </w:t>
      </w:r>
      <w:r w:rsidR="00D85E0B" w:rsidRPr="009246D1">
        <w:rPr>
          <w:rFonts w:asciiTheme="majorHAnsi" w:hAnsiTheme="majorHAnsi" w:cstheme="majorHAnsi"/>
          <w:b/>
          <w:sz w:val="22"/>
          <w:lang w:val="pl-PL"/>
        </w:rPr>
        <w:t>Niedobór snu i ograniczone możliwości odpoczynku oraz regeneracji związane ze sprawowaniem opieki</w:t>
      </w:r>
      <w:r w:rsidR="00794F0D" w:rsidRPr="00794F0D">
        <w:t xml:space="preserve"> </w:t>
      </w:r>
      <w:r w:rsidR="00794F0D" w:rsidRPr="00794F0D">
        <w:rPr>
          <w:rFonts w:asciiTheme="majorHAnsi" w:hAnsiTheme="majorHAnsi" w:cstheme="majorHAnsi"/>
          <w:b/>
          <w:sz w:val="22"/>
          <w:lang w:val="pl-PL"/>
        </w:rPr>
        <w:t>nad osobą z niepełnosprawnością</w:t>
      </w:r>
      <w:r w:rsidR="00794F0D" w:rsidRPr="00603AA3" w:rsidDel="00D85E0B">
        <w:rPr>
          <w:rFonts w:asciiTheme="majorHAnsi" w:hAnsiTheme="majorHAnsi" w:cstheme="majorHAnsi"/>
          <w:b/>
          <w:sz w:val="22"/>
          <w:lang w:val="pl-PL"/>
        </w:rPr>
        <w:t xml:space="preserve"> </w:t>
      </w:r>
    </w:p>
    <w:p w14:paraId="5B66C1EB" w14:textId="326608B9" w:rsidR="00D85E0B" w:rsidRPr="009246D1" w:rsidRDefault="00D85E0B" w:rsidP="00D85E0B">
      <w:pPr>
        <w:spacing w:before="120" w:after="120"/>
        <w:rPr>
          <w:rFonts w:asciiTheme="majorHAnsi" w:hAnsiTheme="majorHAnsi" w:cstheme="majorHAnsi"/>
          <w:bCs/>
          <w:i/>
          <w:iCs/>
          <w:sz w:val="22"/>
          <w:lang w:val="pl-PL"/>
        </w:rPr>
      </w:pP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Przy ocenie należy uwzględnić, czy obowiązki związane ze sprawowaniem opieki nad osobą z niepełnosprawności</w:t>
      </w:r>
      <w:r w:rsidR="00794F0D">
        <w:rPr>
          <w:rFonts w:asciiTheme="majorHAnsi" w:hAnsiTheme="majorHAnsi" w:cstheme="majorHAnsi"/>
          <w:bCs/>
          <w:i/>
          <w:iCs/>
          <w:sz w:val="22"/>
          <w:lang w:val="pl-PL"/>
        </w:rPr>
        <w:t>ą</w:t>
      </w: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 powodują ograniczenie lub przerywanie snu </w:t>
      </w:r>
      <w:r w:rsidR="00F924A9"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członka rodziny/opiekuna osoby z niepełnosprawnością</w:t>
      </w: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, a także utrudniają mu zapewnienie odpowiedniego odpoczynku i regeneracji</w:t>
      </w:r>
      <w:r w:rsidR="006F4093"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 w ciągu dnia</w:t>
      </w: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, prowadząc do utrzymującego się zmęczenia.</w:t>
      </w:r>
    </w:p>
    <w:p w14:paraId="23741B70" w14:textId="22049E15" w:rsidR="00D85C07" w:rsidRPr="009246D1" w:rsidRDefault="00D85E0B" w:rsidP="009246D1">
      <w:pPr>
        <w:spacing w:before="120" w:after="120"/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Oceny dokonuje się na podstawie informacji przekazanych przez </w:t>
      </w:r>
      <w:bookmarkStart w:id="7" w:name="_Hlk242698105"/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członka rodziny/opiekuna</w:t>
      </w:r>
      <w:r w:rsidR="00F924A9" w:rsidRPr="009246D1">
        <w:rPr>
          <w:i/>
          <w:iCs/>
          <w:sz w:val="22"/>
        </w:rPr>
        <w:t xml:space="preserve"> </w:t>
      </w:r>
      <w:r w:rsidR="00F924A9"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osoby z niepełnosprawnością</w:t>
      </w:r>
      <w:bookmarkEnd w:id="7"/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, z uwzględnieniem częstotliwości i czasu trwania ograniczeń w zakresie snu i odpoczynku oraz ich wpływu na codzienne funkcjonowanie. Przy ocenie uwzględnia się wyłącznie trudności pozostające w związku ze sprawowaniem opieki nad osobą </w:t>
      </w:r>
      <w:r w:rsidR="00F924A9"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z niepełnosprawnością</w:t>
      </w: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, a nie wynikające wyłącznie z innych okoliczności życiowych</w:t>
      </w:r>
      <w:r w:rsidR="00D85C07"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.</w:t>
      </w:r>
    </w:p>
    <w:p w14:paraId="384D5AD3" w14:textId="77777777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</w:p>
    <w:p w14:paraId="0AA220E7" w14:textId="7F7D4C6B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="Segoe UI Symbol" w:hAnsi="Segoe UI Symbol" w:cs="Segoe UI Symbol"/>
          <w:bCs/>
          <w:sz w:val="22"/>
          <w:lang w:val="pl-PL"/>
        </w:rPr>
        <w:t>☐</w:t>
      </w:r>
      <w:r w:rsidRPr="009246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D85E0B" w:rsidRPr="009246D1">
        <w:rPr>
          <w:rFonts w:asciiTheme="majorHAnsi" w:hAnsiTheme="majorHAnsi" w:cstheme="majorHAnsi"/>
          <w:bCs/>
          <w:sz w:val="22"/>
          <w:lang w:val="pl-PL"/>
        </w:rPr>
        <w:t xml:space="preserve">brak istotnych zakłóceń snu i odpoczynku (0 pkt) – sprawowanie opieki nie powoduje istotnych zakłóceń snu ani nie ogranicza w znaczącym stopniu możliwości odpoczynku i regeneracji </w:t>
      </w:r>
      <w:r w:rsidR="00F924A9" w:rsidRPr="009246D1">
        <w:rPr>
          <w:rFonts w:asciiTheme="majorHAnsi" w:hAnsiTheme="majorHAnsi" w:cstheme="majorHAnsi"/>
          <w:bCs/>
          <w:sz w:val="22"/>
          <w:lang w:val="pl-PL"/>
        </w:rPr>
        <w:t>członka rodziny/opiekuna osoby z niepełnosprawnością</w:t>
      </w:r>
      <w:r w:rsidRPr="009246D1">
        <w:rPr>
          <w:rFonts w:asciiTheme="majorHAnsi" w:hAnsiTheme="majorHAnsi" w:cstheme="majorHAnsi"/>
          <w:bCs/>
          <w:sz w:val="22"/>
          <w:lang w:val="pl-PL"/>
        </w:rPr>
        <w:t>;</w:t>
      </w:r>
    </w:p>
    <w:p w14:paraId="08D50601" w14:textId="77777777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</w:p>
    <w:p w14:paraId="6F53FDCC" w14:textId="573C791A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="Segoe UI Symbol" w:hAnsi="Segoe UI Symbol" w:cs="Segoe UI Symbol"/>
          <w:bCs/>
          <w:sz w:val="22"/>
          <w:lang w:val="pl-PL"/>
        </w:rPr>
        <w:t>☐</w:t>
      </w:r>
      <w:r w:rsidRPr="009246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6F4093" w:rsidRPr="009246D1">
        <w:rPr>
          <w:rFonts w:asciiTheme="majorHAnsi" w:hAnsiTheme="majorHAnsi" w:cstheme="majorHAnsi"/>
          <w:bCs/>
          <w:sz w:val="22"/>
          <w:lang w:val="pl-PL"/>
        </w:rPr>
        <w:t xml:space="preserve">okresowe trudności ze snem lub odpoczynkiem (1 pkt) – obowiązki związane ze sprawowaniem opieki powodują okresowe ograniczenie lub przerywanie snu bądź utrudniają </w:t>
      </w:r>
      <w:r w:rsidR="00F924A9" w:rsidRPr="009246D1">
        <w:rPr>
          <w:rFonts w:asciiTheme="majorHAnsi" w:hAnsiTheme="majorHAnsi" w:cstheme="majorHAnsi"/>
          <w:bCs/>
          <w:sz w:val="22"/>
          <w:lang w:val="pl-PL"/>
        </w:rPr>
        <w:t>członkowi rodziny/opiekunowi osoby z niepełnosprawnością</w:t>
      </w:r>
      <w:r w:rsidR="00F924A9" w:rsidRPr="009246D1" w:rsidDel="00F924A9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6F4093" w:rsidRPr="009246D1">
        <w:rPr>
          <w:rFonts w:asciiTheme="majorHAnsi" w:hAnsiTheme="majorHAnsi" w:cstheme="majorHAnsi"/>
          <w:bCs/>
          <w:sz w:val="22"/>
          <w:lang w:val="pl-PL"/>
        </w:rPr>
        <w:t>odpoczynek i regenerację</w:t>
      </w:r>
      <w:r w:rsidRPr="009246D1">
        <w:rPr>
          <w:rFonts w:asciiTheme="majorHAnsi" w:hAnsiTheme="majorHAnsi" w:cstheme="majorHAnsi"/>
          <w:bCs/>
          <w:sz w:val="22"/>
          <w:lang w:val="pl-PL"/>
        </w:rPr>
        <w:t>;</w:t>
      </w:r>
    </w:p>
    <w:p w14:paraId="043C661C" w14:textId="77777777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</w:p>
    <w:p w14:paraId="1C260256" w14:textId="0FD6E58B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="Segoe UI Symbol" w:hAnsi="Segoe UI Symbol" w:cs="Segoe UI Symbol"/>
          <w:bCs/>
          <w:sz w:val="22"/>
          <w:lang w:val="pl-PL"/>
        </w:rPr>
        <w:t>☐</w:t>
      </w:r>
      <w:r w:rsidRPr="009246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6F4093" w:rsidRPr="009246D1">
        <w:rPr>
          <w:rFonts w:asciiTheme="majorHAnsi" w:hAnsiTheme="majorHAnsi" w:cstheme="majorHAnsi"/>
          <w:bCs/>
          <w:sz w:val="22"/>
          <w:lang w:val="pl-PL"/>
        </w:rPr>
        <w:t xml:space="preserve">częste zakłócenia snu lub długotrwały brak możliwości odpoczynku (2 pkt) – obowiązki związane ze sprawowaniem opieki powodują regularne ograniczenie lub przerywanie snu bądź długotrwale ograniczają możliwość odpoczynku i regeneracji, prowadząc do utrzymującego się zmęczenia lub istotnie utrudniając codzienne funkcjonowanie </w:t>
      </w:r>
      <w:r w:rsidR="00F924A9" w:rsidRPr="009246D1">
        <w:rPr>
          <w:rFonts w:asciiTheme="majorHAnsi" w:hAnsiTheme="majorHAnsi" w:cstheme="majorHAnsi"/>
          <w:bCs/>
          <w:sz w:val="22"/>
          <w:lang w:val="pl-PL"/>
        </w:rPr>
        <w:t>członka rodziny/opiekuna osoby z niepełnosprawnością</w:t>
      </w:r>
      <w:r w:rsidRPr="009246D1">
        <w:rPr>
          <w:rFonts w:asciiTheme="majorHAnsi" w:hAnsiTheme="majorHAnsi" w:cstheme="majorHAnsi"/>
          <w:bCs/>
          <w:sz w:val="22"/>
          <w:lang w:val="pl-PL"/>
        </w:rPr>
        <w:t>.</w:t>
      </w:r>
    </w:p>
    <w:p w14:paraId="79345FA0" w14:textId="77777777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</w:p>
    <w:p w14:paraId="69457AC7" w14:textId="4230D12D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Theme="majorHAnsi" w:hAnsiTheme="majorHAnsi" w:cstheme="majorHAnsi"/>
          <w:bCs/>
          <w:sz w:val="22"/>
          <w:lang w:val="pl-PL"/>
        </w:rPr>
        <w:t xml:space="preserve">Przybliżona liczba godzin snu </w:t>
      </w:r>
      <w:r w:rsidR="00F924A9" w:rsidRPr="009246D1">
        <w:rPr>
          <w:rFonts w:asciiTheme="majorHAnsi" w:hAnsiTheme="majorHAnsi" w:cstheme="majorHAnsi"/>
          <w:bCs/>
          <w:sz w:val="22"/>
          <w:lang w:val="pl-PL"/>
        </w:rPr>
        <w:t>członka rodziny/opiekuna osoby z niepełnosprawnością</w:t>
      </w:r>
      <w:r w:rsidR="00F924A9" w:rsidRPr="009246D1" w:rsidDel="00F924A9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9246D1">
        <w:rPr>
          <w:rFonts w:asciiTheme="majorHAnsi" w:hAnsiTheme="majorHAnsi" w:cstheme="majorHAnsi"/>
          <w:bCs/>
          <w:sz w:val="22"/>
          <w:lang w:val="pl-PL"/>
        </w:rPr>
        <w:t>w ciągu doby:</w:t>
      </w:r>
    </w:p>
    <w:p w14:paraId="298415A9" w14:textId="34065245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Theme="majorHAnsi" w:hAnsiTheme="majorHAnsi" w:cstheme="majorHAnsi"/>
          <w:bCs/>
          <w:sz w:val="22"/>
          <w:lang w:val="pl-PL"/>
        </w:rPr>
        <w:t>....................................................................................................................................................................</w:t>
      </w:r>
      <w:r w:rsidR="009325D7">
        <w:rPr>
          <w:rFonts w:asciiTheme="majorHAnsi" w:hAnsiTheme="majorHAnsi" w:cstheme="majorHAnsi"/>
          <w:bCs/>
          <w:sz w:val="22"/>
          <w:lang w:val="pl-PL"/>
        </w:rPr>
        <w:t>.............</w:t>
      </w:r>
    </w:p>
    <w:p w14:paraId="4B3FC76A" w14:textId="77777777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</w:p>
    <w:p w14:paraId="68D2113C" w14:textId="77777777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Theme="majorHAnsi" w:hAnsiTheme="majorHAnsi" w:cstheme="majorHAnsi"/>
          <w:bCs/>
          <w:sz w:val="22"/>
          <w:lang w:val="pl-PL"/>
        </w:rPr>
        <w:t>Przybliżona liczba nocy w tygodniu, w których sen jest przerywany z powodu konieczności sprawowania opieki:</w:t>
      </w:r>
    </w:p>
    <w:p w14:paraId="5DEC21EE" w14:textId="36323613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Theme="majorHAnsi" w:hAnsiTheme="majorHAnsi" w:cstheme="majorHAnsi"/>
          <w:bCs/>
          <w:sz w:val="22"/>
          <w:lang w:val="pl-PL"/>
        </w:rPr>
        <w:t>....................................................................................................................................................................</w:t>
      </w:r>
      <w:r w:rsidR="009325D7">
        <w:rPr>
          <w:rFonts w:asciiTheme="majorHAnsi" w:hAnsiTheme="majorHAnsi" w:cstheme="majorHAnsi"/>
          <w:bCs/>
          <w:sz w:val="22"/>
          <w:lang w:val="pl-PL"/>
        </w:rPr>
        <w:t>.............</w:t>
      </w:r>
    </w:p>
    <w:p w14:paraId="46DEA052" w14:textId="1E05D0AA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</w:p>
    <w:p w14:paraId="6022BAAF" w14:textId="48443810" w:rsidR="006F4093" w:rsidRPr="009246D1" w:rsidRDefault="006F4093" w:rsidP="009246D1">
      <w:pPr>
        <w:spacing w:before="120" w:after="120"/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Theme="majorHAnsi" w:hAnsiTheme="majorHAnsi" w:cstheme="majorHAnsi"/>
          <w:bCs/>
          <w:sz w:val="22"/>
          <w:lang w:val="pl-PL"/>
        </w:rPr>
        <w:lastRenderedPageBreak/>
        <w:t xml:space="preserve">Czy obowiązki związane ze sprawowaniem opieki ograniczają możliwość odpoczynku i regeneracji </w:t>
      </w:r>
      <w:r w:rsidR="00F924A9" w:rsidRPr="009246D1">
        <w:rPr>
          <w:rFonts w:asciiTheme="majorHAnsi" w:hAnsiTheme="majorHAnsi" w:cstheme="majorHAnsi"/>
          <w:bCs/>
          <w:sz w:val="22"/>
          <w:lang w:val="pl-PL"/>
        </w:rPr>
        <w:t>członka rodziny/opiekuna osoby z niepełnosprawnością</w:t>
      </w:r>
      <w:r w:rsidR="00F924A9" w:rsidRPr="009246D1" w:rsidDel="00F924A9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9246D1">
        <w:rPr>
          <w:rFonts w:asciiTheme="majorHAnsi" w:hAnsiTheme="majorHAnsi" w:cstheme="majorHAnsi"/>
          <w:bCs/>
          <w:sz w:val="22"/>
          <w:u w:val="single"/>
          <w:lang w:val="pl-PL"/>
        </w:rPr>
        <w:t>w ciągu dnia</w:t>
      </w:r>
      <w:r w:rsidRPr="009246D1">
        <w:rPr>
          <w:rFonts w:asciiTheme="majorHAnsi" w:hAnsiTheme="majorHAnsi" w:cstheme="majorHAnsi"/>
          <w:bCs/>
          <w:sz w:val="22"/>
          <w:lang w:val="pl-PL"/>
        </w:rPr>
        <w:t>? Jeżeli tak, w jaki sposób?</w:t>
      </w:r>
    </w:p>
    <w:p w14:paraId="44FDA5FA" w14:textId="0CA08E65" w:rsidR="006F4093" w:rsidRPr="009246D1" w:rsidRDefault="006F4093" w:rsidP="009246D1">
      <w:pPr>
        <w:spacing w:before="120" w:after="120"/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Theme="majorHAnsi" w:hAnsiTheme="majorHAnsi" w:cstheme="majorHAnsi"/>
          <w:bCs/>
          <w:sz w:val="22"/>
          <w:lang w:val="pl-PL"/>
        </w:rPr>
        <w:t>....................................................................................................................................................................</w:t>
      </w:r>
      <w:r w:rsidR="009325D7">
        <w:rPr>
          <w:rFonts w:asciiTheme="majorHAnsi" w:hAnsiTheme="majorHAnsi" w:cstheme="majorHAnsi"/>
          <w:bCs/>
          <w:sz w:val="22"/>
          <w:lang w:val="pl-PL"/>
        </w:rPr>
        <w:t>.............</w:t>
      </w:r>
    </w:p>
    <w:p w14:paraId="4F510A3D" w14:textId="77777777" w:rsidR="006F4093" w:rsidRPr="009246D1" w:rsidRDefault="006F4093" w:rsidP="00D85C07">
      <w:pPr>
        <w:rPr>
          <w:rFonts w:asciiTheme="majorHAnsi" w:hAnsiTheme="majorHAnsi" w:cstheme="majorHAnsi"/>
          <w:bCs/>
          <w:sz w:val="22"/>
          <w:lang w:val="pl-PL"/>
        </w:rPr>
      </w:pPr>
    </w:p>
    <w:p w14:paraId="65B9431A" w14:textId="77777777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Theme="majorHAnsi" w:hAnsiTheme="majorHAnsi" w:cstheme="majorHAnsi"/>
          <w:bCs/>
          <w:sz w:val="22"/>
          <w:lang w:val="pl-PL"/>
        </w:rPr>
        <w:t>Uzasadnienie:</w:t>
      </w:r>
    </w:p>
    <w:p w14:paraId="423E2453" w14:textId="501685F9" w:rsidR="00D85C07" w:rsidRPr="009246D1" w:rsidRDefault="00D85C07" w:rsidP="009246D1">
      <w:pPr>
        <w:spacing w:before="120"/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Theme="majorHAnsi" w:hAnsiTheme="majorHAnsi" w:cstheme="majorHAnsi"/>
          <w:bCs/>
          <w:sz w:val="22"/>
          <w:lang w:val="pl-PL"/>
        </w:rPr>
        <w:t>....................................................................................................................................................................</w:t>
      </w:r>
      <w:r w:rsidR="009325D7">
        <w:rPr>
          <w:rFonts w:asciiTheme="majorHAnsi" w:hAnsiTheme="majorHAnsi" w:cstheme="majorHAnsi"/>
          <w:bCs/>
          <w:sz w:val="22"/>
          <w:lang w:val="pl-PL"/>
        </w:rPr>
        <w:t>.............</w:t>
      </w:r>
    </w:p>
    <w:p w14:paraId="6504688E" w14:textId="042DB62C" w:rsidR="00D85C07" w:rsidRPr="009246D1" w:rsidRDefault="00D85C07" w:rsidP="009246D1">
      <w:pPr>
        <w:spacing w:before="120"/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Theme="majorHAnsi" w:hAnsiTheme="majorHAnsi" w:cstheme="majorHAnsi"/>
          <w:bCs/>
          <w:sz w:val="22"/>
          <w:lang w:val="pl-PL"/>
        </w:rPr>
        <w:t>....................................................................................................................................................................</w:t>
      </w:r>
      <w:r w:rsidR="009325D7">
        <w:rPr>
          <w:rFonts w:asciiTheme="majorHAnsi" w:hAnsiTheme="majorHAnsi" w:cstheme="majorHAnsi"/>
          <w:bCs/>
          <w:sz w:val="22"/>
          <w:lang w:val="pl-PL"/>
        </w:rPr>
        <w:t>.............</w:t>
      </w:r>
    </w:p>
    <w:p w14:paraId="48DC55B1" w14:textId="2DEB1807" w:rsidR="00F924A9" w:rsidRPr="009246D1" w:rsidRDefault="00F924A9" w:rsidP="009246D1">
      <w:pPr>
        <w:spacing w:before="120"/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Theme="majorHAnsi" w:hAnsiTheme="majorHAnsi" w:cstheme="majorHAnsi"/>
          <w:bCs/>
          <w:sz w:val="22"/>
          <w:lang w:val="pl-PL"/>
        </w:rPr>
        <w:t>....................................................................................................................................................................</w:t>
      </w:r>
      <w:r w:rsidR="009325D7">
        <w:rPr>
          <w:rFonts w:asciiTheme="majorHAnsi" w:hAnsiTheme="majorHAnsi" w:cstheme="majorHAnsi"/>
          <w:bCs/>
          <w:sz w:val="22"/>
          <w:lang w:val="pl-PL"/>
        </w:rPr>
        <w:t>.............</w:t>
      </w:r>
    </w:p>
    <w:p w14:paraId="752BF8B5" w14:textId="77777777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</w:p>
    <w:p w14:paraId="32F131E3" w14:textId="77777777" w:rsidR="00D85C07" w:rsidRPr="009246D1" w:rsidRDefault="00D85C07" w:rsidP="00D85C07">
      <w:pPr>
        <w:rPr>
          <w:rFonts w:asciiTheme="majorHAnsi" w:hAnsiTheme="majorHAnsi" w:cstheme="majorHAnsi"/>
          <w:b/>
          <w:sz w:val="22"/>
          <w:lang w:val="pl-PL"/>
        </w:rPr>
      </w:pPr>
      <w:r w:rsidRPr="009246D1">
        <w:rPr>
          <w:rFonts w:asciiTheme="majorHAnsi" w:hAnsiTheme="majorHAnsi" w:cstheme="majorHAnsi"/>
          <w:b/>
          <w:sz w:val="22"/>
          <w:lang w:val="pl-PL"/>
        </w:rPr>
        <w:t>5. Sprawowanie opieki nad więcej niż jedną osobą z niepełnosprawnością</w:t>
      </w:r>
    </w:p>
    <w:p w14:paraId="13DDAA98" w14:textId="3DD24371" w:rsidR="00E078CE" w:rsidRPr="009246D1" w:rsidRDefault="00E078CE" w:rsidP="00E078CE">
      <w:pPr>
        <w:spacing w:before="120" w:after="120"/>
        <w:rPr>
          <w:rFonts w:asciiTheme="majorHAnsi" w:hAnsiTheme="majorHAnsi" w:cs="Segoe UI Symbol"/>
          <w:bCs/>
          <w:i/>
          <w:iCs/>
          <w:sz w:val="22"/>
          <w:lang w:val="pl-PL"/>
        </w:rPr>
      </w:pPr>
      <w:r w:rsidRPr="009246D1">
        <w:rPr>
          <w:rFonts w:asciiTheme="majorHAnsi" w:hAnsiTheme="majorHAnsi" w:cs="Segoe UI Symbol"/>
          <w:bCs/>
          <w:i/>
          <w:iCs/>
          <w:sz w:val="22"/>
          <w:lang w:val="pl-PL"/>
        </w:rPr>
        <w:t xml:space="preserve">Przy ocenie należy uwzględnić liczbę osób z niepełnosprawnościami, nad którymi członek rodziny/opiekun </w:t>
      </w:r>
      <w:r w:rsidR="00F924A9" w:rsidRPr="009246D1">
        <w:rPr>
          <w:rFonts w:asciiTheme="majorHAnsi" w:hAnsiTheme="majorHAnsi" w:cs="Segoe UI Symbol"/>
          <w:bCs/>
          <w:i/>
          <w:iCs/>
          <w:sz w:val="22"/>
          <w:lang w:val="pl-PL"/>
        </w:rPr>
        <w:t xml:space="preserve">osoby z niepełnosprawnością </w:t>
      </w:r>
      <w:r w:rsidRPr="009246D1">
        <w:rPr>
          <w:rFonts w:asciiTheme="majorHAnsi" w:hAnsiTheme="majorHAnsi" w:cs="Segoe UI Symbol"/>
          <w:bCs/>
          <w:i/>
          <w:iCs/>
          <w:sz w:val="22"/>
          <w:lang w:val="pl-PL"/>
        </w:rPr>
        <w:t>aktualnie sprawuje bezpośrednią opiekę, w tym w sytuacji opieki dwupokoleniowej.</w:t>
      </w:r>
    </w:p>
    <w:p w14:paraId="12AC2D51" w14:textId="7C2791F4" w:rsidR="001D09D6" w:rsidRPr="009246D1" w:rsidRDefault="00E078CE" w:rsidP="009246D1">
      <w:pPr>
        <w:spacing w:before="120" w:after="120"/>
        <w:rPr>
          <w:rFonts w:asciiTheme="majorHAnsi" w:hAnsiTheme="majorHAnsi" w:cs="Segoe UI Symbol"/>
          <w:bCs/>
          <w:sz w:val="22"/>
          <w:lang w:val="pl-PL"/>
        </w:rPr>
      </w:pPr>
      <w:r w:rsidRPr="009246D1">
        <w:rPr>
          <w:rFonts w:asciiTheme="majorHAnsi" w:hAnsiTheme="majorHAnsi" w:cs="Segoe UI Symbol"/>
          <w:bCs/>
          <w:i/>
          <w:iCs/>
          <w:sz w:val="22"/>
          <w:lang w:val="pl-PL"/>
        </w:rPr>
        <w:t xml:space="preserve">Za sprawowanie opieki nad więcej niż jedną osobą z niepełnosprawnością uznaje się sytuację, w której </w:t>
      </w:r>
      <w:r w:rsidR="00F924A9" w:rsidRPr="009246D1">
        <w:rPr>
          <w:rFonts w:asciiTheme="majorHAnsi" w:hAnsiTheme="majorHAnsi" w:cs="Segoe UI Symbol"/>
          <w:bCs/>
          <w:i/>
          <w:iCs/>
          <w:sz w:val="22"/>
          <w:lang w:val="pl-PL"/>
        </w:rPr>
        <w:t>członek rodziny/opiekun osoby z niepełnosprawnością</w:t>
      </w:r>
      <w:r w:rsidR="00F924A9" w:rsidRPr="009246D1" w:rsidDel="00F924A9">
        <w:rPr>
          <w:rFonts w:asciiTheme="majorHAnsi" w:hAnsiTheme="majorHAnsi" w:cs="Segoe UI Symbol"/>
          <w:bCs/>
          <w:i/>
          <w:iCs/>
          <w:sz w:val="22"/>
          <w:lang w:val="pl-PL"/>
        </w:rPr>
        <w:t xml:space="preserve"> </w:t>
      </w:r>
      <w:r w:rsidRPr="009246D1">
        <w:rPr>
          <w:rFonts w:asciiTheme="majorHAnsi" w:hAnsiTheme="majorHAnsi" w:cs="Segoe UI Symbol"/>
          <w:bCs/>
          <w:i/>
          <w:iCs/>
          <w:sz w:val="22"/>
          <w:lang w:val="pl-PL"/>
        </w:rPr>
        <w:t>regularnie wykonuje obowiązki opiekuńcze wobec co najmniej dwóch takich osób, niezależnie od tego, czy czynności te wykonywane są równocześnie, czy w różnych porach dnia lub dniach tygodnia.</w:t>
      </w:r>
    </w:p>
    <w:p w14:paraId="6A13AE4C" w14:textId="15173D2C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="Segoe UI Symbol" w:hAnsi="Segoe UI Symbol" w:cs="Segoe UI Symbol"/>
          <w:bCs/>
          <w:sz w:val="22"/>
          <w:lang w:val="pl-PL"/>
        </w:rPr>
        <w:t>☐</w:t>
      </w:r>
      <w:r w:rsidRPr="009246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1D09D6" w:rsidRPr="009246D1">
        <w:rPr>
          <w:rFonts w:asciiTheme="majorHAnsi" w:hAnsiTheme="majorHAnsi" w:cstheme="majorHAnsi"/>
          <w:bCs/>
          <w:sz w:val="22"/>
          <w:lang w:val="pl-PL"/>
        </w:rPr>
        <w:t xml:space="preserve">opieka nad jedną osobą z niepełnosprawnością </w:t>
      </w:r>
      <w:r w:rsidRPr="009246D1">
        <w:rPr>
          <w:rFonts w:asciiTheme="majorHAnsi" w:hAnsiTheme="majorHAnsi" w:cstheme="majorHAnsi"/>
          <w:bCs/>
          <w:sz w:val="22"/>
          <w:lang w:val="pl-PL"/>
        </w:rPr>
        <w:t>(0 pkt)</w:t>
      </w:r>
    </w:p>
    <w:p w14:paraId="10129BD7" w14:textId="77777777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</w:p>
    <w:p w14:paraId="34F12EBE" w14:textId="1BA156C4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="Segoe UI Symbol" w:hAnsi="Segoe UI Symbol" w:cs="Segoe UI Symbol"/>
          <w:bCs/>
          <w:sz w:val="22"/>
          <w:lang w:val="pl-PL"/>
        </w:rPr>
        <w:t>☐</w:t>
      </w:r>
      <w:r w:rsidRPr="009246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1D09D6" w:rsidRPr="009246D1">
        <w:rPr>
          <w:rFonts w:asciiTheme="majorHAnsi" w:hAnsiTheme="majorHAnsi" w:cstheme="majorHAnsi"/>
          <w:bCs/>
          <w:sz w:val="22"/>
          <w:lang w:val="pl-PL"/>
        </w:rPr>
        <w:t xml:space="preserve">opieka nad dwiema osobami </w:t>
      </w:r>
      <w:bookmarkStart w:id="8" w:name="_Hlk242439165"/>
      <w:r w:rsidR="001D09D6" w:rsidRPr="009246D1">
        <w:rPr>
          <w:rFonts w:asciiTheme="majorHAnsi" w:hAnsiTheme="majorHAnsi" w:cstheme="majorHAnsi"/>
          <w:bCs/>
          <w:sz w:val="22"/>
          <w:lang w:val="pl-PL"/>
        </w:rPr>
        <w:t xml:space="preserve">z niepełnosprawnościami </w:t>
      </w:r>
      <w:bookmarkEnd w:id="8"/>
      <w:r w:rsidRPr="009246D1">
        <w:rPr>
          <w:rFonts w:asciiTheme="majorHAnsi" w:hAnsiTheme="majorHAnsi" w:cstheme="majorHAnsi"/>
          <w:bCs/>
          <w:sz w:val="22"/>
          <w:lang w:val="pl-PL"/>
        </w:rPr>
        <w:t>(1 pkt)</w:t>
      </w:r>
    </w:p>
    <w:p w14:paraId="239B0C3C" w14:textId="77777777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</w:p>
    <w:p w14:paraId="0E313224" w14:textId="178A5421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="Segoe UI Symbol" w:hAnsi="Segoe UI Symbol" w:cs="Segoe UI Symbol"/>
          <w:bCs/>
          <w:sz w:val="22"/>
          <w:lang w:val="pl-PL"/>
        </w:rPr>
        <w:t>☐</w:t>
      </w:r>
      <w:r w:rsidRPr="009246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1D09D6" w:rsidRPr="009246D1">
        <w:rPr>
          <w:rFonts w:asciiTheme="majorHAnsi" w:hAnsiTheme="majorHAnsi" w:cstheme="majorHAnsi"/>
          <w:bCs/>
          <w:sz w:val="22"/>
          <w:lang w:val="pl-PL"/>
        </w:rPr>
        <w:t xml:space="preserve">opieka nad trzema lub większą liczbą osób z niepełnosprawnościami </w:t>
      </w:r>
      <w:r w:rsidRPr="009246D1">
        <w:rPr>
          <w:rFonts w:asciiTheme="majorHAnsi" w:hAnsiTheme="majorHAnsi" w:cstheme="majorHAnsi"/>
          <w:bCs/>
          <w:sz w:val="22"/>
          <w:lang w:val="pl-PL"/>
        </w:rPr>
        <w:t>(2 pkt)</w:t>
      </w:r>
    </w:p>
    <w:p w14:paraId="105D487A" w14:textId="77777777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</w:p>
    <w:p w14:paraId="69D3AAF2" w14:textId="48129536" w:rsidR="00F63417" w:rsidRPr="009246D1" w:rsidRDefault="00F63417" w:rsidP="009246D1">
      <w:pPr>
        <w:spacing w:before="120" w:after="120"/>
        <w:rPr>
          <w:rFonts w:asciiTheme="majorHAnsi" w:hAnsiTheme="majorHAnsi" w:cstheme="majorHAnsi"/>
          <w:bCs/>
          <w:i/>
          <w:iCs/>
          <w:sz w:val="22"/>
          <w:lang w:val="pl-PL"/>
        </w:rPr>
      </w:pP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Jeżeli członek rodziny/opiekun </w:t>
      </w:r>
      <w:r w:rsidR="00F924A9"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osoby z niepełnosprawnością </w:t>
      </w: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sprawuje bezpośrednią opiekę nad więcej niż jedną osobą z niepełnosprawnością, należy w poniższej tabeli uwzględnić wszystkie osoby objęte tą opieką, w tym osobę, w związku z opieką nad którą ubiega się o przyznanie usług opieki </w:t>
      </w:r>
      <w:proofErr w:type="spellStart"/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wytchnieniowej</w:t>
      </w:r>
      <w:proofErr w:type="spellEnd"/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.</w:t>
      </w:r>
    </w:p>
    <w:p w14:paraId="65B2290A" w14:textId="424C73C9" w:rsidR="00D85C07" w:rsidRPr="009246D1" w:rsidRDefault="00F63417" w:rsidP="009246D1">
      <w:pPr>
        <w:spacing w:before="120" w:after="120"/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W odniesieniu do każdej z tych osób należy wskazać jej relację z </w:t>
      </w:r>
      <w:r w:rsidR="00F924A9"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członkiem rodziny/opiekunem osoby z niepełnosprawnością</w:t>
      </w:r>
      <w:r w:rsidR="00F924A9" w:rsidRPr="009246D1" w:rsidDel="00F924A9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 </w:t>
      </w:r>
      <w:r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(np. dziecko, rodzic, małżonek) oraz krótko opisać zakres i częstotliwość faktycznie sprawowanej opieki, w szczególności rodzaj wykonywanych czynności opiekuńczych (np. pomoc w utrzymaniu higieny osobistej, przygotowywaniu i spożywaniu posiłków, przemieszczaniu się lub zapewnianiu niezbędnego nadzoru)</w:t>
      </w:r>
      <w:r w:rsidR="008058EC"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.</w:t>
      </w:r>
    </w:p>
    <w:p w14:paraId="7EDD51BA" w14:textId="77777777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</w:p>
    <w:p w14:paraId="0B953865" w14:textId="28FF9025" w:rsidR="00D85C07" w:rsidRPr="009246D1" w:rsidRDefault="00E078CE" w:rsidP="00D85C07">
      <w:pPr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Theme="majorHAnsi" w:hAnsiTheme="majorHAnsi" w:cstheme="majorHAnsi"/>
          <w:b/>
          <w:sz w:val="22"/>
          <w:lang w:val="pl-PL"/>
        </w:rPr>
        <w:t>Osoba z niepełnosprawnością</w:t>
      </w:r>
      <w:r w:rsidRPr="009246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4A6191" w:rsidRPr="009246D1">
        <w:rPr>
          <w:rFonts w:asciiTheme="majorHAnsi" w:hAnsiTheme="majorHAnsi" w:cstheme="majorHAnsi"/>
          <w:bCs/>
          <w:sz w:val="22"/>
          <w:lang w:val="pl-PL"/>
        </w:rPr>
        <w:tab/>
      </w:r>
      <w:r w:rsidR="004A6191" w:rsidRPr="009246D1">
        <w:rPr>
          <w:rFonts w:asciiTheme="majorHAnsi" w:hAnsiTheme="majorHAnsi" w:cstheme="majorHAnsi"/>
          <w:bCs/>
          <w:sz w:val="22"/>
          <w:lang w:val="pl-PL"/>
        </w:rPr>
        <w:tab/>
      </w:r>
      <w:r w:rsidR="00D85C07" w:rsidRPr="009246D1">
        <w:rPr>
          <w:rFonts w:asciiTheme="majorHAnsi" w:hAnsiTheme="majorHAnsi" w:cstheme="majorHAnsi"/>
          <w:b/>
          <w:sz w:val="22"/>
          <w:lang w:val="pl-PL"/>
        </w:rPr>
        <w:t>Relacja z opiekunem</w:t>
      </w:r>
      <w:r w:rsidR="00D85C07" w:rsidRPr="009246D1">
        <w:rPr>
          <w:rFonts w:asciiTheme="majorHAnsi" w:hAnsiTheme="majorHAnsi" w:cstheme="majorHAnsi"/>
          <w:b/>
          <w:sz w:val="22"/>
          <w:lang w:val="pl-PL"/>
        </w:rPr>
        <w:tab/>
      </w:r>
      <w:r w:rsidR="004A6191" w:rsidRPr="009246D1">
        <w:rPr>
          <w:rFonts w:asciiTheme="majorHAnsi" w:hAnsiTheme="majorHAnsi" w:cstheme="majorHAnsi"/>
          <w:b/>
          <w:sz w:val="22"/>
          <w:lang w:val="pl-PL"/>
        </w:rPr>
        <w:tab/>
      </w:r>
      <w:r w:rsidR="00D85C07" w:rsidRPr="009246D1">
        <w:rPr>
          <w:rFonts w:asciiTheme="majorHAnsi" w:hAnsiTheme="majorHAnsi" w:cstheme="majorHAnsi"/>
          <w:b/>
          <w:sz w:val="22"/>
          <w:lang w:val="pl-PL"/>
        </w:rPr>
        <w:t>Zakres sprawowanej opieki</w:t>
      </w:r>
    </w:p>
    <w:p w14:paraId="0A5C277D" w14:textId="2BBC61D7" w:rsidR="000F48B7" w:rsidRPr="009246D1" w:rsidRDefault="000F48B7" w:rsidP="009246D1">
      <w:pPr>
        <w:tabs>
          <w:tab w:val="right" w:leader="underscore" w:pos="10200"/>
        </w:tabs>
        <w:spacing w:before="100" w:beforeAutospacing="1" w:after="160" w:afterAutospacing="1"/>
        <w:rPr>
          <w:rFonts w:asciiTheme="majorHAnsi" w:eastAsia="Times New Roman" w:hAnsiTheme="majorHAnsi" w:cs="Segoe UI"/>
          <w:noProof/>
          <w:color w:val="000000" w:themeColor="text1"/>
          <w:sz w:val="22"/>
          <w:lang w:eastAsia="pl-PL"/>
        </w:rPr>
      </w:pPr>
      <w:r w:rsidRPr="009246D1">
        <w:rPr>
          <w:rFonts w:asciiTheme="majorHAnsi" w:hAnsiTheme="majorHAnsi" w:cstheme="majorHAnsi"/>
          <w:bCs/>
          <w:sz w:val="22"/>
          <w:lang w:val="pl-PL"/>
        </w:rPr>
        <w:t>Osoba 1</w:t>
      </w:r>
      <w:r w:rsidRPr="009246D1">
        <w:rPr>
          <w:rFonts w:asciiTheme="majorHAnsi" w:hAnsiTheme="majorHAnsi"/>
          <w:sz w:val="22"/>
        </w:rPr>
        <w:t>:</w:t>
      </w:r>
      <w:r w:rsidRPr="009246D1">
        <w:rPr>
          <w:rFonts w:asciiTheme="majorHAnsi" w:hAnsiTheme="majorHAnsi"/>
          <w:sz w:val="22"/>
        </w:rPr>
        <w:tab/>
      </w:r>
    </w:p>
    <w:p w14:paraId="155DA798" w14:textId="0F335FE7" w:rsidR="000F48B7" w:rsidRPr="009246D1" w:rsidRDefault="000F48B7" w:rsidP="000F48B7">
      <w:pPr>
        <w:tabs>
          <w:tab w:val="right" w:leader="underscore" w:pos="10200"/>
        </w:tabs>
        <w:spacing w:before="100" w:beforeAutospacing="1" w:after="160" w:afterAutospacing="1"/>
        <w:rPr>
          <w:rFonts w:asciiTheme="majorHAnsi" w:eastAsia="Times New Roman" w:hAnsiTheme="majorHAnsi" w:cs="Segoe UI"/>
          <w:noProof/>
          <w:color w:val="000000" w:themeColor="text1"/>
          <w:sz w:val="22"/>
          <w:lang w:eastAsia="pl-PL"/>
        </w:rPr>
      </w:pPr>
      <w:r w:rsidRPr="009246D1">
        <w:rPr>
          <w:rFonts w:asciiTheme="majorHAnsi" w:hAnsiTheme="majorHAnsi" w:cstheme="majorHAnsi"/>
          <w:bCs/>
          <w:sz w:val="22"/>
          <w:lang w:val="pl-PL"/>
        </w:rPr>
        <w:t>Osoba 2</w:t>
      </w:r>
      <w:r w:rsidRPr="009246D1">
        <w:rPr>
          <w:rFonts w:asciiTheme="majorHAnsi" w:hAnsiTheme="majorHAnsi"/>
          <w:sz w:val="22"/>
        </w:rPr>
        <w:t>:</w:t>
      </w:r>
      <w:r w:rsidRPr="009246D1">
        <w:rPr>
          <w:rFonts w:asciiTheme="majorHAnsi" w:hAnsiTheme="majorHAnsi"/>
          <w:sz w:val="22"/>
        </w:rPr>
        <w:tab/>
      </w:r>
    </w:p>
    <w:p w14:paraId="7888022F" w14:textId="40F2CCD4" w:rsidR="000F48B7" w:rsidRPr="009246D1" w:rsidRDefault="000F48B7" w:rsidP="000F48B7">
      <w:pPr>
        <w:tabs>
          <w:tab w:val="right" w:leader="underscore" w:pos="10200"/>
        </w:tabs>
        <w:spacing w:before="100" w:beforeAutospacing="1" w:after="160" w:afterAutospacing="1"/>
        <w:rPr>
          <w:rFonts w:asciiTheme="majorHAnsi" w:hAnsiTheme="majorHAnsi"/>
          <w:sz w:val="22"/>
        </w:rPr>
      </w:pPr>
      <w:r w:rsidRPr="009246D1">
        <w:rPr>
          <w:rFonts w:asciiTheme="majorHAnsi" w:hAnsiTheme="majorHAnsi" w:cstheme="majorHAnsi"/>
          <w:bCs/>
          <w:sz w:val="22"/>
          <w:lang w:val="pl-PL"/>
        </w:rPr>
        <w:t>Osoba 3</w:t>
      </w:r>
      <w:r w:rsidRPr="009246D1">
        <w:rPr>
          <w:rFonts w:asciiTheme="majorHAnsi" w:hAnsiTheme="majorHAnsi"/>
          <w:sz w:val="22"/>
        </w:rPr>
        <w:t>:</w:t>
      </w:r>
      <w:r w:rsidRPr="009246D1">
        <w:rPr>
          <w:rFonts w:asciiTheme="majorHAnsi" w:hAnsiTheme="majorHAnsi"/>
          <w:sz w:val="22"/>
        </w:rPr>
        <w:tab/>
      </w:r>
    </w:p>
    <w:p w14:paraId="1DE96EF1" w14:textId="3DA8A56D" w:rsidR="00FB5C96" w:rsidRPr="009246D1" w:rsidRDefault="00FB5C96" w:rsidP="00FB5C96">
      <w:pPr>
        <w:tabs>
          <w:tab w:val="right" w:leader="underscore" w:pos="10200"/>
        </w:tabs>
        <w:spacing w:before="100" w:beforeAutospacing="1" w:after="160" w:afterAutospacing="1"/>
        <w:rPr>
          <w:rFonts w:asciiTheme="majorHAnsi" w:hAnsiTheme="majorHAnsi"/>
          <w:sz w:val="22"/>
        </w:rPr>
      </w:pPr>
      <w:r w:rsidRPr="009246D1">
        <w:rPr>
          <w:rFonts w:asciiTheme="majorHAnsi" w:hAnsiTheme="majorHAnsi" w:cstheme="majorHAnsi"/>
          <w:bCs/>
          <w:sz w:val="22"/>
          <w:lang w:val="pl-PL"/>
        </w:rPr>
        <w:t>Osoba …</w:t>
      </w:r>
      <w:r w:rsidRPr="009246D1">
        <w:rPr>
          <w:rFonts w:asciiTheme="majorHAnsi" w:hAnsiTheme="majorHAnsi"/>
          <w:sz w:val="22"/>
        </w:rPr>
        <w:t>:</w:t>
      </w:r>
      <w:r w:rsidRPr="009246D1">
        <w:rPr>
          <w:rFonts w:asciiTheme="majorHAnsi" w:hAnsiTheme="majorHAnsi"/>
          <w:sz w:val="22"/>
        </w:rPr>
        <w:tab/>
      </w:r>
    </w:p>
    <w:p w14:paraId="56814C03" w14:textId="77777777" w:rsidR="00F63417" w:rsidRPr="009246D1" w:rsidRDefault="00F63417" w:rsidP="000F48B7">
      <w:pPr>
        <w:tabs>
          <w:tab w:val="right" w:leader="underscore" w:pos="10200"/>
        </w:tabs>
        <w:spacing w:before="100" w:beforeAutospacing="1" w:after="160" w:afterAutospacing="1"/>
        <w:rPr>
          <w:rFonts w:asciiTheme="majorHAnsi" w:hAnsiTheme="majorHAnsi"/>
          <w:sz w:val="22"/>
        </w:rPr>
      </w:pPr>
    </w:p>
    <w:p w14:paraId="2B48E1ED" w14:textId="2236A32C" w:rsidR="00D85C07" w:rsidRPr="009246D1" w:rsidRDefault="00D85C07" w:rsidP="00D85C07">
      <w:pPr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Theme="majorHAnsi" w:hAnsiTheme="majorHAnsi" w:cstheme="majorHAnsi"/>
          <w:bCs/>
          <w:sz w:val="22"/>
          <w:lang w:val="pl-PL"/>
        </w:rPr>
        <w:lastRenderedPageBreak/>
        <w:t xml:space="preserve">Uzasadnienie wpływu sprawowania opieki nad więcej niż jedną osobą </w:t>
      </w:r>
      <w:r w:rsidR="009325D7" w:rsidRPr="009246D1">
        <w:rPr>
          <w:rFonts w:asciiTheme="majorHAnsi" w:hAnsiTheme="majorHAnsi" w:cstheme="majorHAnsi"/>
          <w:bCs/>
          <w:sz w:val="22"/>
          <w:lang w:val="pl-PL"/>
        </w:rPr>
        <w:t xml:space="preserve">z niepełnosprawnością </w:t>
      </w:r>
      <w:r w:rsidRPr="009246D1">
        <w:rPr>
          <w:rFonts w:asciiTheme="majorHAnsi" w:hAnsiTheme="majorHAnsi" w:cstheme="majorHAnsi"/>
          <w:bCs/>
          <w:sz w:val="22"/>
          <w:lang w:val="pl-PL"/>
        </w:rPr>
        <w:t xml:space="preserve">na sytuację </w:t>
      </w:r>
      <w:r w:rsidR="00F924A9" w:rsidRPr="009246D1">
        <w:rPr>
          <w:rFonts w:asciiTheme="majorHAnsi" w:hAnsiTheme="majorHAnsi" w:cstheme="majorHAnsi"/>
          <w:bCs/>
          <w:sz w:val="22"/>
          <w:lang w:val="pl-PL"/>
        </w:rPr>
        <w:t>członka rodziny/opiekuna osoby z niepełnosprawnością</w:t>
      </w:r>
      <w:r w:rsidRPr="009246D1">
        <w:rPr>
          <w:rFonts w:asciiTheme="majorHAnsi" w:hAnsiTheme="majorHAnsi" w:cstheme="majorHAnsi"/>
          <w:bCs/>
          <w:sz w:val="22"/>
          <w:lang w:val="pl-PL"/>
        </w:rPr>
        <w:t>:</w:t>
      </w:r>
    </w:p>
    <w:p w14:paraId="408F4775" w14:textId="1DD88118" w:rsidR="00D85C07" w:rsidRPr="009246D1" w:rsidRDefault="00D85C07" w:rsidP="009246D1">
      <w:pPr>
        <w:spacing w:before="120"/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Theme="majorHAnsi" w:hAnsiTheme="majorHAnsi" w:cstheme="majorHAnsi"/>
          <w:bCs/>
          <w:sz w:val="22"/>
          <w:lang w:val="pl-PL"/>
        </w:rPr>
        <w:t>...................................................................................................................................................................</w:t>
      </w:r>
      <w:r w:rsidR="009325D7">
        <w:rPr>
          <w:rFonts w:asciiTheme="majorHAnsi" w:hAnsiTheme="majorHAnsi" w:cstheme="majorHAnsi"/>
          <w:bCs/>
          <w:sz w:val="22"/>
          <w:lang w:val="pl-PL"/>
        </w:rPr>
        <w:t>................</w:t>
      </w:r>
    </w:p>
    <w:p w14:paraId="53B526AC" w14:textId="5CC3BCA0" w:rsidR="00D85C07" w:rsidRPr="009246D1" w:rsidRDefault="00D85C07" w:rsidP="009246D1">
      <w:pPr>
        <w:spacing w:before="120"/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Theme="majorHAnsi" w:hAnsiTheme="majorHAnsi" w:cstheme="majorHAnsi"/>
          <w:bCs/>
          <w:sz w:val="22"/>
          <w:lang w:val="pl-PL"/>
        </w:rPr>
        <w:t>..............................................................................................................................................................</w:t>
      </w:r>
      <w:r w:rsidR="00F924A9" w:rsidRPr="009246D1">
        <w:rPr>
          <w:rFonts w:asciiTheme="majorHAnsi" w:hAnsiTheme="majorHAnsi" w:cstheme="majorHAnsi"/>
          <w:bCs/>
          <w:sz w:val="22"/>
          <w:lang w:val="pl-PL"/>
        </w:rPr>
        <w:t>.....</w:t>
      </w:r>
      <w:r w:rsidR="009325D7">
        <w:rPr>
          <w:rFonts w:asciiTheme="majorHAnsi" w:hAnsiTheme="majorHAnsi" w:cstheme="majorHAnsi"/>
          <w:bCs/>
          <w:sz w:val="22"/>
          <w:lang w:val="pl-PL"/>
        </w:rPr>
        <w:t>................</w:t>
      </w:r>
    </w:p>
    <w:p w14:paraId="2D511D57" w14:textId="3088301B" w:rsidR="00D436A1" w:rsidRPr="009246D1" w:rsidRDefault="00F924A9" w:rsidP="009246D1">
      <w:pPr>
        <w:spacing w:before="120"/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Theme="majorHAnsi" w:hAnsiTheme="majorHAnsi" w:cstheme="majorHAnsi"/>
          <w:bCs/>
          <w:sz w:val="22"/>
          <w:lang w:val="pl-PL"/>
        </w:rPr>
        <w:t>...................................................................................................................................................................</w:t>
      </w:r>
      <w:r w:rsidR="009325D7">
        <w:rPr>
          <w:rFonts w:asciiTheme="majorHAnsi" w:hAnsiTheme="majorHAnsi" w:cstheme="majorHAnsi"/>
          <w:bCs/>
          <w:sz w:val="22"/>
          <w:lang w:val="pl-PL"/>
        </w:rPr>
        <w:t>................</w:t>
      </w:r>
    </w:p>
    <w:p w14:paraId="24A3E599" w14:textId="77777777" w:rsidR="00F924A9" w:rsidRPr="009246D1" w:rsidRDefault="00F924A9" w:rsidP="00D85C07">
      <w:pPr>
        <w:rPr>
          <w:rFonts w:asciiTheme="majorHAnsi" w:hAnsiTheme="majorHAnsi" w:cstheme="majorHAnsi"/>
          <w:bCs/>
          <w:sz w:val="22"/>
          <w:lang w:val="pl-PL"/>
        </w:rPr>
      </w:pPr>
    </w:p>
    <w:p w14:paraId="63BDB531" w14:textId="27E27C6D" w:rsidR="00D436A1" w:rsidRPr="009246D1" w:rsidRDefault="00D436A1" w:rsidP="009246D1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211280">
        <w:rPr>
          <w:rFonts w:asciiTheme="majorHAnsi" w:eastAsiaTheme="minorHAnsi" w:hAnsiTheme="majorHAnsi" w:cstheme="majorHAnsi"/>
          <w:sz w:val="22"/>
          <w:lang w:val="pl-PL"/>
        </w:rPr>
        <w:t>Łączna liczba punktów uzyskanych w części I</w:t>
      </w:r>
      <w:r w:rsidRPr="00424B57">
        <w:rPr>
          <w:rFonts w:asciiTheme="majorHAnsi" w:eastAsiaTheme="minorHAnsi" w:hAnsiTheme="majorHAnsi" w:cstheme="majorHAnsi"/>
          <w:sz w:val="22"/>
          <w:lang w:val="pl-PL"/>
        </w:rPr>
        <w:t>II</w:t>
      </w:r>
      <w:r w:rsidRPr="009325D7">
        <w:rPr>
          <w:rFonts w:asciiTheme="majorHAnsi" w:eastAsiaTheme="minorHAnsi" w:hAnsiTheme="majorHAnsi" w:cstheme="majorHAnsi"/>
          <w:sz w:val="22"/>
          <w:lang w:val="pl-PL"/>
        </w:rPr>
        <w:t>: ………./10 pkt.</w:t>
      </w:r>
    </w:p>
    <w:p w14:paraId="75335D6A" w14:textId="77777777" w:rsidR="00FB5C96" w:rsidRPr="009246D1" w:rsidRDefault="00FB5C96" w:rsidP="00D85C07">
      <w:pPr>
        <w:rPr>
          <w:rFonts w:asciiTheme="majorHAnsi" w:hAnsiTheme="majorHAnsi" w:cstheme="majorHAnsi"/>
          <w:bCs/>
          <w:sz w:val="24"/>
          <w:szCs w:val="24"/>
          <w:lang w:val="pl-PL"/>
        </w:rPr>
      </w:pPr>
    </w:p>
    <w:p w14:paraId="406864AB" w14:textId="1F1DD36E" w:rsidR="003E15EA" w:rsidRPr="003E15EA" w:rsidRDefault="000C1D9D" w:rsidP="003E15EA">
      <w:pPr>
        <w:rPr>
          <w:rFonts w:asciiTheme="majorHAnsi" w:hAnsiTheme="majorHAnsi" w:cstheme="majorHAnsi"/>
          <w:b/>
          <w:sz w:val="24"/>
          <w:szCs w:val="24"/>
          <w:lang w:val="pl-PL"/>
        </w:rPr>
      </w:pPr>
      <w:r>
        <w:rPr>
          <w:rFonts w:asciiTheme="majorHAnsi" w:hAnsiTheme="majorHAnsi" w:cstheme="majorHAnsi"/>
          <w:b/>
          <w:sz w:val="24"/>
          <w:szCs w:val="24"/>
          <w:lang w:val="pl-PL"/>
        </w:rPr>
        <w:t>IV</w:t>
      </w:r>
      <w:r w:rsidR="003E15EA" w:rsidRPr="00113698">
        <w:rPr>
          <w:rFonts w:asciiTheme="majorHAnsi" w:hAnsiTheme="majorHAnsi" w:cstheme="majorHAnsi"/>
          <w:b/>
          <w:sz w:val="22"/>
          <w:lang w:val="pl-PL"/>
        </w:rPr>
        <w:t>. OCENA DOSTĘPNOŚCI POMOCY ZE STRONY INNYCH OSÓB LUB PODMIOTÓW:</w:t>
      </w:r>
    </w:p>
    <w:p w14:paraId="7FEABB26" w14:textId="5644D982" w:rsidR="003E15EA" w:rsidRPr="00113698" w:rsidRDefault="003E15EA" w:rsidP="003E15EA">
      <w:pPr>
        <w:spacing w:before="120" w:after="120"/>
        <w:rPr>
          <w:rFonts w:asciiTheme="majorHAnsi" w:hAnsiTheme="majorHAnsi" w:cstheme="majorHAnsi"/>
          <w:bCs/>
          <w:i/>
          <w:iCs/>
          <w:sz w:val="22"/>
          <w:lang w:val="pl-PL"/>
        </w:rPr>
      </w:pPr>
      <w:r w:rsidRPr="00113698">
        <w:rPr>
          <w:rFonts w:asciiTheme="majorHAnsi" w:hAnsiTheme="majorHAnsi" w:cstheme="majorHAnsi"/>
          <w:bCs/>
          <w:i/>
          <w:iCs/>
          <w:sz w:val="22"/>
          <w:lang w:val="pl-PL"/>
        </w:rPr>
        <w:t>Przy dokonywaniu oceny należy uwzględnić zakres opieki świadczonej osobie z niepełnosprawnością. Ocenie podlega w szczególności częstotliwość i regularność udzielanej pomocy, możliwość uzyskania jej w czasie, w którym jest potrzebna, oraz stopień, w jakim odpowiada ona potrzebom osoby z niepełnosprawnością. Należy uwzględnić również pomoc świadczoną przez instytucje i inne podmioty, w szczególności jednostki organizacyjne pomocy społecznej.</w:t>
      </w:r>
    </w:p>
    <w:p w14:paraId="7E2F655A" w14:textId="3B089054" w:rsidR="001E4D8D" w:rsidRDefault="003E15EA" w:rsidP="003E15EA">
      <w:pPr>
        <w:spacing w:before="120" w:after="120"/>
        <w:rPr>
          <w:rFonts w:asciiTheme="majorHAnsi" w:hAnsiTheme="majorHAnsi" w:cstheme="majorHAnsi"/>
          <w:bCs/>
          <w:i/>
          <w:iCs/>
          <w:sz w:val="22"/>
          <w:lang w:val="pl-PL"/>
        </w:rPr>
      </w:pPr>
      <w:r w:rsidRPr="00113698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Zaznaczenie w pkt 1 odpowiedzi „nikt” oznacza przyznanie 6 pkt w części </w:t>
      </w:r>
      <w:r w:rsidR="000C1D9D">
        <w:rPr>
          <w:rFonts w:asciiTheme="majorHAnsi" w:hAnsiTheme="majorHAnsi" w:cstheme="majorHAnsi"/>
          <w:bCs/>
          <w:i/>
          <w:iCs/>
          <w:sz w:val="22"/>
          <w:lang w:val="pl-PL"/>
        </w:rPr>
        <w:t>I</w:t>
      </w:r>
      <w:r w:rsidRPr="00113698">
        <w:rPr>
          <w:rFonts w:asciiTheme="majorHAnsi" w:hAnsiTheme="majorHAnsi" w:cstheme="majorHAnsi"/>
          <w:bCs/>
          <w:i/>
          <w:iCs/>
          <w:sz w:val="22"/>
          <w:lang w:val="pl-PL"/>
        </w:rPr>
        <w:t>V. W takim przypadku nie wypełnia się pkt 2–4 i należy przejść do części V.</w:t>
      </w:r>
    </w:p>
    <w:p w14:paraId="6B1AA87F" w14:textId="58A2F21F" w:rsidR="003E15EA" w:rsidRPr="00113698" w:rsidRDefault="003E15EA" w:rsidP="003E15EA">
      <w:pPr>
        <w:spacing w:before="120" w:after="120"/>
        <w:rPr>
          <w:rFonts w:asciiTheme="majorHAnsi" w:hAnsiTheme="majorHAnsi" w:cstheme="majorHAnsi"/>
          <w:bCs/>
          <w:i/>
          <w:iCs/>
          <w:sz w:val="22"/>
          <w:lang w:val="pl-PL"/>
        </w:rPr>
      </w:pPr>
      <w:r w:rsidRPr="00113698">
        <w:rPr>
          <w:rFonts w:asciiTheme="majorHAnsi" w:hAnsiTheme="majorHAnsi" w:cstheme="majorHAnsi"/>
          <w:bCs/>
          <w:i/>
          <w:iCs/>
          <w:sz w:val="22"/>
          <w:lang w:val="pl-PL"/>
        </w:rPr>
        <w:t>Odpowiedzi „nikt” nie można zaznaczyć łącznie z innymi odpowiedziami w pkt 1.</w:t>
      </w:r>
    </w:p>
    <w:p w14:paraId="78BF0E8A" w14:textId="5690EE43" w:rsidR="003E15EA" w:rsidRPr="009246D1" w:rsidRDefault="003E15EA" w:rsidP="003E15EA">
      <w:pPr>
        <w:spacing w:before="240"/>
        <w:ind w:left="426" w:hanging="426"/>
        <w:rPr>
          <w:rFonts w:asciiTheme="majorHAnsi" w:hAnsiTheme="majorHAnsi" w:cstheme="majorHAnsi"/>
          <w:b/>
          <w:sz w:val="22"/>
          <w:lang w:val="pl-PL"/>
        </w:rPr>
      </w:pPr>
      <w:r w:rsidRPr="009246D1">
        <w:rPr>
          <w:rFonts w:asciiTheme="majorHAnsi" w:hAnsiTheme="majorHAnsi" w:cstheme="majorHAnsi"/>
          <w:b/>
          <w:sz w:val="22"/>
          <w:lang w:val="pl-PL"/>
        </w:rPr>
        <w:t>1.</w:t>
      </w:r>
      <w:r w:rsidR="00625190">
        <w:rPr>
          <w:rFonts w:asciiTheme="majorHAnsi" w:hAnsiTheme="majorHAnsi" w:cstheme="majorHAnsi"/>
          <w:b/>
          <w:sz w:val="22"/>
          <w:lang w:val="pl-PL"/>
        </w:rPr>
        <w:t xml:space="preserve"> </w:t>
      </w:r>
      <w:r w:rsidRPr="009246D1">
        <w:rPr>
          <w:rFonts w:asciiTheme="majorHAnsi" w:hAnsiTheme="majorHAnsi" w:cstheme="majorHAnsi"/>
          <w:b/>
          <w:sz w:val="22"/>
          <w:lang w:val="pl-PL"/>
        </w:rPr>
        <w:t>Kto obecnie faktycznie udziela pomocy osobie z niepełnosprawnością</w:t>
      </w:r>
      <w:r w:rsidR="00625190">
        <w:rPr>
          <w:rFonts w:asciiTheme="majorHAnsi" w:hAnsiTheme="majorHAnsi" w:cstheme="majorHAnsi"/>
          <w:b/>
          <w:sz w:val="22"/>
          <w:lang w:val="pl-PL"/>
        </w:rPr>
        <w:t>?</w:t>
      </w:r>
    </w:p>
    <w:p w14:paraId="549DAE75" w14:textId="6549BF84" w:rsidR="003E15EA" w:rsidRPr="00113698" w:rsidRDefault="003E15EA" w:rsidP="003E15EA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113698">
        <w:rPr>
          <w:rFonts w:ascii="Segoe UI Symbol" w:hAnsi="Segoe UI Symbol" w:cs="Segoe UI Symbol"/>
          <w:bCs/>
          <w:sz w:val="22"/>
          <w:lang w:val="pl-PL"/>
        </w:rPr>
        <w:t>☐</w:t>
      </w:r>
      <w:r w:rsidRPr="00113698">
        <w:rPr>
          <w:rFonts w:asciiTheme="majorHAnsi" w:hAnsiTheme="majorHAnsi" w:cstheme="majorHAnsi"/>
          <w:bCs/>
          <w:sz w:val="22"/>
          <w:lang w:val="pl-PL"/>
        </w:rPr>
        <w:t xml:space="preserve"> nikt (</w:t>
      </w:r>
      <w:r w:rsidRPr="00113698">
        <w:rPr>
          <w:rFonts w:asciiTheme="majorHAnsi" w:hAnsiTheme="majorHAnsi" w:cstheme="majorHAnsi"/>
          <w:bCs/>
          <w:i/>
          <w:iCs/>
          <w:sz w:val="22"/>
          <w:lang w:val="pl-PL"/>
        </w:rPr>
        <w:t>przejdź do części V</w:t>
      </w:r>
      <w:r w:rsidRPr="00113698">
        <w:rPr>
          <w:rFonts w:asciiTheme="majorHAnsi" w:hAnsiTheme="majorHAnsi" w:cstheme="majorHAnsi"/>
          <w:bCs/>
          <w:sz w:val="22"/>
          <w:lang w:val="pl-PL"/>
        </w:rPr>
        <w:t>) (6 pkt)</w:t>
      </w:r>
      <w:r w:rsidR="003C5566">
        <w:rPr>
          <w:rFonts w:asciiTheme="majorHAnsi" w:hAnsiTheme="majorHAnsi" w:cstheme="majorHAnsi"/>
          <w:bCs/>
          <w:sz w:val="22"/>
          <w:lang w:val="pl-PL"/>
        </w:rPr>
        <w:t>,</w:t>
      </w:r>
    </w:p>
    <w:p w14:paraId="6845B73E" w14:textId="77777777" w:rsidR="009325D7" w:rsidRDefault="003E15EA" w:rsidP="003E15EA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113698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113698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…………………………………………………………………………………………………………………………………………………………..</w:t>
      </w:r>
    </w:p>
    <w:p w14:paraId="1E692106" w14:textId="77777777" w:rsidR="009325D7" w:rsidRDefault="003E15EA" w:rsidP="009325D7">
      <w:pPr>
        <w:spacing w:before="120"/>
        <w:rPr>
          <w:rFonts w:asciiTheme="majorHAnsi" w:eastAsiaTheme="minorHAnsi" w:hAnsiTheme="majorHAnsi" w:cstheme="majorHAnsi"/>
          <w:sz w:val="22"/>
          <w:lang w:val="pl-PL"/>
        </w:rPr>
      </w:pPr>
      <w:r w:rsidRPr="00113698">
        <w:rPr>
          <w:rFonts w:asciiTheme="majorHAnsi" w:eastAsiaTheme="minorHAnsi" w:hAnsiTheme="majorHAnsi" w:cstheme="majorHAnsi"/>
          <w:sz w:val="22"/>
          <w:lang w:val="pl-PL"/>
        </w:rPr>
        <w:t>….……………………………………………………………………………………………………………………………………………………………………………..</w:t>
      </w:r>
    </w:p>
    <w:p w14:paraId="403A8EC1" w14:textId="5593B3E4" w:rsidR="003E15EA" w:rsidRPr="00113698" w:rsidRDefault="003E15EA" w:rsidP="009246D1">
      <w:pPr>
        <w:spacing w:before="120"/>
        <w:rPr>
          <w:rFonts w:asciiTheme="majorHAnsi" w:hAnsiTheme="majorHAnsi" w:cstheme="majorHAnsi"/>
          <w:sz w:val="22"/>
          <w:lang w:val="pl-PL"/>
        </w:rPr>
      </w:pPr>
      <w:r w:rsidRPr="00113698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21834A32" w14:textId="77777777" w:rsidR="003E15EA" w:rsidRPr="00113698" w:rsidRDefault="003E15EA" w:rsidP="003E15EA">
      <w:pPr>
        <w:spacing w:before="120" w:after="120"/>
        <w:ind w:left="425" w:hanging="425"/>
        <w:rPr>
          <w:rFonts w:ascii="Segoe UI Symbol" w:hAnsi="Segoe UI Symbol" w:cs="Segoe UI Symbol"/>
          <w:bCs/>
          <w:i/>
          <w:iCs/>
          <w:sz w:val="22"/>
          <w:lang w:val="pl-PL"/>
        </w:rPr>
      </w:pPr>
      <w:r w:rsidRPr="00113698">
        <w:rPr>
          <w:rFonts w:asciiTheme="majorHAnsi" w:hAnsiTheme="majorHAnsi" w:cstheme="majorHAnsi"/>
          <w:bCs/>
          <w:i/>
          <w:iCs/>
          <w:sz w:val="22"/>
          <w:lang w:val="pl-PL"/>
        </w:rPr>
        <w:t>W przypadku poniższych opcji można zaznaczyć więcej niż jedną odpowiedź.</w:t>
      </w:r>
    </w:p>
    <w:p w14:paraId="44C22FF6" w14:textId="77777777" w:rsidR="003E15EA" w:rsidRPr="00113698" w:rsidRDefault="003E15EA" w:rsidP="003E15EA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113698">
        <w:rPr>
          <w:rFonts w:ascii="Segoe UI Symbol" w:hAnsi="Segoe UI Symbol" w:cs="Segoe UI Symbol"/>
          <w:bCs/>
          <w:sz w:val="22"/>
          <w:lang w:val="pl-PL"/>
        </w:rPr>
        <w:t>☐</w:t>
      </w:r>
      <w:r w:rsidRPr="00113698">
        <w:rPr>
          <w:rFonts w:asciiTheme="majorHAnsi" w:hAnsiTheme="majorHAnsi" w:cstheme="majorHAnsi"/>
          <w:bCs/>
          <w:sz w:val="22"/>
          <w:lang w:val="pl-PL"/>
        </w:rPr>
        <w:t xml:space="preserve"> rodzina</w:t>
      </w:r>
    </w:p>
    <w:p w14:paraId="68B6DB5D" w14:textId="77777777" w:rsidR="003E15EA" w:rsidRPr="00113698" w:rsidRDefault="003E15EA" w:rsidP="003E15EA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113698">
        <w:rPr>
          <w:rFonts w:ascii="Segoe UI Symbol" w:hAnsi="Segoe UI Symbol" w:cs="Segoe UI Symbol"/>
          <w:bCs/>
          <w:sz w:val="22"/>
          <w:lang w:val="pl-PL"/>
        </w:rPr>
        <w:t>☐</w:t>
      </w:r>
      <w:r w:rsidRPr="00113698">
        <w:rPr>
          <w:rFonts w:asciiTheme="majorHAnsi" w:hAnsiTheme="majorHAnsi" w:cstheme="majorHAnsi"/>
          <w:bCs/>
          <w:sz w:val="22"/>
          <w:lang w:val="pl-PL"/>
        </w:rPr>
        <w:t xml:space="preserve"> osoby niespokrewnione wspólnie zamieszkujące</w:t>
      </w:r>
    </w:p>
    <w:p w14:paraId="4A0A674F" w14:textId="77777777" w:rsidR="003E15EA" w:rsidRPr="00113698" w:rsidRDefault="003E15EA" w:rsidP="003E15EA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113698">
        <w:rPr>
          <w:rFonts w:ascii="Segoe UI Symbol" w:hAnsi="Segoe UI Symbol" w:cs="Segoe UI Symbol"/>
          <w:bCs/>
          <w:sz w:val="22"/>
          <w:lang w:val="pl-PL"/>
        </w:rPr>
        <w:t>☐</w:t>
      </w:r>
      <w:r w:rsidRPr="00113698">
        <w:rPr>
          <w:rFonts w:asciiTheme="majorHAnsi" w:hAnsiTheme="majorHAnsi" w:cstheme="majorHAnsi"/>
          <w:bCs/>
          <w:sz w:val="22"/>
          <w:lang w:val="pl-PL"/>
        </w:rPr>
        <w:t xml:space="preserve"> inne osoby, np. znajomi lub sąsiedzi</w:t>
      </w:r>
    </w:p>
    <w:p w14:paraId="0C2A2A74" w14:textId="77777777" w:rsidR="003E15EA" w:rsidRPr="00113698" w:rsidRDefault="003E15EA" w:rsidP="003E15EA">
      <w:pPr>
        <w:spacing w:before="120" w:after="120"/>
        <w:ind w:left="284" w:hanging="284"/>
        <w:rPr>
          <w:rFonts w:asciiTheme="majorHAnsi" w:hAnsiTheme="majorHAnsi" w:cstheme="majorHAnsi"/>
          <w:bCs/>
          <w:sz w:val="22"/>
          <w:lang w:val="pl-PL"/>
        </w:rPr>
      </w:pPr>
      <w:r w:rsidRPr="00113698">
        <w:rPr>
          <w:rFonts w:ascii="Segoe UI Symbol" w:hAnsi="Segoe UI Symbol" w:cs="Segoe UI Symbol"/>
          <w:bCs/>
          <w:sz w:val="22"/>
          <w:lang w:val="pl-PL"/>
        </w:rPr>
        <w:t>☐</w:t>
      </w:r>
      <w:r w:rsidRPr="00113698">
        <w:rPr>
          <w:rFonts w:asciiTheme="majorHAnsi" w:hAnsiTheme="majorHAnsi" w:cstheme="majorHAnsi"/>
          <w:bCs/>
          <w:sz w:val="22"/>
          <w:lang w:val="pl-PL"/>
        </w:rPr>
        <w:t xml:space="preserve"> jednostka organizacyjna pomocy społecznej, np. OPS, CUS, PCPR, MOPR w tym w ramach świadczonych usług opiekuńczych lub specjalistycznych usług opiekuńczych</w:t>
      </w:r>
    </w:p>
    <w:p w14:paraId="48AB5512" w14:textId="77777777" w:rsidR="003E15EA" w:rsidRPr="00113698" w:rsidRDefault="003E15EA" w:rsidP="003E15EA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113698">
        <w:rPr>
          <w:rFonts w:ascii="Segoe UI Symbol" w:hAnsi="Segoe UI Symbol" w:cs="Segoe UI Symbol"/>
          <w:bCs/>
          <w:sz w:val="22"/>
          <w:lang w:val="pl-PL"/>
        </w:rPr>
        <w:t>☐</w:t>
      </w:r>
      <w:r w:rsidRPr="00113698">
        <w:rPr>
          <w:rFonts w:asciiTheme="majorHAnsi" w:hAnsiTheme="majorHAnsi" w:cstheme="majorHAnsi"/>
          <w:bCs/>
          <w:sz w:val="22"/>
          <w:lang w:val="pl-PL"/>
        </w:rPr>
        <w:t xml:space="preserve"> organizacja pozarządowa</w:t>
      </w:r>
    </w:p>
    <w:p w14:paraId="6FEB5E77" w14:textId="77777777" w:rsidR="003E15EA" w:rsidRPr="00113698" w:rsidRDefault="003E15EA" w:rsidP="003E15EA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113698">
        <w:rPr>
          <w:rFonts w:ascii="Segoe UI Symbol" w:hAnsi="Segoe UI Symbol" w:cs="Segoe UI Symbol"/>
          <w:bCs/>
          <w:sz w:val="22"/>
          <w:lang w:val="pl-PL"/>
        </w:rPr>
        <w:t>☐</w:t>
      </w:r>
      <w:r w:rsidRPr="00113698">
        <w:rPr>
          <w:rFonts w:asciiTheme="majorHAnsi" w:hAnsiTheme="majorHAnsi" w:cstheme="majorHAnsi"/>
          <w:bCs/>
          <w:sz w:val="22"/>
          <w:lang w:val="pl-PL"/>
        </w:rPr>
        <w:t xml:space="preserve"> jednostka zapewniająca wsparcie, np. ŚDS, WTZ, ZAZ, COM</w:t>
      </w:r>
    </w:p>
    <w:p w14:paraId="3393EDA6" w14:textId="77777777" w:rsidR="003E15EA" w:rsidRPr="00113698" w:rsidRDefault="003E15EA" w:rsidP="003E15EA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113698">
        <w:rPr>
          <w:rFonts w:ascii="Segoe UI Symbol" w:hAnsi="Segoe UI Symbol" w:cs="Segoe UI Symbol"/>
          <w:bCs/>
          <w:sz w:val="22"/>
          <w:lang w:val="pl-PL"/>
        </w:rPr>
        <w:t>☐</w:t>
      </w:r>
      <w:r w:rsidRPr="00113698">
        <w:rPr>
          <w:rFonts w:asciiTheme="majorHAnsi" w:hAnsiTheme="majorHAnsi" w:cstheme="majorHAnsi"/>
          <w:bCs/>
          <w:sz w:val="22"/>
          <w:lang w:val="pl-PL"/>
        </w:rPr>
        <w:t xml:space="preserve"> inne osoby lub podmioty faktycznie udzielające pomocy (</w:t>
      </w:r>
      <w:r w:rsidRPr="00113698">
        <w:rPr>
          <w:rFonts w:asciiTheme="majorHAnsi" w:hAnsiTheme="majorHAnsi" w:cstheme="majorHAnsi"/>
          <w:bCs/>
          <w:i/>
          <w:iCs/>
          <w:sz w:val="22"/>
          <w:lang w:val="pl-PL"/>
        </w:rPr>
        <w:t>jakie?</w:t>
      </w:r>
      <w:r w:rsidRPr="00113698">
        <w:rPr>
          <w:rFonts w:asciiTheme="majorHAnsi" w:hAnsiTheme="majorHAnsi" w:cstheme="majorHAnsi"/>
          <w:bCs/>
          <w:sz w:val="22"/>
          <w:lang w:val="pl-PL"/>
        </w:rPr>
        <w:t>)</w:t>
      </w:r>
    </w:p>
    <w:p w14:paraId="4D10BADE" w14:textId="77777777" w:rsidR="003E15EA" w:rsidRPr="00113698" w:rsidRDefault="003E15EA" w:rsidP="003E15EA">
      <w:pPr>
        <w:spacing w:before="120" w:after="120"/>
        <w:ind w:left="426" w:hanging="426"/>
        <w:rPr>
          <w:rFonts w:asciiTheme="majorHAnsi" w:hAnsiTheme="majorHAnsi" w:cstheme="majorHAnsi"/>
          <w:bCs/>
          <w:sz w:val="22"/>
          <w:lang w:val="pl-PL"/>
        </w:rPr>
      </w:pPr>
      <w:r w:rsidRPr="00113698">
        <w:rPr>
          <w:rFonts w:asciiTheme="majorHAnsi" w:hAnsiTheme="majorHAnsi" w:cstheme="majorHAnsi"/>
          <w:bCs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……………………………………………………………………………………………………………………………………………………………………………….</w:t>
      </w:r>
    </w:p>
    <w:p w14:paraId="15DDAE05" w14:textId="59450670" w:rsidR="003E15EA" w:rsidRPr="009246D1" w:rsidRDefault="003E15EA" w:rsidP="009246D1">
      <w:pPr>
        <w:spacing w:before="240"/>
        <w:ind w:left="284" w:hanging="284"/>
        <w:rPr>
          <w:rFonts w:asciiTheme="majorHAnsi" w:hAnsiTheme="majorHAnsi" w:cstheme="majorHAnsi"/>
          <w:b/>
          <w:sz w:val="22"/>
          <w:lang w:val="pl-PL"/>
        </w:rPr>
      </w:pPr>
      <w:r w:rsidRPr="009246D1">
        <w:rPr>
          <w:rFonts w:asciiTheme="majorHAnsi" w:hAnsiTheme="majorHAnsi" w:cstheme="majorHAnsi"/>
          <w:b/>
          <w:sz w:val="22"/>
          <w:lang w:val="pl-PL"/>
        </w:rPr>
        <w:t>2.</w:t>
      </w:r>
      <w:r w:rsidR="00625190">
        <w:rPr>
          <w:rFonts w:asciiTheme="majorHAnsi" w:hAnsiTheme="majorHAnsi" w:cstheme="majorHAnsi"/>
          <w:b/>
          <w:sz w:val="22"/>
          <w:lang w:val="pl-PL"/>
        </w:rPr>
        <w:t xml:space="preserve"> </w:t>
      </w:r>
      <w:r w:rsidRPr="009246D1">
        <w:rPr>
          <w:rFonts w:asciiTheme="majorHAnsi" w:hAnsiTheme="majorHAnsi" w:cstheme="majorHAnsi"/>
          <w:b/>
          <w:sz w:val="22"/>
          <w:lang w:val="pl-PL"/>
        </w:rPr>
        <w:t>Jak często osoba wnioskująca, sprawująca opiekę nad osobą z niepełnosprawnością otrzymuje wskazaną</w:t>
      </w:r>
      <w:r w:rsidR="00041451" w:rsidRPr="009246D1">
        <w:rPr>
          <w:rFonts w:asciiTheme="majorHAnsi" w:hAnsiTheme="majorHAnsi" w:cstheme="majorHAnsi"/>
          <w:b/>
          <w:sz w:val="22"/>
          <w:lang w:val="pl-PL"/>
        </w:rPr>
        <w:t xml:space="preserve"> </w:t>
      </w:r>
      <w:r w:rsidRPr="009246D1">
        <w:rPr>
          <w:rFonts w:asciiTheme="majorHAnsi" w:hAnsiTheme="majorHAnsi" w:cstheme="majorHAnsi"/>
          <w:b/>
          <w:sz w:val="22"/>
          <w:lang w:val="pl-PL"/>
        </w:rPr>
        <w:t>powyżej pomoc od innych osób lub podmiotów?</w:t>
      </w:r>
    </w:p>
    <w:p w14:paraId="7469A159" w14:textId="77777777" w:rsidR="003E15EA" w:rsidRPr="00113698" w:rsidRDefault="003E15EA" w:rsidP="003E15EA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113698">
        <w:rPr>
          <w:rFonts w:ascii="Segoe UI Symbol" w:hAnsi="Segoe UI Symbol" w:cs="Segoe UI Symbol"/>
          <w:bCs/>
          <w:sz w:val="22"/>
          <w:lang w:val="pl-PL"/>
        </w:rPr>
        <w:t>☐</w:t>
      </w:r>
      <w:r w:rsidRPr="00113698">
        <w:rPr>
          <w:rFonts w:asciiTheme="majorHAnsi" w:hAnsiTheme="majorHAnsi" w:cstheme="majorHAnsi"/>
          <w:bCs/>
          <w:sz w:val="22"/>
          <w:lang w:val="pl-PL"/>
        </w:rPr>
        <w:t xml:space="preserve"> pomoc jest udzielana regularnie i w sposób powtarzalny (0 pkt)</w:t>
      </w:r>
    </w:p>
    <w:p w14:paraId="135FC1A1" w14:textId="77777777" w:rsidR="003E15EA" w:rsidRPr="00113698" w:rsidRDefault="003E15EA" w:rsidP="003E15EA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113698">
        <w:rPr>
          <w:rFonts w:ascii="Segoe UI Symbol" w:hAnsi="Segoe UI Symbol" w:cs="Segoe UI Symbol"/>
          <w:bCs/>
          <w:sz w:val="22"/>
          <w:lang w:val="pl-PL"/>
        </w:rPr>
        <w:t>☐</w:t>
      </w:r>
      <w:r w:rsidRPr="00113698">
        <w:rPr>
          <w:rFonts w:asciiTheme="majorHAnsi" w:hAnsiTheme="majorHAnsi" w:cstheme="majorHAnsi"/>
          <w:bCs/>
          <w:sz w:val="22"/>
          <w:lang w:val="pl-PL"/>
        </w:rPr>
        <w:t xml:space="preserve"> pomoc jest udzielana okresowo, ale z pewną powtarzalnością (1 pkt)</w:t>
      </w:r>
    </w:p>
    <w:p w14:paraId="5B93FF59" w14:textId="77777777" w:rsidR="003E15EA" w:rsidRPr="00113698" w:rsidRDefault="003E15EA" w:rsidP="003E15EA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113698">
        <w:rPr>
          <w:rFonts w:ascii="Segoe UI Symbol" w:hAnsi="Segoe UI Symbol" w:cs="Segoe UI Symbol"/>
          <w:bCs/>
          <w:sz w:val="22"/>
          <w:lang w:val="pl-PL"/>
        </w:rPr>
        <w:lastRenderedPageBreak/>
        <w:t>☐</w:t>
      </w:r>
      <w:r w:rsidRPr="00113698">
        <w:rPr>
          <w:rFonts w:asciiTheme="majorHAnsi" w:hAnsiTheme="majorHAnsi" w:cstheme="majorHAnsi"/>
          <w:bCs/>
          <w:sz w:val="22"/>
          <w:lang w:val="pl-PL"/>
        </w:rPr>
        <w:t xml:space="preserve"> pomoc jest udzielana sporadycznie, bez stałej regularności (2 pkt)</w:t>
      </w:r>
    </w:p>
    <w:p w14:paraId="13E4D7FA" w14:textId="77777777" w:rsidR="009325D7" w:rsidRDefault="003E15EA" w:rsidP="003E15EA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113698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113698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…………………………………………………………………………………………………………………………………………………………..</w:t>
      </w:r>
    </w:p>
    <w:p w14:paraId="6BB86677" w14:textId="77777777" w:rsidR="009325D7" w:rsidRDefault="003E15EA" w:rsidP="009325D7">
      <w:pPr>
        <w:spacing w:before="120"/>
        <w:rPr>
          <w:rFonts w:asciiTheme="majorHAnsi" w:eastAsiaTheme="minorHAnsi" w:hAnsiTheme="majorHAnsi" w:cstheme="majorHAnsi"/>
          <w:sz w:val="22"/>
          <w:lang w:val="pl-PL"/>
        </w:rPr>
      </w:pPr>
      <w:r w:rsidRPr="00113698">
        <w:rPr>
          <w:rFonts w:asciiTheme="majorHAnsi" w:eastAsiaTheme="minorHAnsi" w:hAnsiTheme="majorHAnsi" w:cstheme="majorHAnsi"/>
          <w:sz w:val="22"/>
          <w:lang w:val="pl-PL"/>
        </w:rPr>
        <w:t>….……………………………………………………………………………………………………………………………………………………………………………..</w:t>
      </w:r>
    </w:p>
    <w:p w14:paraId="57B7EC92" w14:textId="4D3E57BA" w:rsidR="003E15EA" w:rsidRPr="00113698" w:rsidRDefault="003E15EA" w:rsidP="009246D1">
      <w:pPr>
        <w:spacing w:before="120"/>
        <w:rPr>
          <w:rFonts w:asciiTheme="majorHAnsi" w:hAnsiTheme="majorHAnsi" w:cstheme="majorHAnsi"/>
          <w:sz w:val="22"/>
          <w:lang w:val="pl-PL"/>
        </w:rPr>
      </w:pPr>
      <w:r w:rsidRPr="00113698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45FB84D1" w14:textId="77777777" w:rsidR="003E15EA" w:rsidRPr="009246D1" w:rsidRDefault="003E15EA" w:rsidP="003E15EA">
      <w:pPr>
        <w:spacing w:before="240" w:after="120"/>
        <w:rPr>
          <w:rFonts w:asciiTheme="majorHAnsi" w:hAnsiTheme="majorHAnsi" w:cstheme="majorHAnsi"/>
          <w:b/>
          <w:sz w:val="22"/>
          <w:lang w:val="pl-PL"/>
        </w:rPr>
      </w:pPr>
      <w:r w:rsidRPr="009246D1">
        <w:rPr>
          <w:rFonts w:asciiTheme="majorHAnsi" w:hAnsiTheme="majorHAnsi" w:cstheme="majorHAnsi"/>
          <w:b/>
          <w:sz w:val="22"/>
          <w:lang w:val="pl-PL"/>
        </w:rPr>
        <w:t>3. Czy osoba wnioskująca może uzyskać pomoc w czasie, w którym jej potrzebuje?</w:t>
      </w:r>
    </w:p>
    <w:p w14:paraId="5D230F5B" w14:textId="77777777" w:rsidR="003E15EA" w:rsidRPr="00113698" w:rsidRDefault="003E15EA" w:rsidP="003E15EA">
      <w:pPr>
        <w:spacing w:before="120" w:after="120"/>
        <w:rPr>
          <w:rFonts w:asciiTheme="majorHAnsi" w:hAnsiTheme="majorHAnsi" w:cstheme="majorHAnsi"/>
          <w:bCs/>
          <w:sz w:val="22"/>
          <w:lang w:val="pl-PL"/>
        </w:rPr>
      </w:pPr>
      <w:r w:rsidRPr="00113698">
        <w:rPr>
          <w:rFonts w:ascii="Segoe UI Symbol" w:hAnsi="Segoe UI Symbol" w:cs="Segoe UI Symbol"/>
          <w:bCs/>
          <w:sz w:val="22"/>
          <w:lang w:val="pl-PL"/>
        </w:rPr>
        <w:t>☐</w:t>
      </w:r>
      <w:r w:rsidRPr="00113698">
        <w:rPr>
          <w:rFonts w:asciiTheme="majorHAnsi" w:hAnsiTheme="majorHAnsi" w:cstheme="majorHAnsi"/>
          <w:bCs/>
          <w:sz w:val="22"/>
          <w:lang w:val="pl-PL"/>
        </w:rPr>
        <w:t xml:space="preserve"> pomoc jest zazwyczaj dostępna w czasie, w którym jest potrzebna (0 pkt)</w:t>
      </w:r>
    </w:p>
    <w:p w14:paraId="2510F033" w14:textId="77777777" w:rsidR="003E15EA" w:rsidRPr="00113698" w:rsidRDefault="003E15EA" w:rsidP="003E15EA">
      <w:pPr>
        <w:spacing w:before="120" w:after="120"/>
        <w:rPr>
          <w:rFonts w:asciiTheme="majorHAnsi" w:hAnsiTheme="majorHAnsi" w:cstheme="majorHAnsi"/>
          <w:bCs/>
          <w:sz w:val="22"/>
          <w:lang w:val="pl-PL"/>
        </w:rPr>
      </w:pPr>
      <w:r w:rsidRPr="00113698">
        <w:rPr>
          <w:rFonts w:ascii="Segoe UI Symbol" w:hAnsi="Segoe UI Symbol" w:cs="Segoe UI Symbol"/>
          <w:bCs/>
          <w:sz w:val="22"/>
          <w:lang w:val="pl-PL"/>
        </w:rPr>
        <w:t>☐</w:t>
      </w:r>
      <w:r w:rsidRPr="00113698">
        <w:rPr>
          <w:rFonts w:asciiTheme="majorHAnsi" w:hAnsiTheme="majorHAnsi" w:cstheme="majorHAnsi"/>
          <w:bCs/>
          <w:sz w:val="22"/>
          <w:lang w:val="pl-PL"/>
        </w:rPr>
        <w:t xml:space="preserve"> pomoc jest dostępna tylko w określonych dniach, godzinach lub sytuacjach (1 pkt)</w:t>
      </w:r>
    </w:p>
    <w:p w14:paraId="15DB9BB6" w14:textId="77777777" w:rsidR="003E15EA" w:rsidRPr="00113698" w:rsidRDefault="003E15EA" w:rsidP="003E15EA">
      <w:pPr>
        <w:spacing w:before="120" w:after="120"/>
        <w:rPr>
          <w:rFonts w:asciiTheme="majorHAnsi" w:hAnsiTheme="majorHAnsi" w:cstheme="majorHAnsi"/>
          <w:bCs/>
          <w:sz w:val="22"/>
          <w:lang w:val="pl-PL"/>
        </w:rPr>
      </w:pPr>
      <w:r w:rsidRPr="00113698">
        <w:rPr>
          <w:rFonts w:ascii="Segoe UI Symbol" w:hAnsi="Segoe UI Symbol" w:cs="Segoe UI Symbol"/>
          <w:bCs/>
          <w:sz w:val="22"/>
          <w:lang w:val="pl-PL"/>
        </w:rPr>
        <w:t>☐</w:t>
      </w:r>
      <w:r w:rsidRPr="00113698">
        <w:rPr>
          <w:rFonts w:asciiTheme="majorHAnsi" w:hAnsiTheme="majorHAnsi" w:cstheme="majorHAnsi"/>
          <w:bCs/>
          <w:sz w:val="22"/>
          <w:lang w:val="pl-PL"/>
        </w:rPr>
        <w:t xml:space="preserve"> pomoc zazwyczaj nie jest dostępna w czasie, w którym jest potrzebna (2 pkt)</w:t>
      </w:r>
    </w:p>
    <w:p w14:paraId="5781080A" w14:textId="77777777" w:rsidR="009325D7" w:rsidRDefault="003E15EA" w:rsidP="003E15EA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113698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113698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…………………………………………………………………………………………………………………………………………………………..</w:t>
      </w:r>
    </w:p>
    <w:p w14:paraId="0118A13E" w14:textId="77777777" w:rsidR="009325D7" w:rsidRDefault="003E15EA" w:rsidP="009325D7">
      <w:pPr>
        <w:spacing w:before="120"/>
        <w:rPr>
          <w:rFonts w:asciiTheme="majorHAnsi" w:eastAsiaTheme="minorHAnsi" w:hAnsiTheme="majorHAnsi" w:cstheme="majorHAnsi"/>
          <w:sz w:val="22"/>
          <w:lang w:val="pl-PL"/>
        </w:rPr>
      </w:pPr>
      <w:r w:rsidRPr="00113698">
        <w:rPr>
          <w:rFonts w:asciiTheme="majorHAnsi" w:eastAsiaTheme="minorHAnsi" w:hAnsiTheme="majorHAnsi" w:cstheme="majorHAnsi"/>
          <w:sz w:val="22"/>
          <w:lang w:val="pl-PL"/>
        </w:rPr>
        <w:t>….……………………………………………………………………………………………………………………………………………………………………………..</w:t>
      </w:r>
    </w:p>
    <w:p w14:paraId="24F15E06" w14:textId="0C1E4A64" w:rsidR="003E15EA" w:rsidRPr="00113698" w:rsidRDefault="003E15EA" w:rsidP="009246D1">
      <w:pPr>
        <w:spacing w:before="120"/>
        <w:rPr>
          <w:rFonts w:asciiTheme="majorHAnsi" w:hAnsiTheme="majorHAnsi" w:cstheme="majorHAnsi"/>
          <w:sz w:val="22"/>
          <w:lang w:val="pl-PL"/>
        </w:rPr>
      </w:pPr>
      <w:r w:rsidRPr="00113698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5AB0DBE7" w14:textId="77777777" w:rsidR="003E15EA" w:rsidRPr="009246D1" w:rsidRDefault="003E15EA" w:rsidP="003E15EA">
      <w:pPr>
        <w:spacing w:before="240"/>
        <w:rPr>
          <w:rFonts w:asciiTheme="majorHAnsi" w:eastAsiaTheme="minorHAnsi" w:hAnsiTheme="majorHAnsi" w:cstheme="majorHAnsi"/>
          <w:b/>
          <w:bCs/>
          <w:sz w:val="22"/>
          <w:lang w:val="pl-PL"/>
        </w:rPr>
      </w:pPr>
      <w:r w:rsidRPr="009246D1">
        <w:rPr>
          <w:rFonts w:asciiTheme="majorHAnsi" w:eastAsiaTheme="minorHAnsi" w:hAnsiTheme="majorHAnsi" w:cstheme="majorHAnsi"/>
          <w:b/>
          <w:bCs/>
          <w:sz w:val="22"/>
          <w:lang w:val="pl-PL"/>
        </w:rPr>
        <w:t>4. W jakim stopniu otrzymywana pomoc odpowiada potrzebom osoby wnioskującej?</w:t>
      </w:r>
    </w:p>
    <w:p w14:paraId="4DF110F2" w14:textId="77777777" w:rsidR="003E15EA" w:rsidRPr="00113698" w:rsidRDefault="003E15EA" w:rsidP="003E15EA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113698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113698">
        <w:rPr>
          <w:rFonts w:asciiTheme="majorHAnsi" w:eastAsiaTheme="minorHAnsi" w:hAnsiTheme="majorHAnsi" w:cstheme="majorHAnsi"/>
          <w:sz w:val="22"/>
          <w:lang w:val="pl-PL"/>
        </w:rPr>
        <w:t xml:space="preserve"> otrzymywana pomoc odpowiada większości potrzeb osoby wnioskującej (0 pkt)</w:t>
      </w:r>
    </w:p>
    <w:p w14:paraId="34240090" w14:textId="77777777" w:rsidR="003E15EA" w:rsidRPr="00113698" w:rsidRDefault="003E15EA" w:rsidP="003E15EA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113698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113698">
        <w:rPr>
          <w:rFonts w:asciiTheme="majorHAnsi" w:eastAsiaTheme="minorHAnsi" w:hAnsiTheme="majorHAnsi" w:cstheme="majorHAnsi"/>
          <w:sz w:val="22"/>
          <w:lang w:val="pl-PL"/>
        </w:rPr>
        <w:t xml:space="preserve"> otrzymywana pomoc odpowiada części potrzeb osoby wnioskującej (1 pkt)</w:t>
      </w:r>
    </w:p>
    <w:p w14:paraId="64365653" w14:textId="77777777" w:rsidR="003E15EA" w:rsidRPr="00113698" w:rsidRDefault="003E15EA" w:rsidP="003E15EA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113698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113698">
        <w:rPr>
          <w:rFonts w:asciiTheme="majorHAnsi" w:eastAsiaTheme="minorHAnsi" w:hAnsiTheme="majorHAnsi" w:cstheme="majorHAnsi"/>
          <w:sz w:val="22"/>
          <w:lang w:val="pl-PL"/>
        </w:rPr>
        <w:t xml:space="preserve"> otrzymywana pomoc odpowiada jedynie niewielkiej części potrzeb osoby wnioskującej (2 pkt)</w:t>
      </w:r>
    </w:p>
    <w:p w14:paraId="139A88F8" w14:textId="4814EE93" w:rsidR="003E15EA" w:rsidRPr="00113698" w:rsidRDefault="003E15EA" w:rsidP="003E15EA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113698">
        <w:rPr>
          <w:rFonts w:asciiTheme="majorHAnsi" w:eastAsiaTheme="minorHAnsi" w:hAnsiTheme="majorHAnsi" w:cstheme="majorHAnsi"/>
          <w:sz w:val="22"/>
          <w:lang w:val="pl-PL"/>
        </w:rPr>
        <w:t xml:space="preserve">Łączna liczba punktów uzyskanych w części </w:t>
      </w:r>
      <w:r w:rsidR="00FB5C96">
        <w:rPr>
          <w:rFonts w:asciiTheme="majorHAnsi" w:eastAsiaTheme="minorHAnsi" w:hAnsiTheme="majorHAnsi" w:cstheme="majorHAnsi"/>
          <w:sz w:val="22"/>
          <w:lang w:val="pl-PL"/>
        </w:rPr>
        <w:t>I</w:t>
      </w:r>
      <w:r w:rsidRPr="00113698">
        <w:rPr>
          <w:rFonts w:asciiTheme="majorHAnsi" w:eastAsiaTheme="minorHAnsi" w:hAnsiTheme="majorHAnsi" w:cstheme="majorHAnsi"/>
          <w:sz w:val="22"/>
          <w:lang w:val="pl-PL"/>
        </w:rPr>
        <w:t>V: ………./6 pkt.</w:t>
      </w:r>
    </w:p>
    <w:p w14:paraId="06853C56" w14:textId="77777777" w:rsidR="003E15EA" w:rsidRPr="00113698" w:rsidRDefault="003E15EA" w:rsidP="007B3F24">
      <w:pPr>
        <w:rPr>
          <w:rFonts w:asciiTheme="majorHAnsi" w:hAnsiTheme="majorHAnsi" w:cstheme="majorHAnsi"/>
          <w:bCs/>
          <w:sz w:val="24"/>
          <w:szCs w:val="24"/>
          <w:lang w:val="pl-PL"/>
        </w:rPr>
      </w:pPr>
    </w:p>
    <w:p w14:paraId="7B53E612" w14:textId="661148DA" w:rsidR="00CD12B9" w:rsidRPr="000516A1" w:rsidRDefault="003E14EC" w:rsidP="003B52A7">
      <w:pPr>
        <w:rPr>
          <w:rFonts w:asciiTheme="majorHAnsi" w:hAnsiTheme="majorHAnsi" w:cstheme="majorHAnsi"/>
          <w:b/>
          <w:sz w:val="24"/>
          <w:szCs w:val="24"/>
          <w:lang w:val="pl-PL"/>
        </w:rPr>
      </w:pPr>
      <w:r>
        <w:rPr>
          <w:rFonts w:asciiTheme="majorHAnsi" w:hAnsiTheme="majorHAnsi" w:cstheme="majorHAnsi"/>
          <w:b/>
          <w:sz w:val="24"/>
          <w:szCs w:val="24"/>
          <w:lang w:val="pl-PL"/>
        </w:rPr>
        <w:t>V</w:t>
      </w:r>
      <w:r w:rsidR="002517B8"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. </w:t>
      </w:r>
      <w:r w:rsidR="00C64D84"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OCENA </w:t>
      </w:r>
      <w:r w:rsidR="002517B8"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POTRZEB </w:t>
      </w:r>
      <w:r w:rsidR="00535676"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OSOBY Z NIEPEŁNOSPRAWNOŚCIĄ WYMAGAJĄCEJ WSPARCIA </w:t>
      </w:r>
      <w:r w:rsidR="008006A3">
        <w:rPr>
          <w:rFonts w:asciiTheme="majorHAnsi" w:hAnsiTheme="majorHAnsi" w:cstheme="majorHAnsi"/>
          <w:b/>
          <w:sz w:val="24"/>
          <w:szCs w:val="24"/>
          <w:lang w:val="pl-PL"/>
        </w:rPr>
        <w:t>OPIEKUNA WYTCHNIENIOWEGO</w:t>
      </w:r>
      <w:r w:rsidR="002517B8" w:rsidRPr="000516A1">
        <w:rPr>
          <w:rFonts w:asciiTheme="majorHAnsi" w:hAnsiTheme="majorHAnsi" w:cstheme="majorHAnsi"/>
          <w:b/>
          <w:sz w:val="24"/>
          <w:szCs w:val="24"/>
          <w:lang w:val="pl-PL"/>
        </w:rPr>
        <w:t>:</w:t>
      </w:r>
    </w:p>
    <w:p w14:paraId="787E8AF6" w14:textId="5F4D678B" w:rsidR="002517B8" w:rsidRPr="004B1C3C" w:rsidRDefault="002517B8" w:rsidP="00F26771">
      <w:pPr>
        <w:pStyle w:val="NormalnyWeb"/>
        <w:spacing w:before="120" w:beforeAutospacing="0" w:after="120" w:afterAutospacing="0"/>
        <w:rPr>
          <w:rFonts w:asciiTheme="majorHAnsi" w:hAnsiTheme="majorHAnsi" w:cstheme="majorHAnsi"/>
          <w:i/>
          <w:iCs/>
          <w:sz w:val="22"/>
          <w:szCs w:val="22"/>
        </w:rPr>
      </w:pPr>
      <w:r w:rsidRPr="004B1C3C">
        <w:rPr>
          <w:rFonts w:asciiTheme="majorHAnsi" w:hAnsiTheme="majorHAnsi" w:cstheme="majorHAnsi"/>
          <w:i/>
          <w:iCs/>
          <w:sz w:val="22"/>
          <w:szCs w:val="22"/>
        </w:rPr>
        <w:t xml:space="preserve">Dla każdego </w:t>
      </w:r>
      <w:r w:rsidR="00C64D84" w:rsidRPr="004B1C3C">
        <w:rPr>
          <w:rFonts w:asciiTheme="majorHAnsi" w:hAnsiTheme="majorHAnsi" w:cstheme="majorHAnsi"/>
          <w:i/>
          <w:iCs/>
          <w:sz w:val="22"/>
          <w:szCs w:val="22"/>
        </w:rPr>
        <w:t xml:space="preserve">z poniższych </w:t>
      </w:r>
      <w:r w:rsidRPr="001116FC">
        <w:rPr>
          <w:rFonts w:asciiTheme="majorHAnsi" w:hAnsiTheme="majorHAnsi" w:cstheme="majorHAnsi"/>
          <w:i/>
          <w:iCs/>
          <w:sz w:val="22"/>
          <w:szCs w:val="22"/>
        </w:rPr>
        <w:t>obszar</w:t>
      </w:r>
      <w:r w:rsidR="00C64D84" w:rsidRPr="001116FC">
        <w:rPr>
          <w:rFonts w:asciiTheme="majorHAnsi" w:hAnsiTheme="majorHAnsi" w:cstheme="majorHAnsi"/>
          <w:i/>
          <w:iCs/>
          <w:sz w:val="22"/>
          <w:szCs w:val="22"/>
        </w:rPr>
        <w:t>ów</w:t>
      </w:r>
      <w:r w:rsidRPr="004B1C3C">
        <w:rPr>
          <w:rFonts w:asciiTheme="majorHAnsi" w:hAnsiTheme="majorHAnsi" w:cstheme="majorHAnsi"/>
          <w:i/>
          <w:iCs/>
          <w:sz w:val="22"/>
          <w:szCs w:val="22"/>
        </w:rPr>
        <w:t xml:space="preserve"> należy określić poziom potrzeby</w:t>
      </w:r>
      <w:r w:rsidR="00630C7D" w:rsidRPr="004B1C3C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r w:rsidR="00C64D84" w:rsidRPr="004B1C3C">
        <w:rPr>
          <w:rFonts w:asciiTheme="majorHAnsi" w:hAnsiTheme="majorHAnsi" w:cstheme="majorHAnsi"/>
          <w:i/>
          <w:iCs/>
          <w:sz w:val="22"/>
          <w:szCs w:val="22"/>
        </w:rPr>
        <w:t xml:space="preserve">wsparcia </w:t>
      </w:r>
      <w:r w:rsidR="00630C7D" w:rsidRPr="004B1C3C">
        <w:rPr>
          <w:rFonts w:asciiTheme="majorHAnsi" w:hAnsiTheme="majorHAnsi" w:cstheme="majorHAnsi"/>
          <w:i/>
          <w:iCs/>
          <w:sz w:val="22"/>
          <w:szCs w:val="22"/>
        </w:rPr>
        <w:t xml:space="preserve">osoby </w:t>
      </w:r>
      <w:r w:rsidR="008006A3" w:rsidRPr="00113698">
        <w:rPr>
          <w:rFonts w:asciiTheme="majorHAnsi" w:hAnsiTheme="majorHAnsi" w:cstheme="majorHAnsi"/>
          <w:i/>
          <w:iCs/>
          <w:sz w:val="22"/>
          <w:szCs w:val="22"/>
        </w:rPr>
        <w:t xml:space="preserve">z </w:t>
      </w:r>
      <w:r w:rsidR="00041451" w:rsidRPr="00113698">
        <w:rPr>
          <w:rFonts w:asciiTheme="majorHAnsi" w:hAnsiTheme="majorHAnsi" w:cstheme="majorHAnsi"/>
          <w:i/>
          <w:iCs/>
          <w:sz w:val="22"/>
          <w:szCs w:val="22"/>
        </w:rPr>
        <w:t>niepełnosprawnością</w:t>
      </w:r>
      <w:r w:rsidR="008116B6" w:rsidRPr="00113698">
        <w:rPr>
          <w:rFonts w:asciiTheme="majorHAnsi" w:hAnsiTheme="majorHAnsi" w:cstheme="majorHAnsi"/>
          <w:i/>
          <w:iCs/>
          <w:sz w:val="22"/>
          <w:szCs w:val="22"/>
        </w:rPr>
        <w:t xml:space="preserve">, nad którą członek rodziny/ opiekun </w:t>
      </w:r>
      <w:r w:rsidR="00F924A9">
        <w:rPr>
          <w:rFonts w:asciiTheme="majorHAnsi" w:hAnsiTheme="majorHAnsi" w:cstheme="majorHAnsi"/>
          <w:i/>
          <w:iCs/>
          <w:sz w:val="22"/>
          <w:szCs w:val="22"/>
        </w:rPr>
        <w:t xml:space="preserve">osoby z niepełnosprawnością </w:t>
      </w:r>
      <w:r w:rsidR="008116B6" w:rsidRPr="00113698">
        <w:rPr>
          <w:rFonts w:asciiTheme="majorHAnsi" w:hAnsiTheme="majorHAnsi" w:cstheme="majorHAnsi"/>
          <w:i/>
          <w:iCs/>
          <w:sz w:val="22"/>
          <w:szCs w:val="22"/>
        </w:rPr>
        <w:t>sprawuje opiekę</w:t>
      </w:r>
      <w:r w:rsidR="00D03A5E" w:rsidRPr="004B1C3C">
        <w:rPr>
          <w:rFonts w:asciiTheme="majorHAnsi" w:hAnsiTheme="majorHAnsi" w:cstheme="majorHAnsi"/>
          <w:i/>
          <w:iCs/>
          <w:sz w:val="22"/>
          <w:szCs w:val="22"/>
        </w:rPr>
        <w:t>.</w:t>
      </w:r>
    </w:p>
    <w:p w14:paraId="70EAC33D" w14:textId="4CB4F378" w:rsidR="007E7A35" w:rsidRPr="004B1C3C" w:rsidRDefault="00DE7B42" w:rsidP="00C64D84">
      <w:pPr>
        <w:pStyle w:val="NormalnyWeb"/>
        <w:spacing w:before="120" w:beforeAutospacing="0" w:after="120" w:afterAutospacing="0"/>
        <w:rPr>
          <w:rFonts w:asciiTheme="majorHAnsi" w:hAnsiTheme="majorHAnsi" w:cstheme="majorHAnsi"/>
          <w:i/>
          <w:iCs/>
          <w:sz w:val="22"/>
          <w:szCs w:val="22"/>
        </w:rPr>
      </w:pPr>
      <w:r w:rsidRPr="004B1C3C">
        <w:rPr>
          <w:rFonts w:asciiTheme="majorHAnsi" w:hAnsiTheme="majorHAnsi" w:cstheme="majorHAnsi"/>
          <w:i/>
          <w:iCs/>
          <w:sz w:val="22"/>
          <w:szCs w:val="22"/>
        </w:rPr>
        <w:t xml:space="preserve">Przy dokonywaniu oceny należy uwzględnić zakres i częstotliwość potrzebnego wsparcia </w:t>
      </w:r>
      <w:r w:rsidR="008006A3" w:rsidRPr="00113698">
        <w:rPr>
          <w:rFonts w:asciiTheme="majorHAnsi" w:hAnsiTheme="majorHAnsi" w:cstheme="majorHAnsi"/>
          <w:i/>
          <w:iCs/>
          <w:sz w:val="22"/>
          <w:szCs w:val="22"/>
        </w:rPr>
        <w:t xml:space="preserve">opiekuna </w:t>
      </w:r>
      <w:proofErr w:type="spellStart"/>
      <w:r w:rsidR="008006A3" w:rsidRPr="00113698">
        <w:rPr>
          <w:rFonts w:asciiTheme="majorHAnsi" w:hAnsiTheme="majorHAnsi" w:cstheme="majorHAnsi"/>
          <w:i/>
          <w:iCs/>
          <w:sz w:val="22"/>
          <w:szCs w:val="22"/>
        </w:rPr>
        <w:t>wytchnieniowego</w:t>
      </w:r>
      <w:proofErr w:type="spellEnd"/>
      <w:r w:rsidR="008006A3" w:rsidRPr="004B1C3C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r w:rsidRPr="001116FC">
        <w:rPr>
          <w:rFonts w:asciiTheme="majorHAnsi" w:hAnsiTheme="majorHAnsi" w:cstheme="majorHAnsi"/>
          <w:i/>
          <w:iCs/>
          <w:sz w:val="22"/>
          <w:szCs w:val="22"/>
        </w:rPr>
        <w:t>w danym obszarze. Ocenie podlegają potrzeby wsparcia pozostające w związku z niepełnosprawnością</w:t>
      </w:r>
      <w:r w:rsidR="008116B6" w:rsidRPr="00113698">
        <w:rPr>
          <w:rFonts w:asciiTheme="majorHAnsi" w:hAnsiTheme="majorHAnsi" w:cstheme="majorHAnsi"/>
          <w:i/>
          <w:iCs/>
          <w:sz w:val="22"/>
          <w:szCs w:val="22"/>
        </w:rPr>
        <w:t xml:space="preserve"> osoby</w:t>
      </w:r>
      <w:r w:rsidR="001E4D8D">
        <w:rPr>
          <w:rFonts w:asciiTheme="majorHAnsi" w:hAnsiTheme="majorHAnsi" w:cstheme="majorHAnsi"/>
          <w:i/>
          <w:iCs/>
          <w:sz w:val="22"/>
          <w:szCs w:val="22"/>
        </w:rPr>
        <w:t>,</w:t>
      </w:r>
      <w:r w:rsidR="008116B6" w:rsidRPr="00113698">
        <w:rPr>
          <w:rFonts w:asciiTheme="majorHAnsi" w:hAnsiTheme="majorHAnsi" w:cstheme="majorHAnsi"/>
          <w:i/>
          <w:iCs/>
          <w:sz w:val="22"/>
          <w:szCs w:val="22"/>
        </w:rPr>
        <w:t xml:space="preserve"> nad którą członek rodziny/opiekun </w:t>
      </w:r>
      <w:r w:rsidR="00311E62">
        <w:rPr>
          <w:rFonts w:asciiTheme="majorHAnsi" w:hAnsiTheme="majorHAnsi" w:cstheme="majorHAnsi"/>
          <w:i/>
          <w:iCs/>
          <w:sz w:val="22"/>
          <w:szCs w:val="22"/>
        </w:rPr>
        <w:t xml:space="preserve">osoby z niepełnosprawnością </w:t>
      </w:r>
      <w:r w:rsidR="008116B6" w:rsidRPr="00113698">
        <w:rPr>
          <w:rFonts w:asciiTheme="majorHAnsi" w:hAnsiTheme="majorHAnsi" w:cstheme="majorHAnsi"/>
          <w:i/>
          <w:iCs/>
          <w:sz w:val="22"/>
          <w:szCs w:val="22"/>
        </w:rPr>
        <w:t>sprawuje opiekę</w:t>
      </w:r>
      <w:r w:rsidR="00C7641E" w:rsidRPr="00113698">
        <w:rPr>
          <w:rFonts w:asciiTheme="majorHAnsi" w:hAnsiTheme="majorHAnsi" w:cstheme="majorHAnsi"/>
          <w:i/>
          <w:iCs/>
          <w:sz w:val="22"/>
          <w:szCs w:val="22"/>
        </w:rPr>
        <w:t>.</w:t>
      </w:r>
    </w:p>
    <w:p w14:paraId="78E9ED11" w14:textId="28200EF6" w:rsidR="00C64D84" w:rsidRPr="004B1C3C" w:rsidRDefault="00B531F6" w:rsidP="00F26771">
      <w:pPr>
        <w:pStyle w:val="NormalnyWeb"/>
        <w:spacing w:before="120" w:beforeAutospacing="0" w:after="120" w:afterAutospacing="0"/>
        <w:rPr>
          <w:rFonts w:asciiTheme="majorHAnsi" w:hAnsiTheme="majorHAnsi" w:cstheme="majorHAnsi"/>
          <w:i/>
          <w:iCs/>
          <w:sz w:val="22"/>
          <w:szCs w:val="22"/>
        </w:rPr>
      </w:pPr>
      <w:r w:rsidRPr="004B1C3C">
        <w:rPr>
          <w:rFonts w:asciiTheme="majorHAnsi" w:hAnsiTheme="majorHAnsi" w:cstheme="majorHAnsi"/>
          <w:i/>
          <w:iCs/>
          <w:sz w:val="22"/>
          <w:szCs w:val="22"/>
        </w:rPr>
        <w:t>Ocenę należy przeprowadzić z zastosowaniem następującej skali</w:t>
      </w:r>
      <w:r w:rsidR="00C64D84" w:rsidRPr="004B1C3C">
        <w:rPr>
          <w:rFonts w:asciiTheme="majorHAnsi" w:hAnsiTheme="majorHAnsi" w:cstheme="majorHAnsi"/>
          <w:i/>
          <w:iCs/>
          <w:sz w:val="22"/>
          <w:szCs w:val="22"/>
        </w:rPr>
        <w:t>:</w:t>
      </w:r>
    </w:p>
    <w:p w14:paraId="6C9C3E99" w14:textId="30B445F2" w:rsidR="00C64D84" w:rsidRPr="004B1C3C" w:rsidRDefault="00C64D84" w:rsidP="00F26771">
      <w:pPr>
        <w:pStyle w:val="NormalnyWeb"/>
        <w:numPr>
          <w:ilvl w:val="0"/>
          <w:numId w:val="22"/>
        </w:numPr>
        <w:spacing w:before="120" w:beforeAutospacing="0" w:after="120" w:afterAutospacing="0"/>
        <w:rPr>
          <w:rFonts w:asciiTheme="majorHAnsi" w:hAnsiTheme="majorHAnsi" w:cstheme="majorHAnsi"/>
          <w:i/>
          <w:iCs/>
          <w:sz w:val="22"/>
          <w:szCs w:val="22"/>
        </w:rPr>
      </w:pPr>
      <w:r w:rsidRPr="004B1C3C">
        <w:rPr>
          <w:rFonts w:asciiTheme="majorHAnsi" w:hAnsiTheme="majorHAnsi" w:cstheme="majorHAnsi"/>
          <w:i/>
          <w:iCs/>
          <w:sz w:val="22"/>
          <w:szCs w:val="22"/>
        </w:rPr>
        <w:t xml:space="preserve">brak potrzeby wsparcia (0 pkt) - </w:t>
      </w:r>
      <w:r w:rsidR="000516A1" w:rsidRPr="004B1C3C">
        <w:rPr>
          <w:rFonts w:asciiTheme="majorHAnsi" w:hAnsiTheme="majorHAnsi" w:cstheme="majorHAnsi"/>
          <w:i/>
          <w:iCs/>
          <w:sz w:val="22"/>
          <w:szCs w:val="22"/>
        </w:rPr>
        <w:t xml:space="preserve">osoba </w:t>
      </w:r>
      <w:r w:rsidR="008116B6" w:rsidRPr="00113698">
        <w:rPr>
          <w:rFonts w:asciiTheme="majorHAnsi" w:hAnsiTheme="majorHAnsi" w:cstheme="majorHAnsi"/>
          <w:i/>
          <w:iCs/>
          <w:sz w:val="22"/>
          <w:szCs w:val="22"/>
        </w:rPr>
        <w:t xml:space="preserve">z niepełnosprawnością </w:t>
      </w:r>
      <w:r w:rsidR="000516A1" w:rsidRPr="004B1C3C">
        <w:rPr>
          <w:rFonts w:asciiTheme="majorHAnsi" w:hAnsiTheme="majorHAnsi" w:cstheme="majorHAnsi"/>
          <w:i/>
          <w:iCs/>
          <w:sz w:val="22"/>
          <w:szCs w:val="22"/>
        </w:rPr>
        <w:t xml:space="preserve">nie potrzebuje wsparcia </w:t>
      </w:r>
      <w:r w:rsidR="00C7641E" w:rsidRPr="00113698">
        <w:rPr>
          <w:rFonts w:asciiTheme="majorHAnsi" w:hAnsiTheme="majorHAnsi" w:cstheme="majorHAnsi"/>
          <w:i/>
          <w:iCs/>
          <w:sz w:val="22"/>
          <w:szCs w:val="22"/>
        </w:rPr>
        <w:t xml:space="preserve">opiekuna </w:t>
      </w:r>
      <w:proofErr w:type="spellStart"/>
      <w:r w:rsidR="00C7641E" w:rsidRPr="00113698">
        <w:rPr>
          <w:rFonts w:asciiTheme="majorHAnsi" w:hAnsiTheme="majorHAnsi" w:cstheme="majorHAnsi"/>
          <w:i/>
          <w:iCs/>
          <w:sz w:val="22"/>
          <w:szCs w:val="22"/>
        </w:rPr>
        <w:t>wytchnieniowego</w:t>
      </w:r>
      <w:proofErr w:type="spellEnd"/>
      <w:r w:rsidR="000516A1" w:rsidRPr="004B1C3C">
        <w:rPr>
          <w:rFonts w:asciiTheme="majorHAnsi" w:hAnsiTheme="majorHAnsi" w:cstheme="majorHAnsi"/>
          <w:i/>
          <w:iCs/>
          <w:sz w:val="22"/>
          <w:szCs w:val="22"/>
        </w:rPr>
        <w:t xml:space="preserve"> w danym obszarze</w:t>
      </w:r>
      <w:r w:rsidR="00B531F6" w:rsidRPr="004B1C3C">
        <w:rPr>
          <w:rFonts w:asciiTheme="majorHAnsi" w:hAnsiTheme="majorHAnsi" w:cstheme="majorHAnsi"/>
          <w:i/>
          <w:iCs/>
          <w:sz w:val="22"/>
          <w:szCs w:val="22"/>
        </w:rPr>
        <w:t>;</w:t>
      </w:r>
    </w:p>
    <w:p w14:paraId="411A7236" w14:textId="7ACF2F32" w:rsidR="00C64D84" w:rsidRPr="004B1C3C" w:rsidRDefault="000516A1" w:rsidP="00F26771">
      <w:pPr>
        <w:pStyle w:val="NormalnyWeb"/>
        <w:numPr>
          <w:ilvl w:val="0"/>
          <w:numId w:val="22"/>
        </w:numPr>
        <w:spacing w:before="120" w:beforeAutospacing="0" w:after="120" w:afterAutospacing="0"/>
        <w:rPr>
          <w:rFonts w:asciiTheme="majorHAnsi" w:hAnsiTheme="majorHAnsi" w:cstheme="majorHAnsi"/>
          <w:i/>
          <w:iCs/>
          <w:sz w:val="22"/>
          <w:szCs w:val="22"/>
        </w:rPr>
      </w:pPr>
      <w:r w:rsidRPr="004B1C3C">
        <w:rPr>
          <w:rFonts w:asciiTheme="majorHAnsi" w:hAnsiTheme="majorHAnsi" w:cstheme="majorHAnsi"/>
          <w:i/>
          <w:iCs/>
          <w:sz w:val="22"/>
          <w:szCs w:val="22"/>
        </w:rPr>
        <w:t xml:space="preserve">umiarkowana </w:t>
      </w:r>
      <w:r w:rsidR="00C64D84" w:rsidRPr="004B1C3C">
        <w:rPr>
          <w:rFonts w:asciiTheme="majorHAnsi" w:hAnsiTheme="majorHAnsi" w:cstheme="majorHAnsi"/>
          <w:i/>
          <w:iCs/>
          <w:sz w:val="22"/>
          <w:szCs w:val="22"/>
        </w:rPr>
        <w:t xml:space="preserve">potrzeba </w:t>
      </w:r>
      <w:r w:rsidRPr="004B1C3C">
        <w:rPr>
          <w:rFonts w:asciiTheme="majorHAnsi" w:hAnsiTheme="majorHAnsi" w:cstheme="majorHAnsi"/>
          <w:i/>
          <w:iCs/>
          <w:sz w:val="22"/>
          <w:szCs w:val="22"/>
        </w:rPr>
        <w:t xml:space="preserve">wsparcia </w:t>
      </w:r>
      <w:r w:rsidR="00C64D84" w:rsidRPr="004B1C3C">
        <w:rPr>
          <w:rFonts w:asciiTheme="majorHAnsi" w:hAnsiTheme="majorHAnsi" w:cstheme="majorHAnsi"/>
          <w:i/>
          <w:iCs/>
          <w:sz w:val="22"/>
          <w:szCs w:val="22"/>
        </w:rPr>
        <w:t xml:space="preserve">(1 pkt) - </w:t>
      </w:r>
      <w:r w:rsidRPr="004B1C3C">
        <w:rPr>
          <w:rFonts w:asciiTheme="majorHAnsi" w:hAnsiTheme="majorHAnsi" w:cstheme="majorHAnsi"/>
          <w:i/>
          <w:iCs/>
          <w:sz w:val="22"/>
          <w:szCs w:val="22"/>
        </w:rPr>
        <w:t>wsparcie jest potrzebne przy niektórych czynnościach, okresowo lub w określonych sytuacjach</w:t>
      </w:r>
      <w:r w:rsidR="00B531F6" w:rsidRPr="004B1C3C">
        <w:rPr>
          <w:rFonts w:asciiTheme="majorHAnsi" w:hAnsiTheme="majorHAnsi" w:cstheme="majorHAnsi"/>
          <w:i/>
          <w:iCs/>
          <w:sz w:val="22"/>
          <w:szCs w:val="22"/>
        </w:rPr>
        <w:t>;</w:t>
      </w:r>
    </w:p>
    <w:p w14:paraId="4316790C" w14:textId="19DE6F5D" w:rsidR="00C64D84" w:rsidRPr="004B1C3C" w:rsidRDefault="000516A1" w:rsidP="00F26771">
      <w:pPr>
        <w:pStyle w:val="NormalnyWeb"/>
        <w:numPr>
          <w:ilvl w:val="0"/>
          <w:numId w:val="22"/>
        </w:numPr>
        <w:spacing w:before="120" w:beforeAutospacing="0" w:after="120" w:afterAutospacing="0"/>
        <w:rPr>
          <w:rFonts w:asciiTheme="majorHAnsi" w:hAnsiTheme="majorHAnsi" w:cstheme="majorHAnsi"/>
          <w:i/>
          <w:iCs/>
          <w:sz w:val="22"/>
          <w:szCs w:val="22"/>
        </w:rPr>
      </w:pPr>
      <w:r w:rsidRPr="004B1C3C">
        <w:rPr>
          <w:rFonts w:asciiTheme="majorHAnsi" w:hAnsiTheme="majorHAnsi" w:cstheme="majorHAnsi"/>
          <w:i/>
          <w:iCs/>
          <w:sz w:val="22"/>
          <w:szCs w:val="22"/>
        </w:rPr>
        <w:t xml:space="preserve">wysoka </w:t>
      </w:r>
      <w:r w:rsidR="00C64D84" w:rsidRPr="004B1C3C">
        <w:rPr>
          <w:rFonts w:asciiTheme="majorHAnsi" w:hAnsiTheme="majorHAnsi" w:cstheme="majorHAnsi"/>
          <w:i/>
          <w:iCs/>
          <w:sz w:val="22"/>
          <w:szCs w:val="22"/>
        </w:rPr>
        <w:t xml:space="preserve">potrzeba </w:t>
      </w:r>
      <w:r w:rsidRPr="004B1C3C">
        <w:rPr>
          <w:rFonts w:asciiTheme="majorHAnsi" w:hAnsiTheme="majorHAnsi" w:cstheme="majorHAnsi"/>
          <w:i/>
          <w:iCs/>
          <w:sz w:val="22"/>
          <w:szCs w:val="22"/>
        </w:rPr>
        <w:t xml:space="preserve">wsparcia </w:t>
      </w:r>
      <w:r w:rsidR="00C64D84" w:rsidRPr="004B1C3C">
        <w:rPr>
          <w:rFonts w:asciiTheme="majorHAnsi" w:hAnsiTheme="majorHAnsi" w:cstheme="majorHAnsi"/>
          <w:i/>
          <w:iCs/>
          <w:sz w:val="22"/>
          <w:szCs w:val="22"/>
        </w:rPr>
        <w:t xml:space="preserve">(2 pkt) - </w:t>
      </w:r>
      <w:r w:rsidRPr="004B1C3C">
        <w:rPr>
          <w:rFonts w:asciiTheme="majorHAnsi" w:hAnsiTheme="majorHAnsi" w:cstheme="majorHAnsi"/>
          <w:i/>
          <w:iCs/>
          <w:sz w:val="22"/>
          <w:szCs w:val="22"/>
        </w:rPr>
        <w:t>wsparcie jest potrzebne przy wielu czynnościach, często lub regularnie</w:t>
      </w:r>
      <w:r w:rsidR="00B531F6" w:rsidRPr="004B1C3C">
        <w:rPr>
          <w:rFonts w:asciiTheme="majorHAnsi" w:hAnsiTheme="majorHAnsi" w:cstheme="majorHAnsi"/>
          <w:i/>
          <w:iCs/>
          <w:sz w:val="22"/>
          <w:szCs w:val="22"/>
        </w:rPr>
        <w:t>.</w:t>
      </w:r>
    </w:p>
    <w:p w14:paraId="2BDF1E2F" w14:textId="54ED135E" w:rsidR="002517B8" w:rsidRPr="009246D1" w:rsidRDefault="002517B8" w:rsidP="002C4A33">
      <w:pPr>
        <w:spacing w:before="240"/>
        <w:ind w:left="284" w:hanging="284"/>
        <w:rPr>
          <w:rFonts w:asciiTheme="majorHAnsi" w:hAnsiTheme="majorHAnsi" w:cstheme="majorHAnsi"/>
          <w:b/>
          <w:sz w:val="22"/>
          <w:lang w:val="pl-PL"/>
        </w:rPr>
      </w:pPr>
      <w:r w:rsidRPr="009246D1">
        <w:rPr>
          <w:rFonts w:asciiTheme="majorHAnsi" w:hAnsiTheme="majorHAnsi" w:cstheme="majorHAnsi"/>
          <w:b/>
          <w:sz w:val="22"/>
          <w:lang w:val="pl-PL"/>
        </w:rPr>
        <w:t>1</w:t>
      </w:r>
      <w:r w:rsidR="003C4D21" w:rsidRPr="009246D1">
        <w:rPr>
          <w:rFonts w:asciiTheme="majorHAnsi" w:hAnsiTheme="majorHAnsi" w:cstheme="majorHAnsi"/>
          <w:b/>
          <w:sz w:val="22"/>
          <w:lang w:val="pl-PL"/>
        </w:rPr>
        <w:t>.</w:t>
      </w:r>
      <w:r w:rsidR="001A6F7C" w:rsidRPr="009246D1">
        <w:rPr>
          <w:rFonts w:asciiTheme="majorHAnsi" w:hAnsiTheme="majorHAnsi" w:cstheme="majorHAnsi"/>
          <w:b/>
          <w:sz w:val="22"/>
          <w:lang w:val="pl-PL"/>
        </w:rPr>
        <w:t xml:space="preserve"> </w:t>
      </w:r>
      <w:r w:rsidR="00E40248" w:rsidRPr="009246D1">
        <w:rPr>
          <w:rFonts w:asciiTheme="majorHAnsi" w:hAnsiTheme="majorHAnsi" w:cstheme="majorHAnsi"/>
          <w:b/>
          <w:sz w:val="22"/>
          <w:lang w:val="pl-PL"/>
        </w:rPr>
        <w:t xml:space="preserve">Czynności samoobsługowe, w tym utrzymanie higieny osobistej </w:t>
      </w:r>
    </w:p>
    <w:p w14:paraId="18AD80DC" w14:textId="0961E0C7" w:rsidR="001728C8" w:rsidRPr="000516A1" w:rsidRDefault="001728C8" w:rsidP="001728C8">
      <w:pPr>
        <w:rPr>
          <w:rFonts w:asciiTheme="majorHAnsi" w:hAnsiTheme="majorHAnsi" w:cstheme="majorHAnsi"/>
          <w:bCs/>
          <w:sz w:val="22"/>
          <w:lang w:val="pl-PL"/>
        </w:rPr>
      </w:pPr>
      <w:bookmarkStart w:id="9" w:name="_Hlk237964782"/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brak potrzeby wsparcia</w:t>
      </w:r>
      <w:r w:rsidR="00B6776F" w:rsidRPr="000516A1">
        <w:rPr>
          <w:rFonts w:asciiTheme="majorHAnsi" w:hAnsiTheme="majorHAnsi" w:cstheme="majorHAnsi"/>
          <w:bCs/>
          <w:sz w:val="22"/>
          <w:lang w:val="pl-PL"/>
        </w:rPr>
        <w:t xml:space="preserve"> (0 pkt)</w:t>
      </w:r>
    </w:p>
    <w:p w14:paraId="5335470C" w14:textId="269D46A1" w:rsidR="001728C8" w:rsidRPr="000516A1" w:rsidRDefault="001728C8" w:rsidP="001728C8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0516A1" w:rsidRPr="00F26771">
        <w:rPr>
          <w:rFonts w:asciiTheme="majorHAnsi" w:hAnsiTheme="majorHAnsi" w:cstheme="majorHAnsi"/>
          <w:sz w:val="22"/>
          <w:lang w:val="pl-PL"/>
        </w:rPr>
        <w:t xml:space="preserve">umiarkowana potrzeba wsparcia </w:t>
      </w:r>
      <w:r w:rsidR="00B6776F" w:rsidRPr="000516A1">
        <w:rPr>
          <w:rFonts w:asciiTheme="majorHAnsi" w:hAnsiTheme="majorHAnsi" w:cstheme="majorHAnsi"/>
          <w:bCs/>
          <w:sz w:val="22"/>
          <w:lang w:val="pl-PL"/>
        </w:rPr>
        <w:t>(1 pkt)</w:t>
      </w:r>
    </w:p>
    <w:p w14:paraId="3DF36A01" w14:textId="182DE579" w:rsidR="001728C8" w:rsidRPr="003D52E0" w:rsidRDefault="001728C8" w:rsidP="001728C8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0516A1" w:rsidRPr="00F26771">
        <w:rPr>
          <w:rFonts w:asciiTheme="majorHAnsi" w:hAnsiTheme="majorHAnsi" w:cstheme="majorHAnsi"/>
          <w:sz w:val="22"/>
          <w:lang w:val="pl-PL"/>
        </w:rPr>
        <w:t xml:space="preserve">wysoka potrzeba wsparcia </w:t>
      </w:r>
      <w:r w:rsidR="005D5031" w:rsidRPr="000516A1">
        <w:rPr>
          <w:rFonts w:asciiTheme="majorHAnsi" w:hAnsiTheme="majorHAnsi" w:cstheme="majorHAnsi"/>
          <w:bCs/>
          <w:sz w:val="22"/>
          <w:lang w:val="pl-PL"/>
        </w:rPr>
        <w:t xml:space="preserve">(2 pkt) </w:t>
      </w:r>
    </w:p>
    <w:bookmarkEnd w:id="9"/>
    <w:p w14:paraId="611F5318" w14:textId="77777777" w:rsidR="009325D7" w:rsidRDefault="00B6776F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</w:t>
      </w:r>
      <w:r w:rsidR="003F1EE2" w:rsidRPr="000516A1">
        <w:rPr>
          <w:rFonts w:asciiTheme="majorHAnsi" w:hAnsiTheme="majorHAnsi" w:cstheme="majorHAnsi"/>
          <w:bCs/>
          <w:sz w:val="22"/>
          <w:lang w:val="pl-PL"/>
        </w:rPr>
        <w:t>e</w:t>
      </w:r>
      <w:r w:rsidRPr="000516A1">
        <w:rPr>
          <w:rFonts w:asciiTheme="majorHAnsi" w:hAnsiTheme="majorHAnsi" w:cstheme="majorHAnsi"/>
          <w:bCs/>
          <w:sz w:val="22"/>
          <w:lang w:val="pl-PL"/>
        </w:rPr>
        <w:t>nie</w:t>
      </w:r>
      <w:r w:rsidR="002517B8" w:rsidRPr="000516A1">
        <w:rPr>
          <w:rFonts w:asciiTheme="majorHAnsi" w:hAnsiTheme="majorHAnsi" w:cstheme="majorHAnsi"/>
          <w:bCs/>
          <w:sz w:val="22"/>
          <w:lang w:val="pl-PL"/>
        </w:rPr>
        <w:t>:</w:t>
      </w:r>
      <w:r w:rsidR="002517B8"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</w:t>
      </w:r>
    </w:p>
    <w:p w14:paraId="2FF3C401" w14:textId="77777777" w:rsidR="009325D7" w:rsidRDefault="002517B8" w:rsidP="009325D7">
      <w:pPr>
        <w:spacing w:before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lastRenderedPageBreak/>
        <w:t>…</w:t>
      </w:r>
      <w:r w:rsidR="00B6776F" w:rsidRPr="000516A1">
        <w:rPr>
          <w:rFonts w:asciiTheme="majorHAnsi" w:eastAsiaTheme="minorHAnsi" w:hAnsiTheme="majorHAnsi" w:cstheme="majorHAnsi"/>
          <w:sz w:val="22"/>
          <w:lang w:val="pl-PL"/>
        </w:rPr>
        <w:t>.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87C0B5B" w14:textId="67B362AB" w:rsidR="00CE5086" w:rsidRDefault="002517B8" w:rsidP="009246D1">
      <w:pPr>
        <w:spacing w:before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</w:t>
      </w:r>
      <w:r w:rsidR="00CE5086"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</w:t>
      </w:r>
      <w:r w:rsidR="00BC3A16">
        <w:rPr>
          <w:rFonts w:asciiTheme="majorHAnsi" w:eastAsiaTheme="minorHAnsi" w:hAnsiTheme="majorHAnsi" w:cstheme="majorHAnsi"/>
          <w:sz w:val="22"/>
          <w:lang w:val="pl-PL"/>
        </w:rPr>
        <w:t>.</w:t>
      </w:r>
    </w:p>
    <w:p w14:paraId="0364ED20" w14:textId="67DD2C16" w:rsidR="002517B8" w:rsidRPr="009246D1" w:rsidRDefault="003F1EE2" w:rsidP="005536CE">
      <w:pPr>
        <w:spacing w:before="120"/>
        <w:ind w:left="284" w:hanging="284"/>
        <w:rPr>
          <w:rFonts w:asciiTheme="majorHAnsi" w:hAnsiTheme="majorHAnsi" w:cstheme="majorHAnsi"/>
          <w:b/>
          <w:sz w:val="22"/>
          <w:lang w:val="pl-PL"/>
        </w:rPr>
      </w:pPr>
      <w:r w:rsidRPr="009246D1">
        <w:rPr>
          <w:rFonts w:asciiTheme="majorHAnsi" w:hAnsiTheme="majorHAnsi" w:cstheme="majorHAnsi"/>
          <w:b/>
          <w:sz w:val="22"/>
          <w:lang w:val="pl-PL"/>
        </w:rPr>
        <w:t>2</w:t>
      </w:r>
      <w:r w:rsidR="003C4D21" w:rsidRPr="009246D1">
        <w:rPr>
          <w:rFonts w:asciiTheme="majorHAnsi" w:hAnsiTheme="majorHAnsi" w:cstheme="majorHAnsi"/>
          <w:b/>
          <w:sz w:val="22"/>
          <w:lang w:val="pl-PL"/>
        </w:rPr>
        <w:t>.</w:t>
      </w:r>
      <w:r w:rsidR="001A6F7C" w:rsidRPr="009246D1">
        <w:rPr>
          <w:rFonts w:asciiTheme="majorHAnsi" w:hAnsiTheme="majorHAnsi" w:cstheme="majorHAnsi"/>
          <w:b/>
          <w:sz w:val="22"/>
          <w:lang w:val="pl-PL"/>
        </w:rPr>
        <w:t xml:space="preserve"> </w:t>
      </w:r>
      <w:r w:rsidR="00E45E2B" w:rsidRPr="009246D1">
        <w:rPr>
          <w:rFonts w:asciiTheme="majorHAnsi" w:hAnsiTheme="majorHAnsi" w:cstheme="majorHAnsi"/>
          <w:b/>
          <w:sz w:val="22"/>
          <w:lang w:val="pl-PL"/>
        </w:rPr>
        <w:t>Wykonywanie codziennych czynności związanych z funkcjonowaniem w domu i rodzinie</w:t>
      </w:r>
    </w:p>
    <w:p w14:paraId="60229502" w14:textId="77777777" w:rsidR="003F1EE2" w:rsidRPr="000516A1" w:rsidRDefault="003F1EE2" w:rsidP="003F1EE2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brak potrzeby wsparcia (0 pkt)</w:t>
      </w:r>
    </w:p>
    <w:p w14:paraId="29BB4EAF" w14:textId="28C06BAC" w:rsidR="003F1EE2" w:rsidRPr="000516A1" w:rsidRDefault="003F1EE2" w:rsidP="003F1EE2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0516A1" w:rsidRPr="005C4CD1">
        <w:rPr>
          <w:rFonts w:asciiTheme="majorHAnsi" w:hAnsiTheme="majorHAnsi" w:cstheme="majorHAnsi"/>
          <w:sz w:val="22"/>
          <w:lang w:val="pl-PL"/>
        </w:rPr>
        <w:t>umiarkowana potrzeba wsparcia</w:t>
      </w:r>
      <w:r w:rsidR="000516A1" w:rsidRPr="003D52E0" w:rsidDel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0516A1">
        <w:rPr>
          <w:rFonts w:asciiTheme="majorHAnsi" w:hAnsiTheme="majorHAnsi" w:cstheme="majorHAnsi"/>
          <w:bCs/>
          <w:sz w:val="22"/>
          <w:lang w:val="pl-PL"/>
        </w:rPr>
        <w:t>(1 pkt)</w:t>
      </w:r>
    </w:p>
    <w:p w14:paraId="11C66B11" w14:textId="78EF5E5A" w:rsidR="003F1EE2" w:rsidRPr="000516A1" w:rsidRDefault="003F1EE2" w:rsidP="003F1EE2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0516A1" w:rsidRPr="005C4CD1">
        <w:rPr>
          <w:rFonts w:asciiTheme="majorHAnsi" w:hAnsiTheme="majorHAnsi" w:cstheme="majorHAnsi"/>
          <w:sz w:val="22"/>
          <w:lang w:val="pl-PL"/>
        </w:rPr>
        <w:t xml:space="preserve">wysoka potrzeba wsparcia 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(2 pkt) </w:t>
      </w:r>
    </w:p>
    <w:p w14:paraId="3388275C" w14:textId="77777777" w:rsidR="009325D7" w:rsidRDefault="003F1EE2" w:rsidP="003F1EE2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</w:t>
      </w:r>
    </w:p>
    <w:p w14:paraId="7CE3E3C8" w14:textId="77777777" w:rsidR="009325D7" w:rsidRDefault="003F1EE2" w:rsidP="009325D7">
      <w:pPr>
        <w:spacing w:before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….……………………………………………………………………………………………………………………………………………………………………………</w:t>
      </w:r>
    </w:p>
    <w:p w14:paraId="04061657" w14:textId="2AF12C66" w:rsidR="003F1EE2" w:rsidRPr="000516A1" w:rsidRDefault="003F1EE2" w:rsidP="009246D1">
      <w:pPr>
        <w:spacing w:before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</w:t>
      </w:r>
      <w:r w:rsidR="00BC3A16">
        <w:rPr>
          <w:rFonts w:asciiTheme="majorHAnsi" w:eastAsiaTheme="minorHAnsi" w:hAnsiTheme="majorHAnsi" w:cstheme="majorHAnsi"/>
          <w:sz w:val="22"/>
          <w:lang w:val="pl-PL"/>
        </w:rPr>
        <w:t>.</w:t>
      </w:r>
    </w:p>
    <w:p w14:paraId="206DE61F" w14:textId="014107D2" w:rsidR="002517B8" w:rsidRPr="009246D1" w:rsidRDefault="003F1EE2" w:rsidP="00C7641E">
      <w:pPr>
        <w:spacing w:before="120"/>
        <w:ind w:left="426" w:hanging="426"/>
        <w:rPr>
          <w:rFonts w:asciiTheme="majorHAnsi" w:hAnsiTheme="majorHAnsi" w:cstheme="majorHAnsi"/>
          <w:b/>
          <w:sz w:val="22"/>
          <w:lang w:val="pl-PL"/>
        </w:rPr>
      </w:pPr>
      <w:r w:rsidRPr="009246D1">
        <w:rPr>
          <w:rFonts w:asciiTheme="majorHAnsi" w:hAnsiTheme="majorHAnsi" w:cstheme="majorHAnsi"/>
          <w:b/>
          <w:sz w:val="22"/>
          <w:lang w:val="pl-PL"/>
        </w:rPr>
        <w:t>3</w:t>
      </w:r>
      <w:r w:rsidR="003C4D21" w:rsidRPr="009246D1">
        <w:rPr>
          <w:rFonts w:asciiTheme="majorHAnsi" w:hAnsiTheme="majorHAnsi" w:cstheme="majorHAnsi"/>
          <w:b/>
          <w:sz w:val="22"/>
          <w:lang w:val="pl-PL"/>
        </w:rPr>
        <w:t>.</w:t>
      </w:r>
      <w:r w:rsidR="001A6F7C" w:rsidRPr="009246D1">
        <w:rPr>
          <w:rFonts w:asciiTheme="majorHAnsi" w:hAnsiTheme="majorHAnsi" w:cstheme="majorHAnsi"/>
          <w:b/>
          <w:sz w:val="22"/>
          <w:lang w:val="pl-PL"/>
        </w:rPr>
        <w:t xml:space="preserve"> </w:t>
      </w:r>
      <w:r w:rsidR="002517B8" w:rsidRPr="009246D1">
        <w:rPr>
          <w:rFonts w:asciiTheme="majorHAnsi" w:hAnsiTheme="majorHAnsi" w:cstheme="majorHAnsi"/>
          <w:b/>
          <w:sz w:val="22"/>
          <w:lang w:val="pl-PL"/>
        </w:rPr>
        <w:t>Przemieszczanie się</w:t>
      </w:r>
      <w:r w:rsidR="00E40248" w:rsidRPr="009246D1">
        <w:rPr>
          <w:rFonts w:asciiTheme="majorHAnsi" w:hAnsiTheme="majorHAnsi" w:cstheme="majorHAnsi"/>
          <w:b/>
          <w:sz w:val="22"/>
          <w:lang w:val="pl-PL"/>
        </w:rPr>
        <w:t xml:space="preserve"> poza miejscem zamieszkania</w:t>
      </w:r>
    </w:p>
    <w:p w14:paraId="016FA57A" w14:textId="4983BB5F" w:rsidR="003F1EE2" w:rsidRPr="000516A1" w:rsidRDefault="003F1EE2" w:rsidP="00C874E2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brak potrzeby wsparcia (0 pkt)</w:t>
      </w:r>
    </w:p>
    <w:p w14:paraId="2BFC0DFF" w14:textId="16CBA3C2" w:rsidR="000516A1" w:rsidRPr="005C4CD1" w:rsidRDefault="000516A1" w:rsidP="00C874E2">
      <w:pPr>
        <w:rPr>
          <w:rFonts w:asciiTheme="majorHAnsi" w:hAnsiTheme="majorHAnsi" w:cstheme="majorHAnsi"/>
          <w:bCs/>
          <w:sz w:val="22"/>
          <w:lang w:val="pl-PL"/>
        </w:rPr>
      </w:pPr>
      <w:r w:rsidRPr="005C4CD1">
        <w:rPr>
          <w:rFonts w:ascii="Segoe UI Symbol" w:hAnsi="Segoe UI Symbol" w:cs="Segoe UI Symbol"/>
          <w:b/>
          <w:sz w:val="22"/>
          <w:lang w:val="pl-PL"/>
        </w:rPr>
        <w:t>☐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sz w:val="22"/>
          <w:lang w:val="pl-PL"/>
        </w:rPr>
        <w:t>umiarkowana potrzeba wsparcia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 (1 pkt)</w:t>
      </w:r>
    </w:p>
    <w:p w14:paraId="7FB1C042" w14:textId="7F7E0B97" w:rsidR="000516A1" w:rsidRPr="005C4CD1" w:rsidRDefault="000516A1" w:rsidP="00C874E2">
      <w:pPr>
        <w:rPr>
          <w:rFonts w:asciiTheme="majorHAnsi" w:hAnsiTheme="majorHAnsi" w:cstheme="majorHAnsi"/>
          <w:bCs/>
          <w:sz w:val="22"/>
          <w:lang w:val="pl-PL"/>
        </w:rPr>
      </w:pPr>
      <w:r w:rsidRPr="005C4CD1">
        <w:rPr>
          <w:rFonts w:ascii="Segoe UI Symbol" w:hAnsi="Segoe UI Symbol" w:cs="Segoe UI Symbol"/>
          <w:b/>
          <w:sz w:val="22"/>
          <w:lang w:val="pl-PL"/>
        </w:rPr>
        <w:t>☐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sz w:val="22"/>
          <w:lang w:val="pl-PL"/>
        </w:rPr>
        <w:t xml:space="preserve">wysoka potrzeba wsparcia 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(2 pkt) </w:t>
      </w:r>
    </w:p>
    <w:p w14:paraId="061B114B" w14:textId="77777777" w:rsidR="009325D7" w:rsidRDefault="003F1EE2" w:rsidP="003F1EE2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</w:t>
      </w:r>
    </w:p>
    <w:p w14:paraId="74A746A1" w14:textId="77777777" w:rsidR="009325D7" w:rsidRDefault="003F1EE2" w:rsidP="009325D7">
      <w:pPr>
        <w:spacing w:before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….……………………………………………………………………………………………………………………………………………………………………………</w:t>
      </w:r>
    </w:p>
    <w:p w14:paraId="7C35320D" w14:textId="36D5B0B2" w:rsidR="003F1EE2" w:rsidRPr="000516A1" w:rsidRDefault="003F1EE2" w:rsidP="009246D1">
      <w:pPr>
        <w:spacing w:before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</w:t>
      </w:r>
      <w:r w:rsidR="00BC3A16">
        <w:rPr>
          <w:rFonts w:asciiTheme="majorHAnsi" w:eastAsiaTheme="minorHAnsi" w:hAnsiTheme="majorHAnsi" w:cstheme="majorHAnsi"/>
          <w:sz w:val="22"/>
          <w:lang w:val="pl-PL"/>
        </w:rPr>
        <w:t>.</w:t>
      </w:r>
    </w:p>
    <w:p w14:paraId="23D011D9" w14:textId="4C7BC6FF" w:rsidR="002517B8" w:rsidRPr="009246D1" w:rsidRDefault="002517B8" w:rsidP="009246D1">
      <w:pPr>
        <w:spacing w:before="120"/>
        <w:ind w:left="284" w:hanging="284"/>
        <w:rPr>
          <w:rFonts w:asciiTheme="majorHAnsi" w:hAnsiTheme="majorHAnsi" w:cstheme="majorHAnsi"/>
          <w:b/>
          <w:sz w:val="22"/>
          <w:lang w:val="pl-PL"/>
        </w:rPr>
      </w:pPr>
      <w:r w:rsidRPr="009246D1">
        <w:rPr>
          <w:rFonts w:asciiTheme="majorHAnsi" w:hAnsiTheme="majorHAnsi" w:cstheme="majorHAnsi"/>
          <w:b/>
          <w:sz w:val="22"/>
          <w:lang w:val="pl-PL"/>
        </w:rPr>
        <w:t>4</w:t>
      </w:r>
      <w:r w:rsidR="004B1C3C" w:rsidRPr="009246D1">
        <w:rPr>
          <w:rFonts w:asciiTheme="majorHAnsi" w:hAnsiTheme="majorHAnsi" w:cstheme="majorHAnsi"/>
          <w:b/>
          <w:sz w:val="22"/>
          <w:lang w:val="pl-PL"/>
        </w:rPr>
        <w:t xml:space="preserve">. </w:t>
      </w:r>
      <w:r w:rsidR="00CB5637" w:rsidRPr="009246D1">
        <w:rPr>
          <w:rFonts w:asciiTheme="majorHAnsi" w:hAnsiTheme="majorHAnsi" w:cstheme="majorHAnsi"/>
          <w:b/>
          <w:sz w:val="22"/>
          <w:lang w:val="pl-PL"/>
        </w:rPr>
        <w:t>Komunikowanie się z innymi osobami, w tym wyrażanie swoich potrzeb oraz rozumienie i przekazywanie informacji</w:t>
      </w:r>
    </w:p>
    <w:p w14:paraId="7612A7DF" w14:textId="77777777" w:rsidR="003F1EE2" w:rsidRPr="000516A1" w:rsidRDefault="003F1EE2" w:rsidP="00C7641E">
      <w:pPr>
        <w:spacing w:before="120"/>
        <w:ind w:left="426" w:hanging="426"/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brak potrzeby wsparcia (0 pkt)</w:t>
      </w:r>
    </w:p>
    <w:p w14:paraId="1C616B11" w14:textId="77777777" w:rsidR="000516A1" w:rsidRPr="005C4CD1" w:rsidRDefault="000516A1" w:rsidP="000516A1">
      <w:pPr>
        <w:rPr>
          <w:rFonts w:asciiTheme="majorHAnsi" w:hAnsiTheme="majorHAnsi" w:cstheme="majorHAnsi"/>
          <w:bCs/>
          <w:sz w:val="22"/>
          <w:lang w:val="pl-PL"/>
        </w:rPr>
      </w:pPr>
      <w:r w:rsidRPr="005C4CD1">
        <w:rPr>
          <w:rFonts w:ascii="Segoe UI Symbol" w:hAnsi="Segoe UI Symbol" w:cs="Segoe UI Symbol"/>
          <w:b/>
          <w:sz w:val="22"/>
          <w:lang w:val="pl-PL"/>
        </w:rPr>
        <w:t>☐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sz w:val="22"/>
          <w:lang w:val="pl-PL"/>
        </w:rPr>
        <w:t>umiarkowana potrzeba wsparcia</w:t>
      </w:r>
      <w:r w:rsidRPr="005C4CD1" w:rsidDel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bCs/>
          <w:sz w:val="22"/>
          <w:lang w:val="pl-PL"/>
        </w:rPr>
        <w:t>(1 pkt)</w:t>
      </w:r>
    </w:p>
    <w:p w14:paraId="605520D3" w14:textId="77777777" w:rsidR="000516A1" w:rsidRPr="005C4CD1" w:rsidRDefault="000516A1" w:rsidP="000516A1">
      <w:pPr>
        <w:rPr>
          <w:rFonts w:asciiTheme="majorHAnsi" w:hAnsiTheme="majorHAnsi" w:cstheme="majorHAnsi"/>
          <w:bCs/>
          <w:sz w:val="22"/>
          <w:lang w:val="pl-PL"/>
        </w:rPr>
      </w:pPr>
      <w:r w:rsidRPr="005C4CD1">
        <w:rPr>
          <w:rFonts w:ascii="Segoe UI Symbol" w:hAnsi="Segoe UI Symbol" w:cs="Segoe UI Symbol"/>
          <w:b/>
          <w:sz w:val="22"/>
          <w:lang w:val="pl-PL"/>
        </w:rPr>
        <w:t>☐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sz w:val="22"/>
          <w:lang w:val="pl-PL"/>
        </w:rPr>
        <w:t xml:space="preserve">wysoka potrzeba wsparcia 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(2 pkt) </w:t>
      </w:r>
    </w:p>
    <w:p w14:paraId="47E6EAD0" w14:textId="77777777" w:rsidR="009325D7" w:rsidRDefault="003F1EE2">
      <w:pPr>
        <w:spacing w:before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</w:t>
      </w:r>
    </w:p>
    <w:p w14:paraId="07946FD8" w14:textId="77777777" w:rsidR="009325D7" w:rsidRDefault="003F1EE2">
      <w:pPr>
        <w:spacing w:before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….……………………………………………………………………………………………………………………………………………………………………………</w:t>
      </w:r>
    </w:p>
    <w:p w14:paraId="2E1A0BFB" w14:textId="3EE8795A" w:rsidR="001A6F7C" w:rsidRDefault="003F1EE2" w:rsidP="009246D1">
      <w:pPr>
        <w:spacing w:before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</w:t>
      </w:r>
      <w:r w:rsidR="00BC3A16">
        <w:rPr>
          <w:rFonts w:asciiTheme="majorHAnsi" w:eastAsiaTheme="minorHAnsi" w:hAnsiTheme="majorHAnsi" w:cstheme="majorHAnsi"/>
          <w:sz w:val="22"/>
          <w:lang w:val="pl-PL"/>
        </w:rPr>
        <w:t>.</w:t>
      </w:r>
    </w:p>
    <w:p w14:paraId="2962009B" w14:textId="77844B15" w:rsidR="002517B8" w:rsidRPr="009246D1" w:rsidRDefault="002517B8" w:rsidP="009246D1">
      <w:pPr>
        <w:spacing w:before="120"/>
        <w:ind w:left="284" w:hanging="284"/>
        <w:rPr>
          <w:rFonts w:asciiTheme="majorHAnsi" w:hAnsiTheme="majorHAnsi" w:cstheme="majorHAnsi"/>
          <w:b/>
          <w:sz w:val="22"/>
          <w:lang w:val="pl-PL"/>
        </w:rPr>
      </w:pPr>
      <w:r w:rsidRPr="009246D1">
        <w:rPr>
          <w:rFonts w:asciiTheme="majorHAnsi" w:hAnsiTheme="majorHAnsi" w:cstheme="majorHAnsi"/>
          <w:b/>
          <w:sz w:val="22"/>
          <w:lang w:val="pl-PL"/>
        </w:rPr>
        <w:t>5</w:t>
      </w:r>
      <w:r w:rsidR="003C4D21" w:rsidRPr="009246D1">
        <w:rPr>
          <w:rFonts w:asciiTheme="majorHAnsi" w:hAnsiTheme="majorHAnsi" w:cstheme="majorHAnsi"/>
          <w:b/>
          <w:sz w:val="22"/>
          <w:lang w:val="pl-PL"/>
        </w:rPr>
        <w:t>.</w:t>
      </w:r>
      <w:r w:rsidR="001A6F7C" w:rsidRPr="009246D1">
        <w:rPr>
          <w:rFonts w:asciiTheme="majorHAnsi" w:hAnsiTheme="majorHAnsi" w:cstheme="majorHAnsi"/>
          <w:b/>
          <w:sz w:val="22"/>
          <w:lang w:val="pl-PL"/>
        </w:rPr>
        <w:t xml:space="preserve"> </w:t>
      </w:r>
      <w:r w:rsidR="00E40248" w:rsidRPr="009246D1">
        <w:rPr>
          <w:rFonts w:asciiTheme="majorHAnsi" w:hAnsiTheme="majorHAnsi" w:cstheme="majorHAnsi"/>
          <w:b/>
          <w:sz w:val="22"/>
          <w:lang w:val="pl-PL"/>
        </w:rPr>
        <w:t xml:space="preserve">Uczestnictwo w życiu społecznym </w:t>
      </w:r>
      <w:r w:rsidR="00102496" w:rsidRPr="009246D1">
        <w:rPr>
          <w:rFonts w:asciiTheme="majorHAnsi" w:hAnsiTheme="majorHAnsi" w:cstheme="majorHAnsi"/>
          <w:b/>
          <w:sz w:val="22"/>
          <w:lang w:val="pl-PL"/>
        </w:rPr>
        <w:t>(np.</w:t>
      </w:r>
      <w:r w:rsidR="00B531F6" w:rsidRPr="009246D1">
        <w:rPr>
          <w:rFonts w:asciiTheme="majorHAnsi" w:hAnsiTheme="majorHAnsi" w:cstheme="majorHAnsi"/>
          <w:b/>
          <w:sz w:val="22"/>
          <w:lang w:val="pl-PL"/>
        </w:rPr>
        <w:t xml:space="preserve"> podejmowanie aktywności społecznej, edukacyjnej, zawodowej lub kulturalnej</w:t>
      </w:r>
      <w:r w:rsidR="00102496" w:rsidRPr="009246D1">
        <w:rPr>
          <w:rFonts w:asciiTheme="majorHAnsi" w:hAnsiTheme="majorHAnsi" w:cstheme="majorHAnsi"/>
          <w:b/>
          <w:sz w:val="22"/>
          <w:lang w:val="pl-PL"/>
        </w:rPr>
        <w:t>)</w:t>
      </w:r>
    </w:p>
    <w:p w14:paraId="40554FBF" w14:textId="49215484" w:rsidR="003F1EE2" w:rsidRPr="000516A1" w:rsidRDefault="003F1EE2" w:rsidP="003F1EE2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brak potrzeby wsparcia (0 pkt)</w:t>
      </w:r>
    </w:p>
    <w:p w14:paraId="05E14ACF" w14:textId="641F7C97" w:rsidR="000516A1" w:rsidRPr="005C4CD1" w:rsidRDefault="000516A1" w:rsidP="000516A1">
      <w:pPr>
        <w:rPr>
          <w:rFonts w:asciiTheme="majorHAnsi" w:hAnsiTheme="majorHAnsi" w:cstheme="majorHAnsi"/>
          <w:bCs/>
          <w:sz w:val="22"/>
          <w:lang w:val="pl-PL"/>
        </w:rPr>
      </w:pPr>
      <w:r w:rsidRPr="005C4CD1">
        <w:rPr>
          <w:rFonts w:ascii="Segoe UI Symbol" w:hAnsi="Segoe UI Symbol" w:cs="Segoe UI Symbol"/>
          <w:b/>
          <w:sz w:val="22"/>
          <w:lang w:val="pl-PL"/>
        </w:rPr>
        <w:t>☐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sz w:val="22"/>
          <w:lang w:val="pl-PL"/>
        </w:rPr>
        <w:t>umiarkowana potrzeba wsparcia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 (1 pkt)</w:t>
      </w:r>
    </w:p>
    <w:p w14:paraId="2EFF87F2" w14:textId="1313BC61" w:rsidR="000516A1" w:rsidRPr="005C4CD1" w:rsidRDefault="000516A1" w:rsidP="000516A1">
      <w:pPr>
        <w:rPr>
          <w:rFonts w:asciiTheme="majorHAnsi" w:hAnsiTheme="majorHAnsi" w:cstheme="majorHAnsi"/>
          <w:bCs/>
          <w:sz w:val="22"/>
          <w:lang w:val="pl-PL"/>
        </w:rPr>
      </w:pPr>
      <w:r w:rsidRPr="005C4CD1">
        <w:rPr>
          <w:rFonts w:ascii="Segoe UI Symbol" w:hAnsi="Segoe UI Symbol" w:cs="Segoe UI Symbol"/>
          <w:b/>
          <w:sz w:val="22"/>
          <w:lang w:val="pl-PL"/>
        </w:rPr>
        <w:t>☐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sz w:val="22"/>
          <w:lang w:val="pl-PL"/>
        </w:rPr>
        <w:t xml:space="preserve">wysoka potrzeba wsparcia 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(2 pkt) </w:t>
      </w:r>
    </w:p>
    <w:p w14:paraId="062CCE3D" w14:textId="77777777" w:rsidR="009325D7" w:rsidRDefault="003F1EE2" w:rsidP="003F1EE2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</w:t>
      </w:r>
    </w:p>
    <w:p w14:paraId="4D67CD3A" w14:textId="77777777" w:rsidR="009325D7" w:rsidRDefault="003F1EE2" w:rsidP="009325D7">
      <w:pPr>
        <w:spacing w:before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….……………………………………………………………………………………………………………………………………………………………………………</w:t>
      </w:r>
    </w:p>
    <w:p w14:paraId="42EDB57E" w14:textId="29415938" w:rsidR="003F1EE2" w:rsidRPr="000516A1" w:rsidRDefault="003F1EE2" w:rsidP="009246D1">
      <w:pPr>
        <w:spacing w:before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</w:t>
      </w:r>
      <w:r w:rsidR="00BC3A16">
        <w:rPr>
          <w:rFonts w:asciiTheme="majorHAnsi" w:eastAsiaTheme="minorHAnsi" w:hAnsiTheme="majorHAnsi" w:cstheme="majorHAnsi"/>
          <w:sz w:val="22"/>
          <w:lang w:val="pl-PL"/>
        </w:rPr>
        <w:t>.</w:t>
      </w:r>
    </w:p>
    <w:p w14:paraId="666D1613" w14:textId="4B088519" w:rsidR="00B6776F" w:rsidRDefault="00E40248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Łączna liczba punktów uzyskanych w </w:t>
      </w:r>
      <w:r w:rsidR="00F27C14" w:rsidRPr="000516A1">
        <w:rPr>
          <w:rFonts w:asciiTheme="majorHAnsi" w:eastAsiaTheme="minorHAnsi" w:hAnsiTheme="majorHAnsi" w:cstheme="majorHAnsi"/>
          <w:sz w:val="22"/>
          <w:lang w:val="pl-PL"/>
        </w:rPr>
        <w:t>części</w:t>
      </w:r>
      <w:r w:rsidR="00B6776F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1A6F7C">
        <w:rPr>
          <w:rFonts w:asciiTheme="majorHAnsi" w:eastAsiaTheme="minorHAnsi" w:hAnsiTheme="majorHAnsi" w:cstheme="majorHAnsi"/>
          <w:sz w:val="22"/>
          <w:lang w:val="pl-PL"/>
        </w:rPr>
        <w:t>V</w:t>
      </w:r>
      <w:r w:rsidR="00B6776F" w:rsidRPr="000516A1">
        <w:rPr>
          <w:rFonts w:asciiTheme="majorHAnsi" w:eastAsiaTheme="minorHAnsi" w:hAnsiTheme="majorHAnsi" w:cstheme="majorHAnsi"/>
          <w:sz w:val="22"/>
          <w:lang w:val="pl-PL"/>
        </w:rPr>
        <w:t>: ……….</w:t>
      </w:r>
      <w:r w:rsidR="003F1EE2" w:rsidRPr="000516A1">
        <w:rPr>
          <w:rFonts w:asciiTheme="majorHAnsi" w:eastAsiaTheme="minorHAnsi" w:hAnsiTheme="majorHAnsi" w:cstheme="majorHAnsi"/>
          <w:sz w:val="22"/>
          <w:lang w:val="pl-PL"/>
        </w:rPr>
        <w:t>/10</w:t>
      </w:r>
      <w:r w:rsidR="00B6776F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pkt.</w:t>
      </w:r>
    </w:p>
    <w:p w14:paraId="104BD629" w14:textId="1806ED67" w:rsidR="00B504E7" w:rsidRPr="00B504E7" w:rsidRDefault="003E15EA" w:rsidP="00B504E7">
      <w:pPr>
        <w:spacing w:before="240"/>
        <w:rPr>
          <w:rFonts w:asciiTheme="majorHAnsi" w:hAnsiTheme="majorHAnsi" w:cstheme="majorHAnsi"/>
          <w:b/>
          <w:sz w:val="24"/>
          <w:szCs w:val="24"/>
          <w:lang w:val="pl-PL"/>
        </w:rPr>
      </w:pPr>
      <w:r>
        <w:rPr>
          <w:rFonts w:asciiTheme="majorHAnsi" w:hAnsiTheme="majorHAnsi" w:cstheme="majorHAnsi"/>
          <w:b/>
          <w:sz w:val="24"/>
          <w:szCs w:val="24"/>
          <w:lang w:val="pl-PL"/>
        </w:rPr>
        <w:t>V</w:t>
      </w:r>
      <w:r w:rsidR="001A6F7C">
        <w:rPr>
          <w:rFonts w:asciiTheme="majorHAnsi" w:hAnsiTheme="majorHAnsi" w:cstheme="majorHAnsi"/>
          <w:b/>
          <w:sz w:val="24"/>
          <w:szCs w:val="24"/>
          <w:lang w:val="pl-PL"/>
        </w:rPr>
        <w:t>I</w:t>
      </w:r>
      <w:r>
        <w:rPr>
          <w:rFonts w:asciiTheme="majorHAnsi" w:hAnsiTheme="majorHAnsi" w:cstheme="majorHAnsi"/>
          <w:b/>
          <w:sz w:val="24"/>
          <w:szCs w:val="24"/>
          <w:lang w:val="pl-PL"/>
        </w:rPr>
        <w:t xml:space="preserve">. 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OCENA POTRZEB OSOBY Z NIEPEŁNOSPRAWNOŚCIĄ</w:t>
      </w:r>
      <w:r w:rsidR="00625190">
        <w:rPr>
          <w:rFonts w:asciiTheme="majorHAnsi" w:hAnsiTheme="majorHAnsi" w:cstheme="majorHAnsi"/>
          <w:b/>
          <w:sz w:val="24"/>
          <w:szCs w:val="24"/>
          <w:lang w:val="pl-PL"/>
        </w:rPr>
        <w:t>, PODCZAS ŚWIADCZENIA USŁUG OPIEKI WYTCHNIENIOWEJ,</w:t>
      </w:r>
      <w:r>
        <w:rPr>
          <w:rFonts w:asciiTheme="majorHAnsi" w:hAnsiTheme="majorHAnsi" w:cstheme="majorHAnsi"/>
          <w:b/>
          <w:sz w:val="24"/>
          <w:szCs w:val="24"/>
          <w:lang w:val="pl-PL"/>
        </w:rPr>
        <w:t xml:space="preserve"> </w:t>
      </w:r>
      <w:r w:rsidRPr="00B504E7">
        <w:rPr>
          <w:rFonts w:asciiTheme="majorHAnsi" w:hAnsiTheme="majorHAnsi" w:cstheme="majorHAnsi"/>
          <w:b/>
          <w:sz w:val="24"/>
          <w:szCs w:val="24"/>
          <w:lang w:val="pl-PL"/>
        </w:rPr>
        <w:t>SPECJALISTYCZNEGO WSPARCIA ORAZ RODZAJU TEGO WSPARCIA, W ZAKRESIE:</w:t>
      </w:r>
    </w:p>
    <w:p w14:paraId="48639087" w14:textId="6E3B991A" w:rsidR="00B504E7" w:rsidRPr="00807806" w:rsidRDefault="00B504E7" w:rsidP="00B504E7">
      <w:pPr>
        <w:spacing w:before="240"/>
        <w:rPr>
          <w:rFonts w:asciiTheme="majorHAnsi" w:hAnsiTheme="majorHAnsi" w:cstheme="majorHAnsi"/>
          <w:bCs/>
          <w:sz w:val="24"/>
          <w:szCs w:val="24"/>
          <w:lang w:val="pl-PL"/>
        </w:rPr>
      </w:pPr>
      <w:r w:rsidRPr="00807806">
        <w:rPr>
          <w:rFonts w:asciiTheme="majorHAnsi" w:hAnsiTheme="majorHAnsi" w:cstheme="majorHAnsi"/>
          <w:bCs/>
          <w:sz w:val="24"/>
          <w:szCs w:val="24"/>
          <w:lang w:val="pl-PL"/>
        </w:rPr>
        <w:lastRenderedPageBreak/>
        <w:t>a)</w:t>
      </w:r>
      <w:r w:rsidR="001A6F7C">
        <w:rPr>
          <w:rFonts w:asciiTheme="majorHAnsi" w:hAnsiTheme="majorHAnsi" w:cstheme="majorHAnsi"/>
          <w:bCs/>
          <w:sz w:val="24"/>
          <w:szCs w:val="24"/>
          <w:lang w:val="pl-PL"/>
        </w:rPr>
        <w:t xml:space="preserve"> </w:t>
      </w:r>
      <w:r w:rsidRPr="00807806">
        <w:rPr>
          <w:rFonts w:asciiTheme="majorHAnsi" w:hAnsiTheme="majorHAnsi" w:cstheme="majorHAnsi"/>
          <w:bCs/>
          <w:sz w:val="24"/>
          <w:szCs w:val="24"/>
          <w:lang w:val="pl-PL"/>
        </w:rPr>
        <w:t>wykonywania czynności pielęgnacyjnych lub czynności o charakterze medycznym, których prawidłowe i bezpieczne wykonywanie wymaga od osoby świadczącej usługę posiadania kwalifikacji w następujących zawodach i specjalnościach: pielęgniarka, siostra PCK, opiekun osoby starszej, opiekun medyczny, terapeuta zajęciowy, fizjoterapeuta lub w innych zawodach i specjalnościach o charakterze medycznym lub opiekuńczym.</w:t>
      </w:r>
    </w:p>
    <w:p w14:paraId="4FFF46DA" w14:textId="77777777" w:rsidR="00E71AB4" w:rsidRPr="00E71AB4" w:rsidRDefault="00E71AB4" w:rsidP="00E71AB4">
      <w:pPr>
        <w:spacing w:before="240"/>
        <w:rPr>
          <w:rFonts w:asciiTheme="majorHAnsi" w:hAnsiTheme="majorHAnsi" w:cstheme="majorHAnsi"/>
          <w:bCs/>
          <w:sz w:val="22"/>
          <w:lang w:val="pl-PL"/>
        </w:rPr>
      </w:pPr>
      <w:r w:rsidRPr="00E71AB4">
        <w:rPr>
          <w:rFonts w:ascii="Segoe UI Symbol" w:hAnsi="Segoe UI Symbol" w:cs="Segoe UI Symbol"/>
          <w:bCs/>
          <w:sz w:val="22"/>
          <w:lang w:val="pl-PL"/>
        </w:rPr>
        <w:t>☐</w:t>
      </w:r>
      <w:r w:rsidRPr="00E71AB4">
        <w:rPr>
          <w:rFonts w:asciiTheme="majorHAnsi" w:hAnsiTheme="majorHAnsi" w:cstheme="majorHAnsi"/>
          <w:bCs/>
          <w:sz w:val="22"/>
          <w:lang w:val="pl-PL"/>
        </w:rPr>
        <w:t xml:space="preserve"> Nie</w:t>
      </w:r>
    </w:p>
    <w:p w14:paraId="3B7FFCCE" w14:textId="77777777" w:rsidR="00E71AB4" w:rsidRPr="00E71AB4" w:rsidRDefault="00E71AB4" w:rsidP="00E71AB4">
      <w:pPr>
        <w:spacing w:before="240"/>
        <w:rPr>
          <w:rFonts w:asciiTheme="majorHAnsi" w:hAnsiTheme="majorHAnsi" w:cstheme="majorHAnsi"/>
          <w:bCs/>
          <w:sz w:val="22"/>
          <w:lang w:val="pl-PL"/>
        </w:rPr>
      </w:pPr>
      <w:r w:rsidRPr="00E71AB4">
        <w:rPr>
          <w:rFonts w:ascii="Segoe UI Symbol" w:hAnsi="Segoe UI Symbol" w:cs="Segoe UI Symbol"/>
          <w:bCs/>
          <w:sz w:val="22"/>
          <w:lang w:val="pl-PL"/>
        </w:rPr>
        <w:t>☐</w:t>
      </w:r>
      <w:r w:rsidRPr="00E71AB4">
        <w:rPr>
          <w:rFonts w:asciiTheme="majorHAnsi" w:hAnsiTheme="majorHAnsi" w:cstheme="majorHAnsi"/>
          <w:bCs/>
          <w:sz w:val="22"/>
          <w:lang w:val="pl-PL"/>
        </w:rPr>
        <w:t xml:space="preserve"> Tak</w:t>
      </w:r>
    </w:p>
    <w:p w14:paraId="2393EB6E" w14:textId="77777777" w:rsidR="003F53D6" w:rsidRDefault="00E71AB4" w:rsidP="003F53D6">
      <w:pPr>
        <w:spacing w:before="240" w:after="0"/>
        <w:rPr>
          <w:rFonts w:asciiTheme="majorHAnsi" w:hAnsiTheme="majorHAnsi" w:cstheme="majorHAnsi"/>
          <w:bCs/>
          <w:sz w:val="22"/>
          <w:lang w:val="pl-PL"/>
        </w:rPr>
      </w:pPr>
      <w:r w:rsidRPr="00E71AB4">
        <w:rPr>
          <w:rFonts w:asciiTheme="majorHAnsi" w:hAnsiTheme="majorHAnsi" w:cstheme="majorHAnsi"/>
          <w:bCs/>
          <w:sz w:val="22"/>
          <w:lang w:val="pl-PL"/>
        </w:rPr>
        <w:t xml:space="preserve">Jeżeli </w:t>
      </w:r>
      <w:r w:rsidRPr="00A42EF0">
        <w:rPr>
          <w:rFonts w:asciiTheme="majorHAnsi" w:hAnsiTheme="majorHAnsi" w:cstheme="majorHAnsi"/>
          <w:b/>
          <w:sz w:val="22"/>
          <w:lang w:val="pl-PL"/>
        </w:rPr>
        <w:t>Tak</w:t>
      </w:r>
      <w:r w:rsidRPr="00E71AB4">
        <w:rPr>
          <w:rFonts w:asciiTheme="majorHAnsi" w:hAnsiTheme="majorHAnsi" w:cstheme="majorHAnsi"/>
          <w:bCs/>
          <w:sz w:val="22"/>
          <w:lang w:val="pl-PL"/>
        </w:rPr>
        <w:t xml:space="preserve">, </w:t>
      </w:r>
      <w:r w:rsidR="003F53D6">
        <w:rPr>
          <w:rFonts w:asciiTheme="majorHAnsi" w:hAnsiTheme="majorHAnsi" w:cstheme="majorHAnsi"/>
          <w:bCs/>
          <w:sz w:val="22"/>
          <w:lang w:val="pl-PL"/>
        </w:rPr>
        <w:t xml:space="preserve">należy </w:t>
      </w:r>
      <w:r>
        <w:rPr>
          <w:rFonts w:asciiTheme="majorHAnsi" w:hAnsiTheme="majorHAnsi" w:cstheme="majorHAnsi"/>
          <w:bCs/>
          <w:sz w:val="22"/>
          <w:lang w:val="pl-PL"/>
        </w:rPr>
        <w:t xml:space="preserve">uzasadnić: </w:t>
      </w:r>
    </w:p>
    <w:p w14:paraId="7EB42632" w14:textId="663915E9" w:rsidR="009325D7" w:rsidRDefault="00B504E7" w:rsidP="00A42EF0">
      <w:pPr>
        <w:spacing w:before="240" w:after="0"/>
        <w:rPr>
          <w:rFonts w:asciiTheme="majorHAnsi" w:eastAsiaTheme="minorHAnsi" w:hAnsiTheme="majorHAnsi" w:cstheme="majorHAnsi"/>
          <w:bCs/>
          <w:sz w:val="22"/>
          <w:lang w:val="pl-PL"/>
        </w:rPr>
      </w:pPr>
      <w:r w:rsidRPr="00807806">
        <w:rPr>
          <w:rFonts w:asciiTheme="majorHAnsi" w:eastAsiaTheme="minorHAnsi" w:hAnsiTheme="majorHAnsi" w:cstheme="majorHAnsi"/>
          <w:bCs/>
          <w:sz w:val="22"/>
          <w:lang w:val="pl-PL"/>
        </w:rPr>
        <w:t>…………………………………………………………………………………………………………………………………………………………</w:t>
      </w:r>
      <w:r w:rsidR="00E71AB4">
        <w:rPr>
          <w:rFonts w:asciiTheme="majorHAnsi" w:eastAsiaTheme="minorHAnsi" w:hAnsiTheme="majorHAnsi" w:cstheme="majorHAnsi"/>
          <w:bCs/>
          <w:sz w:val="22"/>
          <w:lang w:val="pl-PL"/>
        </w:rPr>
        <w:t>………………………</w:t>
      </w:r>
    </w:p>
    <w:p w14:paraId="4FDD999F" w14:textId="71D74415" w:rsidR="009325D7" w:rsidRDefault="00B504E7" w:rsidP="009325D7">
      <w:pPr>
        <w:spacing w:before="120"/>
        <w:rPr>
          <w:rFonts w:asciiTheme="majorHAnsi" w:eastAsiaTheme="minorHAnsi" w:hAnsiTheme="majorHAnsi" w:cstheme="majorHAnsi"/>
          <w:bCs/>
          <w:sz w:val="22"/>
          <w:lang w:val="pl-PL"/>
        </w:rPr>
      </w:pPr>
      <w:r w:rsidRPr="00807806">
        <w:rPr>
          <w:rFonts w:asciiTheme="majorHAnsi" w:eastAsiaTheme="minorHAnsi" w:hAnsiTheme="majorHAnsi" w:cstheme="majorHAnsi"/>
          <w:bCs/>
          <w:sz w:val="22"/>
          <w:lang w:val="pl-PL"/>
        </w:rPr>
        <w:t>….……………………………………………………………………………………………………………………………………………………………………………</w:t>
      </w:r>
      <w:r w:rsidR="00EA4736">
        <w:rPr>
          <w:rFonts w:asciiTheme="majorHAnsi" w:eastAsiaTheme="minorHAnsi" w:hAnsiTheme="majorHAnsi" w:cstheme="majorHAnsi"/>
          <w:bCs/>
          <w:sz w:val="22"/>
          <w:lang w:val="pl-PL"/>
        </w:rPr>
        <w:t>..</w:t>
      </w:r>
    </w:p>
    <w:p w14:paraId="4E7FD2DF" w14:textId="7F6D7ACB" w:rsidR="00B504E7" w:rsidRPr="00807806" w:rsidRDefault="00B504E7" w:rsidP="009246D1">
      <w:pPr>
        <w:spacing w:before="120"/>
        <w:rPr>
          <w:rFonts w:asciiTheme="majorHAnsi" w:hAnsiTheme="majorHAnsi" w:cstheme="majorHAnsi"/>
          <w:bCs/>
          <w:sz w:val="24"/>
          <w:szCs w:val="24"/>
          <w:lang w:val="pl-PL"/>
        </w:rPr>
      </w:pPr>
      <w:r w:rsidRPr="00807806">
        <w:rPr>
          <w:rFonts w:asciiTheme="majorHAnsi" w:eastAsiaTheme="minorHAnsi" w:hAnsiTheme="majorHAnsi" w:cstheme="majorHAnsi"/>
          <w:bCs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3B49D44E" w14:textId="260CC3CB" w:rsidR="00B504E7" w:rsidRPr="00807806" w:rsidRDefault="00B504E7" w:rsidP="00B504E7">
      <w:pPr>
        <w:spacing w:before="240"/>
        <w:rPr>
          <w:rFonts w:asciiTheme="majorHAnsi" w:hAnsiTheme="majorHAnsi" w:cstheme="majorHAnsi"/>
          <w:bCs/>
          <w:sz w:val="24"/>
          <w:szCs w:val="24"/>
          <w:lang w:val="pl-PL"/>
        </w:rPr>
      </w:pPr>
      <w:r w:rsidRPr="00807806">
        <w:rPr>
          <w:rFonts w:asciiTheme="majorHAnsi" w:hAnsiTheme="majorHAnsi" w:cstheme="majorHAnsi"/>
          <w:bCs/>
          <w:sz w:val="24"/>
          <w:szCs w:val="24"/>
          <w:lang w:val="pl-PL"/>
        </w:rPr>
        <w:t>b)</w:t>
      </w:r>
      <w:r w:rsidR="008778D8">
        <w:rPr>
          <w:rFonts w:asciiTheme="majorHAnsi" w:hAnsiTheme="majorHAnsi" w:cstheme="majorHAnsi"/>
          <w:bCs/>
          <w:sz w:val="24"/>
          <w:szCs w:val="24"/>
          <w:lang w:val="pl-PL"/>
        </w:rPr>
        <w:t xml:space="preserve"> </w:t>
      </w:r>
      <w:r w:rsidRPr="00807806">
        <w:rPr>
          <w:rFonts w:asciiTheme="majorHAnsi" w:hAnsiTheme="majorHAnsi" w:cstheme="majorHAnsi"/>
          <w:bCs/>
          <w:sz w:val="24"/>
          <w:szCs w:val="24"/>
          <w:lang w:val="pl-PL"/>
        </w:rPr>
        <w:t>komunikowania się z osobą z niepełnosprawnością z wykorzystaniem stosowanej przez nią komunikacji wspomagającej lub alternatywnej (AAC), wymagającego od osoby świadczącej usługę znajomości tego sposobu komunikowania się.</w:t>
      </w:r>
    </w:p>
    <w:p w14:paraId="1E64ACB5" w14:textId="77777777" w:rsidR="00E71AB4" w:rsidRPr="00E71AB4" w:rsidRDefault="00E71AB4" w:rsidP="00E71AB4">
      <w:pPr>
        <w:spacing w:before="240"/>
        <w:rPr>
          <w:rFonts w:asciiTheme="majorHAnsi" w:hAnsiTheme="majorHAnsi" w:cstheme="majorHAnsi"/>
          <w:bCs/>
          <w:sz w:val="22"/>
          <w:lang w:val="pl-PL"/>
        </w:rPr>
      </w:pPr>
      <w:bookmarkStart w:id="10" w:name="_Hlk242702260"/>
      <w:r w:rsidRPr="00E71AB4">
        <w:rPr>
          <w:rFonts w:ascii="Segoe UI Symbol" w:hAnsi="Segoe UI Symbol" w:cs="Segoe UI Symbol"/>
          <w:bCs/>
          <w:sz w:val="22"/>
          <w:lang w:val="pl-PL"/>
        </w:rPr>
        <w:t>☐</w:t>
      </w:r>
      <w:r w:rsidRPr="00E71AB4">
        <w:rPr>
          <w:rFonts w:asciiTheme="majorHAnsi" w:hAnsiTheme="majorHAnsi" w:cstheme="majorHAnsi"/>
          <w:bCs/>
          <w:sz w:val="22"/>
          <w:lang w:val="pl-PL"/>
        </w:rPr>
        <w:t xml:space="preserve"> Nie</w:t>
      </w:r>
    </w:p>
    <w:p w14:paraId="174252AE" w14:textId="77777777" w:rsidR="00E71AB4" w:rsidRPr="00E71AB4" w:rsidRDefault="00E71AB4" w:rsidP="00E71AB4">
      <w:pPr>
        <w:spacing w:before="240"/>
        <w:rPr>
          <w:rFonts w:asciiTheme="majorHAnsi" w:hAnsiTheme="majorHAnsi" w:cstheme="majorHAnsi"/>
          <w:bCs/>
          <w:sz w:val="22"/>
          <w:lang w:val="pl-PL"/>
        </w:rPr>
      </w:pPr>
      <w:r w:rsidRPr="00E71AB4">
        <w:rPr>
          <w:rFonts w:ascii="Segoe UI Symbol" w:hAnsi="Segoe UI Symbol" w:cs="Segoe UI Symbol"/>
          <w:bCs/>
          <w:sz w:val="22"/>
          <w:lang w:val="pl-PL"/>
        </w:rPr>
        <w:t>☐</w:t>
      </w:r>
      <w:r w:rsidRPr="00E71AB4">
        <w:rPr>
          <w:rFonts w:asciiTheme="majorHAnsi" w:hAnsiTheme="majorHAnsi" w:cstheme="majorHAnsi"/>
          <w:bCs/>
          <w:sz w:val="22"/>
          <w:lang w:val="pl-PL"/>
        </w:rPr>
        <w:t xml:space="preserve"> Tak</w:t>
      </w:r>
    </w:p>
    <w:p w14:paraId="6891ED4C" w14:textId="77777777" w:rsidR="003F53D6" w:rsidRDefault="00E71AB4" w:rsidP="00E71AB4">
      <w:pPr>
        <w:spacing w:before="240"/>
        <w:rPr>
          <w:rFonts w:asciiTheme="majorHAnsi" w:hAnsiTheme="majorHAnsi" w:cstheme="majorHAnsi"/>
          <w:bCs/>
          <w:sz w:val="22"/>
          <w:lang w:val="pl-PL"/>
        </w:rPr>
      </w:pPr>
      <w:r w:rsidRPr="00E71AB4">
        <w:rPr>
          <w:rFonts w:asciiTheme="majorHAnsi" w:hAnsiTheme="majorHAnsi" w:cstheme="majorHAnsi"/>
          <w:bCs/>
          <w:sz w:val="22"/>
          <w:lang w:val="pl-PL"/>
        </w:rPr>
        <w:t xml:space="preserve">Jeżeli </w:t>
      </w:r>
      <w:r w:rsidRPr="00A42EF0">
        <w:rPr>
          <w:rFonts w:asciiTheme="majorHAnsi" w:hAnsiTheme="majorHAnsi" w:cstheme="majorHAnsi"/>
          <w:b/>
          <w:sz w:val="22"/>
          <w:lang w:val="pl-PL"/>
        </w:rPr>
        <w:t>Tak</w:t>
      </w:r>
      <w:r w:rsidRPr="00E71AB4">
        <w:rPr>
          <w:rFonts w:asciiTheme="majorHAnsi" w:hAnsiTheme="majorHAnsi" w:cstheme="majorHAnsi"/>
          <w:bCs/>
          <w:sz w:val="22"/>
          <w:lang w:val="pl-PL"/>
        </w:rPr>
        <w:t xml:space="preserve">, </w:t>
      </w:r>
      <w:r w:rsidR="003F53D6">
        <w:rPr>
          <w:rFonts w:asciiTheme="majorHAnsi" w:hAnsiTheme="majorHAnsi" w:cstheme="majorHAnsi"/>
          <w:bCs/>
          <w:sz w:val="22"/>
          <w:lang w:val="pl-PL"/>
        </w:rPr>
        <w:t xml:space="preserve">należy </w:t>
      </w:r>
      <w:r w:rsidRPr="00E71AB4">
        <w:rPr>
          <w:rFonts w:asciiTheme="majorHAnsi" w:hAnsiTheme="majorHAnsi" w:cstheme="majorHAnsi"/>
          <w:bCs/>
          <w:sz w:val="22"/>
          <w:lang w:val="pl-PL"/>
        </w:rPr>
        <w:t>uzasadnić</w:t>
      </w:r>
      <w:r>
        <w:rPr>
          <w:rFonts w:asciiTheme="majorHAnsi" w:hAnsiTheme="majorHAnsi" w:cstheme="majorHAnsi"/>
          <w:bCs/>
          <w:sz w:val="22"/>
          <w:lang w:val="pl-PL"/>
        </w:rPr>
        <w:t xml:space="preserve">: </w:t>
      </w:r>
    </w:p>
    <w:p w14:paraId="6055F143" w14:textId="6DB80C7B" w:rsidR="009325D7" w:rsidRDefault="00B504E7" w:rsidP="00E71AB4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</w:t>
      </w:r>
      <w:r w:rsidR="002B1AA4">
        <w:rPr>
          <w:rFonts w:asciiTheme="majorHAnsi" w:eastAsiaTheme="minorHAnsi" w:hAnsiTheme="majorHAnsi" w:cstheme="majorHAnsi"/>
          <w:sz w:val="22"/>
          <w:lang w:val="pl-PL"/>
        </w:rPr>
        <w:t>……………………...</w:t>
      </w:r>
    </w:p>
    <w:p w14:paraId="3E029F1E" w14:textId="1B917278" w:rsidR="009325D7" w:rsidRDefault="00B504E7" w:rsidP="009325D7">
      <w:pPr>
        <w:spacing w:before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….……………………………………………………………………………………………………………………………………………………………………………</w:t>
      </w:r>
      <w:r w:rsidR="00EA4736">
        <w:rPr>
          <w:rFonts w:asciiTheme="majorHAnsi" w:eastAsiaTheme="minorHAnsi" w:hAnsiTheme="majorHAnsi" w:cstheme="majorHAnsi"/>
          <w:sz w:val="22"/>
          <w:lang w:val="pl-PL"/>
        </w:rPr>
        <w:t>..</w:t>
      </w:r>
    </w:p>
    <w:p w14:paraId="4F93C170" w14:textId="059F0663" w:rsidR="00B504E7" w:rsidRDefault="00B504E7" w:rsidP="009325D7">
      <w:pPr>
        <w:spacing w:before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</w:t>
      </w:r>
    </w:p>
    <w:bookmarkEnd w:id="10"/>
    <w:p w14:paraId="40C4B831" w14:textId="1C654838" w:rsidR="009325D7" w:rsidRDefault="009325D7" w:rsidP="009246D1">
      <w:pPr>
        <w:spacing w:before="240"/>
        <w:rPr>
          <w:rFonts w:asciiTheme="majorHAnsi" w:hAnsiTheme="majorHAnsi" w:cstheme="majorHAnsi"/>
          <w:bCs/>
          <w:sz w:val="24"/>
          <w:szCs w:val="24"/>
          <w:lang w:val="pl-PL"/>
        </w:rPr>
      </w:pPr>
      <w:r w:rsidRPr="009246D1">
        <w:rPr>
          <w:rFonts w:asciiTheme="majorHAnsi" w:hAnsiTheme="majorHAnsi" w:cstheme="majorHAnsi"/>
          <w:bCs/>
          <w:sz w:val="24"/>
          <w:szCs w:val="24"/>
          <w:lang w:val="pl-PL"/>
        </w:rPr>
        <w:t>c) inne: …………………………………………………………………………………………………………………………………………………</w:t>
      </w:r>
      <w:r w:rsidR="00EA4736">
        <w:rPr>
          <w:rFonts w:asciiTheme="majorHAnsi" w:hAnsiTheme="majorHAnsi" w:cstheme="majorHAnsi"/>
          <w:bCs/>
          <w:sz w:val="24"/>
          <w:szCs w:val="24"/>
          <w:lang w:val="pl-PL"/>
        </w:rPr>
        <w:t>…..</w:t>
      </w:r>
    </w:p>
    <w:p w14:paraId="76C53922" w14:textId="77777777" w:rsidR="00EA4736" w:rsidRDefault="00EA4736" w:rsidP="00EA4736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Theme="majorHAnsi" w:eastAsiaTheme="minorHAnsi" w:hAnsiTheme="majorHAnsi" w:cstheme="majorHAnsi"/>
          <w:sz w:val="22"/>
          <w:lang w:val="pl-PL"/>
        </w:rPr>
        <w:t>..</w:t>
      </w:r>
    </w:p>
    <w:p w14:paraId="072DCDC8" w14:textId="77777777" w:rsidR="00EA4736" w:rsidRDefault="00EA4736" w:rsidP="00EA4736">
      <w:pPr>
        <w:spacing w:before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….……………………………………………………………………………………………………………………………………………………………………………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eastAsiaTheme="minorHAnsi" w:hAnsiTheme="majorHAnsi" w:cstheme="majorHAnsi"/>
          <w:sz w:val="22"/>
          <w:lang w:val="pl-PL"/>
        </w:rPr>
        <w:t>..</w:t>
      </w:r>
    </w:p>
    <w:p w14:paraId="033C3206" w14:textId="77777777" w:rsidR="00EA4736" w:rsidRDefault="00EA4736" w:rsidP="00EA4736">
      <w:pPr>
        <w:spacing w:before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3930A07A" w14:textId="189BE143" w:rsidR="00D03A5E" w:rsidRPr="000516A1" w:rsidRDefault="00761B04" w:rsidP="00D03A5E">
      <w:pPr>
        <w:spacing w:before="240"/>
        <w:rPr>
          <w:rFonts w:asciiTheme="majorHAnsi" w:hAnsiTheme="majorHAnsi" w:cstheme="majorHAnsi"/>
          <w:b/>
          <w:sz w:val="24"/>
          <w:szCs w:val="24"/>
          <w:lang w:val="pl-PL"/>
        </w:rPr>
      </w:pP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V</w:t>
      </w:r>
      <w:r w:rsidR="00B504E7">
        <w:rPr>
          <w:rFonts w:asciiTheme="majorHAnsi" w:hAnsiTheme="majorHAnsi" w:cstheme="majorHAnsi"/>
          <w:b/>
          <w:sz w:val="24"/>
          <w:szCs w:val="24"/>
          <w:lang w:val="pl-PL"/>
        </w:rPr>
        <w:t>I</w:t>
      </w:r>
      <w:r w:rsidR="008778D8">
        <w:rPr>
          <w:rFonts w:asciiTheme="majorHAnsi" w:hAnsiTheme="majorHAnsi" w:cstheme="majorHAnsi"/>
          <w:b/>
          <w:sz w:val="24"/>
          <w:szCs w:val="24"/>
          <w:lang w:val="pl-PL"/>
        </w:rPr>
        <w:t>I</w:t>
      </w:r>
      <w:r w:rsidR="00D03A5E"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. </w:t>
      </w:r>
      <w:r w:rsidR="00967F08"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OCENA </w:t>
      </w:r>
      <w:r w:rsidR="00D03A5E" w:rsidRPr="000516A1">
        <w:rPr>
          <w:rFonts w:asciiTheme="majorHAnsi" w:hAnsiTheme="majorHAnsi" w:cstheme="majorHAnsi"/>
          <w:b/>
          <w:sz w:val="24"/>
          <w:szCs w:val="24"/>
          <w:lang w:val="pl-PL"/>
        </w:rPr>
        <w:t>POZIOM</w:t>
      </w:r>
      <w:r w:rsidR="00967F08" w:rsidRPr="000516A1">
        <w:rPr>
          <w:rFonts w:asciiTheme="majorHAnsi" w:hAnsiTheme="majorHAnsi" w:cstheme="majorHAnsi"/>
          <w:b/>
          <w:sz w:val="24"/>
          <w:szCs w:val="24"/>
          <w:lang w:val="pl-PL"/>
        </w:rPr>
        <w:t>U</w:t>
      </w:r>
      <w:r w:rsidR="00D03A5E"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 SAMODZIELNOŚCI</w:t>
      </w:r>
      <w:r w:rsidR="007F52AD"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 OSOBY Z NIEPEŁNOSPRAWNOŚCIĄ</w:t>
      </w:r>
      <w:r w:rsidR="00D03A5E" w:rsidRPr="000516A1">
        <w:rPr>
          <w:rFonts w:asciiTheme="majorHAnsi" w:hAnsiTheme="majorHAnsi" w:cstheme="majorHAnsi"/>
          <w:b/>
          <w:sz w:val="24"/>
          <w:szCs w:val="24"/>
          <w:lang w:val="pl-PL"/>
        </w:rPr>
        <w:t>:</w:t>
      </w:r>
    </w:p>
    <w:p w14:paraId="363B362A" w14:textId="596493AC" w:rsidR="00967F08" w:rsidRPr="005536CE" w:rsidRDefault="00553B07" w:rsidP="00967F08">
      <w:pPr>
        <w:pStyle w:val="NormalnyWeb"/>
        <w:spacing w:before="120" w:beforeAutospacing="0" w:after="120" w:afterAutospacing="0"/>
        <w:rPr>
          <w:rFonts w:asciiTheme="majorHAnsi" w:hAnsiTheme="majorHAnsi" w:cstheme="majorHAnsi"/>
          <w:bCs/>
          <w:i/>
          <w:iCs/>
          <w:sz w:val="22"/>
        </w:rPr>
      </w:pPr>
      <w:r w:rsidRPr="005536CE">
        <w:rPr>
          <w:rFonts w:asciiTheme="majorHAnsi" w:hAnsiTheme="majorHAnsi" w:cstheme="majorHAnsi"/>
          <w:bCs/>
          <w:i/>
          <w:iCs/>
          <w:sz w:val="22"/>
        </w:rPr>
        <w:t xml:space="preserve">Oceny poziomu samodzielności osoby </w:t>
      </w:r>
      <w:r w:rsidR="008116B6">
        <w:rPr>
          <w:rFonts w:asciiTheme="majorHAnsi" w:hAnsiTheme="majorHAnsi" w:cstheme="majorHAnsi"/>
          <w:bCs/>
          <w:i/>
          <w:iCs/>
          <w:sz w:val="22"/>
        </w:rPr>
        <w:t>z niepełnosprawnością</w:t>
      </w:r>
      <w:r w:rsidR="00041451">
        <w:rPr>
          <w:rFonts w:asciiTheme="majorHAnsi" w:hAnsiTheme="majorHAnsi" w:cstheme="majorHAnsi"/>
          <w:bCs/>
          <w:i/>
          <w:iCs/>
          <w:sz w:val="22"/>
        </w:rPr>
        <w:t>,</w:t>
      </w:r>
      <w:r w:rsidR="008116B6">
        <w:rPr>
          <w:rFonts w:asciiTheme="majorHAnsi" w:hAnsiTheme="majorHAnsi" w:cstheme="majorHAnsi"/>
          <w:bCs/>
          <w:i/>
          <w:iCs/>
          <w:sz w:val="22"/>
        </w:rPr>
        <w:t xml:space="preserve"> </w:t>
      </w:r>
      <w:r w:rsidR="008116B6" w:rsidRPr="00113698">
        <w:rPr>
          <w:rFonts w:asciiTheme="majorHAnsi" w:hAnsiTheme="majorHAnsi" w:cstheme="majorHAnsi"/>
          <w:bCs/>
          <w:i/>
          <w:iCs/>
          <w:sz w:val="22"/>
        </w:rPr>
        <w:t xml:space="preserve">nad którą członek rodziny/opiekun </w:t>
      </w:r>
      <w:r w:rsidR="00EA4736" w:rsidRPr="00EA4736">
        <w:rPr>
          <w:rFonts w:asciiTheme="majorHAnsi" w:hAnsiTheme="majorHAnsi" w:cstheme="majorHAnsi"/>
          <w:bCs/>
          <w:i/>
          <w:iCs/>
          <w:sz w:val="22"/>
        </w:rPr>
        <w:t xml:space="preserve">osoby z niepełnosprawnością </w:t>
      </w:r>
      <w:r w:rsidR="008116B6" w:rsidRPr="00113698">
        <w:rPr>
          <w:rFonts w:asciiTheme="majorHAnsi" w:hAnsiTheme="majorHAnsi" w:cstheme="majorHAnsi"/>
          <w:bCs/>
          <w:i/>
          <w:iCs/>
          <w:sz w:val="22"/>
        </w:rPr>
        <w:t>sprawuje opiekę</w:t>
      </w:r>
      <w:r w:rsidR="008116B6" w:rsidRPr="005536CE" w:rsidDel="008116B6">
        <w:rPr>
          <w:rFonts w:asciiTheme="majorHAnsi" w:hAnsiTheme="majorHAnsi" w:cstheme="majorHAnsi"/>
          <w:bCs/>
          <w:i/>
          <w:iCs/>
          <w:sz w:val="22"/>
        </w:rPr>
        <w:t xml:space="preserve"> </w:t>
      </w:r>
      <w:r w:rsidR="00603AA3" w:rsidRPr="00603AA3">
        <w:rPr>
          <w:rFonts w:asciiTheme="majorHAnsi" w:hAnsiTheme="majorHAnsi" w:cstheme="majorHAnsi"/>
          <w:bCs/>
          <w:i/>
          <w:iCs/>
          <w:sz w:val="22"/>
        </w:rPr>
        <w:t>należy dokonać z uwzględnieniem zakresu samodzielnie wykonywanych czynności życia codziennego, stopnia niezbędnego udziału osoby wspierającej, częstotliwości potrzeby bezpośredniego wsparcia oraz zdolności do samodzielnego funkcjonowania w znanych, nowych lub zmieniających się sytuacjach i warunkach</w:t>
      </w:r>
      <w:r w:rsidR="008116B6">
        <w:rPr>
          <w:rFonts w:asciiTheme="majorHAnsi" w:hAnsiTheme="majorHAnsi" w:cstheme="majorHAnsi"/>
          <w:bCs/>
          <w:i/>
          <w:iCs/>
          <w:sz w:val="22"/>
        </w:rPr>
        <w:t>.</w:t>
      </w:r>
    </w:p>
    <w:p w14:paraId="653E8A1C" w14:textId="76D3B8D4" w:rsidR="00AA5214" w:rsidRPr="005536CE" w:rsidRDefault="00AA5214" w:rsidP="00967F08">
      <w:pPr>
        <w:pStyle w:val="NormalnyWeb"/>
        <w:spacing w:before="120" w:beforeAutospacing="0" w:after="120" w:afterAutospacing="0"/>
        <w:rPr>
          <w:rFonts w:asciiTheme="majorHAnsi" w:hAnsiTheme="majorHAnsi" w:cstheme="majorHAnsi"/>
          <w:i/>
          <w:iCs/>
          <w:sz w:val="22"/>
          <w:szCs w:val="22"/>
        </w:rPr>
      </w:pP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Przy ocenie poziomu samodzielności należy brać pod uwagę ograniczenia wynikające z niepełnosprawności, a nie np. z wieku osoby. </w:t>
      </w:r>
      <w:r w:rsidR="00D15ED9" w:rsidRPr="00D15ED9">
        <w:rPr>
          <w:rFonts w:asciiTheme="majorHAnsi" w:hAnsiTheme="majorHAnsi" w:cstheme="majorHAnsi"/>
          <w:i/>
          <w:iCs/>
          <w:sz w:val="22"/>
          <w:szCs w:val="22"/>
        </w:rPr>
        <w:t>W przypadku np. dzieci z niepełnosprawnością należy uwzględnić, czy potrzebują one większego wsparcia niż inne dzieci w podobnym wieku</w:t>
      </w:r>
      <w:r w:rsidR="00C874E2">
        <w:rPr>
          <w:rFonts w:asciiTheme="majorHAnsi" w:hAnsiTheme="majorHAnsi" w:cstheme="majorHAnsi"/>
          <w:i/>
          <w:iCs/>
          <w:sz w:val="22"/>
          <w:szCs w:val="22"/>
        </w:rPr>
        <w:t>.</w:t>
      </w:r>
    </w:p>
    <w:p w14:paraId="2F7ABAB6" w14:textId="6AD6F696" w:rsidR="00D03A5E" w:rsidRPr="009246D1" w:rsidRDefault="00D03A5E" w:rsidP="002C4A33">
      <w:pPr>
        <w:spacing w:before="240"/>
        <w:ind w:left="426" w:hanging="426"/>
        <w:rPr>
          <w:rFonts w:asciiTheme="majorHAnsi" w:eastAsiaTheme="minorHAnsi" w:hAnsiTheme="majorHAnsi" w:cstheme="majorHAnsi"/>
          <w:b/>
          <w:bCs/>
          <w:sz w:val="22"/>
          <w:lang w:val="pl-PL"/>
        </w:rPr>
      </w:pPr>
      <w:r w:rsidRPr="009246D1">
        <w:rPr>
          <w:rFonts w:asciiTheme="majorHAnsi" w:eastAsiaTheme="minorHAnsi" w:hAnsiTheme="majorHAnsi" w:cstheme="majorHAnsi"/>
          <w:b/>
          <w:bCs/>
          <w:sz w:val="22"/>
          <w:lang w:val="pl-PL"/>
        </w:rPr>
        <w:t>1.</w:t>
      </w:r>
      <w:r w:rsidRPr="009246D1">
        <w:rPr>
          <w:rFonts w:asciiTheme="majorHAnsi" w:hAnsiTheme="majorHAnsi" w:cstheme="majorHAnsi"/>
          <w:b/>
          <w:bCs/>
          <w:sz w:val="22"/>
          <w:lang w:val="pl-PL"/>
        </w:rPr>
        <w:tab/>
      </w:r>
      <w:r w:rsidR="00E9363D" w:rsidRPr="009246D1">
        <w:rPr>
          <w:rFonts w:asciiTheme="majorHAnsi" w:hAnsiTheme="majorHAnsi" w:cstheme="majorHAnsi"/>
          <w:b/>
          <w:bCs/>
          <w:sz w:val="22"/>
          <w:lang w:val="pl-PL"/>
        </w:rPr>
        <w:t>Zakres samodzielnego wykonywania czynności</w:t>
      </w:r>
      <w:r w:rsidR="00E9363D" w:rsidRPr="009246D1" w:rsidDel="00EC72F2">
        <w:rPr>
          <w:rFonts w:asciiTheme="majorHAnsi" w:hAnsiTheme="majorHAnsi" w:cstheme="majorHAnsi"/>
          <w:b/>
          <w:bCs/>
          <w:sz w:val="22"/>
          <w:lang w:val="pl-PL"/>
        </w:rPr>
        <w:t xml:space="preserve"> </w:t>
      </w:r>
      <w:r w:rsidR="00596F91" w:rsidRPr="009246D1">
        <w:rPr>
          <w:rFonts w:asciiTheme="majorHAnsi" w:hAnsiTheme="majorHAnsi" w:cstheme="majorHAnsi"/>
          <w:b/>
          <w:bCs/>
          <w:sz w:val="22"/>
          <w:lang w:val="pl-PL"/>
        </w:rPr>
        <w:t>życia codziennego</w:t>
      </w:r>
    </w:p>
    <w:p w14:paraId="1180AA0E" w14:textId="0CF25BD0" w:rsidR="00D03A5E" w:rsidRPr="00113698" w:rsidRDefault="00D03A5E" w:rsidP="00D03A5E">
      <w:pPr>
        <w:rPr>
          <w:rFonts w:asciiTheme="majorHAnsi" w:eastAsiaTheme="minorHAnsi" w:hAnsiTheme="majorHAnsi" w:cstheme="majorHAnsi"/>
          <w:sz w:val="22"/>
          <w:lang w:val="pl-PL"/>
        </w:rPr>
      </w:pPr>
      <w:r w:rsidRPr="00113698">
        <w:rPr>
          <w:rFonts w:ascii="Segoe UI Symbol" w:eastAsiaTheme="minorHAnsi" w:hAnsi="Segoe UI Symbol" w:cs="Segoe UI Symbol"/>
          <w:b/>
          <w:bCs/>
          <w:sz w:val="22"/>
          <w:lang w:val="pl-PL"/>
        </w:rPr>
        <w:lastRenderedPageBreak/>
        <w:t>☐</w:t>
      </w:r>
      <w:r w:rsidRPr="00113698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E9363D" w:rsidRPr="00113698">
        <w:rPr>
          <w:rFonts w:asciiTheme="majorHAnsi" w:eastAsiaTheme="minorHAnsi" w:hAnsiTheme="majorHAnsi" w:cstheme="majorHAnsi"/>
          <w:sz w:val="22"/>
          <w:lang w:val="pl-PL"/>
        </w:rPr>
        <w:t xml:space="preserve">osoba wykonuje </w:t>
      </w:r>
      <w:r w:rsidR="00912F58" w:rsidRPr="00113698">
        <w:rPr>
          <w:rFonts w:asciiTheme="majorHAnsi" w:eastAsiaTheme="minorHAnsi" w:hAnsiTheme="majorHAnsi" w:cstheme="majorHAnsi"/>
          <w:sz w:val="22"/>
          <w:lang w:val="pl-PL"/>
        </w:rPr>
        <w:t xml:space="preserve">czynności </w:t>
      </w:r>
      <w:r w:rsidR="00E9363D" w:rsidRPr="00113698">
        <w:rPr>
          <w:rFonts w:asciiTheme="majorHAnsi" w:eastAsiaTheme="minorHAnsi" w:hAnsiTheme="majorHAnsi" w:cstheme="majorHAnsi"/>
          <w:sz w:val="22"/>
          <w:lang w:val="pl-PL"/>
        </w:rPr>
        <w:t>samodzielnie</w:t>
      </w:r>
      <w:r w:rsidR="00E9363D" w:rsidRPr="00113698" w:rsidDel="00EC72F2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B6776F" w:rsidRPr="00113698">
        <w:rPr>
          <w:rFonts w:asciiTheme="majorHAnsi" w:eastAsiaTheme="minorHAnsi" w:hAnsiTheme="majorHAnsi" w:cstheme="majorHAnsi"/>
          <w:sz w:val="22"/>
          <w:lang w:val="pl-PL"/>
        </w:rPr>
        <w:t>(0 pkt)</w:t>
      </w:r>
    </w:p>
    <w:p w14:paraId="1008A186" w14:textId="0E33AC24" w:rsidR="00D03A5E" w:rsidRPr="00113698" w:rsidRDefault="00D03A5E" w:rsidP="00D03A5E">
      <w:pPr>
        <w:rPr>
          <w:rFonts w:asciiTheme="majorHAnsi" w:eastAsiaTheme="minorHAnsi" w:hAnsiTheme="majorHAnsi" w:cstheme="majorHAnsi"/>
          <w:sz w:val="22"/>
          <w:lang w:val="pl-PL"/>
        </w:rPr>
      </w:pPr>
      <w:r w:rsidRPr="00113698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113698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E9363D" w:rsidRPr="00113698">
        <w:rPr>
          <w:rFonts w:asciiTheme="majorHAnsi" w:eastAsiaTheme="minorHAnsi" w:hAnsiTheme="majorHAnsi" w:cstheme="majorHAnsi"/>
          <w:sz w:val="22"/>
          <w:lang w:val="pl-PL"/>
        </w:rPr>
        <w:t>część czynności osoba wykonuje samodzielnie, a przy pozostałych wymaga wsparcia innej osoby</w:t>
      </w:r>
      <w:r w:rsidR="00E9363D" w:rsidRPr="00113698" w:rsidDel="00EC72F2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B6776F" w:rsidRPr="00113698">
        <w:rPr>
          <w:rFonts w:asciiTheme="majorHAnsi" w:eastAsiaTheme="minorHAnsi" w:hAnsiTheme="majorHAnsi" w:cstheme="majorHAnsi"/>
          <w:sz w:val="22"/>
          <w:lang w:val="pl-PL"/>
        </w:rPr>
        <w:t>(</w:t>
      </w:r>
      <w:r w:rsidR="005D5031" w:rsidRPr="00113698">
        <w:rPr>
          <w:rFonts w:asciiTheme="majorHAnsi" w:eastAsiaTheme="minorHAnsi" w:hAnsiTheme="majorHAnsi" w:cstheme="majorHAnsi"/>
          <w:sz w:val="22"/>
          <w:lang w:val="pl-PL"/>
        </w:rPr>
        <w:t>1</w:t>
      </w:r>
      <w:r w:rsidR="00B6776F" w:rsidRPr="00113698">
        <w:rPr>
          <w:rFonts w:asciiTheme="majorHAnsi" w:eastAsiaTheme="minorHAnsi" w:hAnsiTheme="majorHAnsi" w:cstheme="majorHAnsi"/>
          <w:sz w:val="22"/>
          <w:lang w:val="pl-PL"/>
        </w:rPr>
        <w:t xml:space="preserve"> pkt)</w:t>
      </w:r>
    </w:p>
    <w:p w14:paraId="36293B44" w14:textId="2F9EAF2D" w:rsidR="00D03A5E" w:rsidRPr="00113698" w:rsidRDefault="00D03A5E" w:rsidP="00D03A5E">
      <w:pPr>
        <w:rPr>
          <w:rFonts w:asciiTheme="majorHAnsi" w:eastAsiaTheme="minorHAnsi" w:hAnsiTheme="majorHAnsi" w:cstheme="majorHAnsi"/>
          <w:sz w:val="22"/>
          <w:lang w:val="pl-PL"/>
        </w:rPr>
      </w:pPr>
      <w:r w:rsidRPr="00113698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113698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E9363D" w:rsidRPr="00113698">
        <w:rPr>
          <w:rFonts w:asciiTheme="majorHAnsi" w:eastAsiaTheme="minorHAnsi" w:hAnsiTheme="majorHAnsi" w:cstheme="majorHAnsi"/>
          <w:sz w:val="22"/>
          <w:lang w:val="pl-PL"/>
        </w:rPr>
        <w:t>przy wykonywaniu większości czynności osoba wymaga bezpośredniego wsparcia innej osoby</w:t>
      </w:r>
      <w:r w:rsidR="00E9363D" w:rsidRPr="00113698" w:rsidDel="00EC72F2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B6776F" w:rsidRPr="00113698">
        <w:rPr>
          <w:rFonts w:asciiTheme="majorHAnsi" w:eastAsiaTheme="minorHAnsi" w:hAnsiTheme="majorHAnsi" w:cstheme="majorHAnsi"/>
          <w:sz w:val="22"/>
          <w:lang w:val="pl-PL"/>
        </w:rPr>
        <w:t>(</w:t>
      </w:r>
      <w:r w:rsidR="005D5031" w:rsidRPr="00113698">
        <w:rPr>
          <w:rFonts w:asciiTheme="majorHAnsi" w:eastAsiaTheme="minorHAnsi" w:hAnsiTheme="majorHAnsi" w:cstheme="majorHAnsi"/>
          <w:sz w:val="22"/>
          <w:lang w:val="pl-PL"/>
        </w:rPr>
        <w:t>2</w:t>
      </w:r>
      <w:r w:rsidR="00B6776F" w:rsidRPr="00113698">
        <w:rPr>
          <w:rFonts w:asciiTheme="majorHAnsi" w:eastAsiaTheme="minorHAnsi" w:hAnsiTheme="majorHAnsi" w:cstheme="majorHAnsi"/>
          <w:sz w:val="22"/>
          <w:lang w:val="pl-PL"/>
        </w:rPr>
        <w:t xml:space="preserve"> pkt)</w:t>
      </w:r>
    </w:p>
    <w:p w14:paraId="36175C3E" w14:textId="77777777" w:rsidR="00EA4736" w:rsidRDefault="00B6776F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113698">
        <w:rPr>
          <w:rFonts w:asciiTheme="majorHAnsi" w:hAnsiTheme="majorHAnsi" w:cstheme="majorHAnsi"/>
          <w:bCs/>
          <w:sz w:val="22"/>
          <w:lang w:val="pl-PL"/>
        </w:rPr>
        <w:t>Uzasadni</w:t>
      </w:r>
      <w:r w:rsidR="005D5031" w:rsidRPr="00113698">
        <w:rPr>
          <w:rFonts w:asciiTheme="majorHAnsi" w:hAnsiTheme="majorHAnsi" w:cstheme="majorHAnsi"/>
          <w:bCs/>
          <w:sz w:val="22"/>
          <w:lang w:val="pl-PL"/>
        </w:rPr>
        <w:t>e</w:t>
      </w:r>
      <w:r w:rsidRPr="00113698">
        <w:rPr>
          <w:rFonts w:asciiTheme="majorHAnsi" w:hAnsiTheme="majorHAnsi" w:cstheme="majorHAnsi"/>
          <w:bCs/>
          <w:sz w:val="22"/>
          <w:lang w:val="pl-PL"/>
        </w:rPr>
        <w:t>nie:</w:t>
      </w:r>
      <w:r w:rsidRPr="00113698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</w:t>
      </w:r>
      <w:r w:rsidR="005D5031" w:rsidRPr="00113698">
        <w:rPr>
          <w:rFonts w:asciiTheme="majorHAnsi" w:eastAsiaTheme="minorHAnsi" w:hAnsiTheme="majorHAnsi" w:cstheme="majorHAnsi"/>
          <w:sz w:val="22"/>
          <w:lang w:val="pl-PL"/>
        </w:rPr>
        <w:t>..</w:t>
      </w:r>
    </w:p>
    <w:p w14:paraId="14E3E6EE" w14:textId="77777777" w:rsidR="00EA4736" w:rsidRDefault="00B6776F" w:rsidP="00EA4736">
      <w:pPr>
        <w:spacing w:before="120"/>
        <w:rPr>
          <w:rFonts w:asciiTheme="majorHAnsi" w:eastAsiaTheme="minorHAnsi" w:hAnsiTheme="majorHAnsi" w:cstheme="majorHAnsi"/>
          <w:sz w:val="22"/>
          <w:lang w:val="pl-PL"/>
        </w:rPr>
      </w:pPr>
      <w:r w:rsidRPr="00113698">
        <w:rPr>
          <w:rFonts w:asciiTheme="majorHAnsi" w:eastAsiaTheme="minorHAnsi" w:hAnsiTheme="majorHAnsi" w:cstheme="majorHAnsi"/>
          <w:sz w:val="22"/>
          <w:lang w:val="pl-PL"/>
        </w:rPr>
        <w:t>….……………………………………………………………………………………………………………………………………………………………………………</w:t>
      </w:r>
      <w:r w:rsidR="005D5031" w:rsidRPr="00113698">
        <w:rPr>
          <w:rFonts w:asciiTheme="majorHAnsi" w:eastAsiaTheme="minorHAnsi" w:hAnsiTheme="majorHAnsi" w:cstheme="majorHAnsi"/>
          <w:sz w:val="22"/>
          <w:lang w:val="pl-PL"/>
        </w:rPr>
        <w:t>..</w:t>
      </w:r>
    </w:p>
    <w:p w14:paraId="03760D92" w14:textId="393A83ED" w:rsidR="00B6776F" w:rsidRPr="000516A1" w:rsidRDefault="00B6776F" w:rsidP="009246D1">
      <w:pPr>
        <w:spacing w:before="120"/>
        <w:rPr>
          <w:rFonts w:asciiTheme="majorHAnsi" w:eastAsiaTheme="minorHAnsi" w:hAnsiTheme="majorHAnsi" w:cstheme="majorHAnsi"/>
          <w:sz w:val="22"/>
          <w:lang w:val="pl-PL"/>
        </w:rPr>
      </w:pPr>
      <w:r w:rsidRPr="00113698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66D37246" w14:textId="73731A4A" w:rsidR="00D03A5E" w:rsidRPr="009246D1" w:rsidRDefault="00D03A5E">
      <w:pPr>
        <w:spacing w:before="240"/>
        <w:ind w:left="426" w:hanging="426"/>
        <w:rPr>
          <w:rFonts w:asciiTheme="majorHAnsi" w:eastAsiaTheme="minorHAnsi" w:hAnsiTheme="majorHAnsi" w:cstheme="majorHAnsi"/>
          <w:b/>
          <w:bCs/>
          <w:sz w:val="22"/>
          <w:lang w:val="pl-PL"/>
        </w:rPr>
      </w:pPr>
      <w:r w:rsidRPr="009246D1">
        <w:rPr>
          <w:rFonts w:asciiTheme="majorHAnsi" w:eastAsiaTheme="minorHAnsi" w:hAnsiTheme="majorHAnsi" w:cstheme="majorHAnsi"/>
          <w:b/>
          <w:bCs/>
          <w:sz w:val="22"/>
          <w:lang w:val="pl-PL"/>
        </w:rPr>
        <w:t>2.</w:t>
      </w:r>
      <w:r w:rsidRPr="009246D1">
        <w:rPr>
          <w:rFonts w:asciiTheme="majorHAnsi" w:hAnsiTheme="majorHAnsi" w:cstheme="majorHAnsi"/>
          <w:b/>
          <w:bCs/>
          <w:sz w:val="22"/>
          <w:lang w:val="pl-PL"/>
        </w:rPr>
        <w:tab/>
      </w:r>
      <w:r w:rsidR="00E9363D" w:rsidRPr="009246D1">
        <w:rPr>
          <w:rFonts w:asciiTheme="majorHAnsi" w:hAnsiTheme="majorHAnsi" w:cstheme="majorHAnsi"/>
          <w:b/>
          <w:bCs/>
          <w:sz w:val="22"/>
          <w:lang w:val="pl-PL"/>
        </w:rPr>
        <w:t>Stopień samodzielności przy wykonywaniu czynności wymagających wsparcia</w:t>
      </w:r>
      <w:r w:rsidR="00E9363D" w:rsidRPr="009246D1" w:rsidDel="00EC72F2">
        <w:rPr>
          <w:rFonts w:asciiTheme="majorHAnsi" w:hAnsiTheme="majorHAnsi" w:cstheme="majorHAnsi"/>
          <w:b/>
          <w:bCs/>
          <w:sz w:val="22"/>
          <w:lang w:val="pl-PL"/>
        </w:rPr>
        <w:t xml:space="preserve"> </w:t>
      </w:r>
    </w:p>
    <w:p w14:paraId="202E89F7" w14:textId="1D6F68F5" w:rsidR="00EC72F2" w:rsidRPr="000516A1" w:rsidRDefault="00EC72F2" w:rsidP="00EC72F2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E9363D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osoba wykonuje czynności zasadniczo samodzielnie, a udział osoby wspierającej jest niewielki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(0 pkt)</w:t>
      </w:r>
    </w:p>
    <w:p w14:paraId="346F8D4A" w14:textId="47E28240" w:rsidR="00EC72F2" w:rsidRPr="000516A1" w:rsidRDefault="00EC72F2" w:rsidP="00EC72F2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E9363D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osoba wykonuje czynności częściowo samodzielnie, przy istotnym udziale osoby wspierającej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(1 pkt)</w:t>
      </w:r>
    </w:p>
    <w:p w14:paraId="368C3171" w14:textId="47094245" w:rsidR="00EC72F2" w:rsidRPr="000516A1" w:rsidRDefault="00EC72F2" w:rsidP="00EC72F2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E9363D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wykonanie czynności wymaga w przeważającym zakresie bezpośredniego udziału osoby wspierającej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(2 pkt)</w:t>
      </w:r>
    </w:p>
    <w:p w14:paraId="6A45B3C1" w14:textId="77777777" w:rsidR="00EA4736" w:rsidRDefault="005D5031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…………………………………………………………………………………………………………………………………………………………..</w:t>
      </w:r>
    </w:p>
    <w:p w14:paraId="247E84A3" w14:textId="77777777" w:rsidR="00EA4736" w:rsidRDefault="005D5031" w:rsidP="00EA4736">
      <w:pPr>
        <w:spacing w:before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….……………………………………………………………………………………………………………………………………………………………………………..</w:t>
      </w:r>
    </w:p>
    <w:p w14:paraId="37F56099" w14:textId="0F0DEE60" w:rsidR="005D5031" w:rsidRPr="000516A1" w:rsidRDefault="005D5031" w:rsidP="009246D1">
      <w:pPr>
        <w:spacing w:before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552034C4" w14:textId="462BDD8F" w:rsidR="00D03A5E" w:rsidRPr="009246D1" w:rsidRDefault="00D03A5E">
      <w:pPr>
        <w:spacing w:before="240"/>
        <w:ind w:left="426" w:hanging="426"/>
        <w:rPr>
          <w:rFonts w:asciiTheme="majorHAnsi" w:eastAsiaTheme="minorHAnsi" w:hAnsiTheme="majorHAnsi" w:cstheme="majorHAnsi"/>
          <w:b/>
          <w:bCs/>
          <w:sz w:val="22"/>
          <w:lang w:val="pl-PL"/>
        </w:rPr>
      </w:pPr>
      <w:r w:rsidRPr="009246D1">
        <w:rPr>
          <w:rFonts w:asciiTheme="majorHAnsi" w:eastAsiaTheme="minorHAnsi" w:hAnsiTheme="majorHAnsi" w:cstheme="majorHAnsi"/>
          <w:b/>
          <w:bCs/>
          <w:sz w:val="22"/>
          <w:lang w:val="pl-PL"/>
        </w:rPr>
        <w:t>3.</w:t>
      </w:r>
      <w:r w:rsidRPr="009246D1">
        <w:rPr>
          <w:rFonts w:asciiTheme="majorHAnsi" w:hAnsiTheme="majorHAnsi" w:cstheme="majorHAnsi"/>
          <w:b/>
          <w:bCs/>
          <w:sz w:val="22"/>
          <w:lang w:val="pl-PL"/>
        </w:rPr>
        <w:tab/>
      </w:r>
      <w:r w:rsidR="00AA5214" w:rsidRPr="009246D1">
        <w:rPr>
          <w:rFonts w:asciiTheme="majorHAnsi" w:hAnsiTheme="majorHAnsi" w:cstheme="majorHAnsi"/>
          <w:b/>
          <w:bCs/>
          <w:sz w:val="22"/>
          <w:lang w:val="pl-PL"/>
        </w:rPr>
        <w:t>Częstotliwość korzystania ze wsparcia innej osoby</w:t>
      </w:r>
    </w:p>
    <w:p w14:paraId="118B46E6" w14:textId="0372BE05" w:rsidR="00EC72F2" w:rsidRPr="000516A1" w:rsidRDefault="00EC72F2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AA5214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pomoc innej osoby jest potrzebna tylko od czasu do czasu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(0 pkt)</w:t>
      </w:r>
    </w:p>
    <w:p w14:paraId="272B99C8" w14:textId="1CADCD25" w:rsidR="00EC72F2" w:rsidRPr="000516A1" w:rsidRDefault="00EC72F2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AA5214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pomoc innej osoby jest potrzebna w niektórych sytuacjach lub przy części czynności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(1 pkt)</w:t>
      </w:r>
    </w:p>
    <w:p w14:paraId="4EB75849" w14:textId="18417095" w:rsidR="00EC72F2" w:rsidRPr="000516A1" w:rsidRDefault="00EC72F2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AA5214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pomoc innej osoby jest potrzebna często, przy większości wykonywanych czynności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(2 pkt)</w:t>
      </w:r>
    </w:p>
    <w:p w14:paraId="05A096CE" w14:textId="77777777" w:rsidR="00EA4736" w:rsidRDefault="005D5031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…………………………………………………………………………………………………………………………………………………………..</w:t>
      </w:r>
    </w:p>
    <w:p w14:paraId="53A6732B" w14:textId="33669055" w:rsidR="00EA4736" w:rsidRDefault="005D5031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….…………………………………………………………………………………………………………………………………………………………………………….</w:t>
      </w:r>
      <w:r w:rsidR="00BC3A16">
        <w:rPr>
          <w:rFonts w:asciiTheme="majorHAnsi" w:eastAsiaTheme="minorHAnsi" w:hAnsiTheme="majorHAnsi" w:cstheme="majorHAnsi"/>
          <w:sz w:val="22"/>
          <w:lang w:val="pl-PL"/>
        </w:rPr>
        <w:t>.</w:t>
      </w:r>
    </w:p>
    <w:p w14:paraId="5DA8E9A5" w14:textId="7CC60478" w:rsidR="005D5031" w:rsidRDefault="005D5031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7DD6A0D9" w14:textId="1BF1E08E" w:rsidR="00CD382F" w:rsidRPr="009246D1" w:rsidRDefault="00CD382F" w:rsidP="00CD382F">
      <w:pPr>
        <w:spacing w:before="240"/>
        <w:ind w:left="426" w:hanging="426"/>
        <w:rPr>
          <w:rFonts w:asciiTheme="majorHAnsi" w:eastAsiaTheme="minorHAnsi" w:hAnsiTheme="majorHAnsi" w:cstheme="majorHAnsi"/>
          <w:b/>
          <w:bCs/>
          <w:sz w:val="22"/>
          <w:lang w:val="pl-PL"/>
        </w:rPr>
      </w:pPr>
      <w:r w:rsidRPr="009246D1">
        <w:rPr>
          <w:rFonts w:asciiTheme="majorHAnsi" w:eastAsiaTheme="minorHAnsi" w:hAnsiTheme="majorHAnsi" w:cstheme="majorHAnsi"/>
          <w:b/>
          <w:bCs/>
          <w:sz w:val="22"/>
          <w:lang w:val="pl-PL"/>
        </w:rPr>
        <w:t>4.</w:t>
      </w:r>
      <w:r w:rsidRPr="009246D1">
        <w:rPr>
          <w:rFonts w:asciiTheme="majorHAnsi" w:hAnsiTheme="majorHAnsi" w:cstheme="majorHAnsi"/>
          <w:b/>
          <w:bCs/>
          <w:sz w:val="22"/>
          <w:lang w:val="pl-PL"/>
        </w:rPr>
        <w:tab/>
        <w:t xml:space="preserve">Samodzielne funkcjonowanie w znanych i nowych </w:t>
      </w:r>
      <w:r w:rsidR="00596F91" w:rsidRPr="009246D1">
        <w:rPr>
          <w:rFonts w:asciiTheme="majorHAnsi" w:eastAsiaTheme="minorHAnsi" w:hAnsiTheme="majorHAnsi" w:cstheme="majorHAnsi"/>
          <w:b/>
          <w:bCs/>
          <w:sz w:val="22"/>
          <w:lang w:val="pl-PL"/>
        </w:rPr>
        <w:t>lub zmieniających się sytuacjach i</w:t>
      </w:r>
      <w:r w:rsidR="00596F91" w:rsidRPr="009246D1">
        <w:rPr>
          <w:rFonts w:asciiTheme="majorHAnsi" w:hAnsiTheme="majorHAnsi" w:cstheme="majorHAnsi"/>
          <w:b/>
          <w:bCs/>
          <w:sz w:val="22"/>
          <w:lang w:val="pl-PL"/>
        </w:rPr>
        <w:t xml:space="preserve"> </w:t>
      </w:r>
      <w:r w:rsidRPr="009246D1">
        <w:rPr>
          <w:rFonts w:asciiTheme="majorHAnsi" w:hAnsiTheme="majorHAnsi" w:cstheme="majorHAnsi"/>
          <w:b/>
          <w:bCs/>
          <w:sz w:val="22"/>
          <w:lang w:val="pl-PL"/>
        </w:rPr>
        <w:t>warunkach</w:t>
      </w:r>
    </w:p>
    <w:p w14:paraId="2DE5A3FD" w14:textId="01A7FEC7" w:rsidR="00CD382F" w:rsidRPr="000516A1" w:rsidRDefault="00CD382F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osoba zachowuje samodzielność zarówno w znanych, jak i nowych lub zmieniających się sytuacjach i warunkach (0 pkt)</w:t>
      </w:r>
    </w:p>
    <w:p w14:paraId="5DD0DDD3" w14:textId="3A68115B" w:rsidR="00CD382F" w:rsidRPr="000516A1" w:rsidRDefault="00CD382F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osoba funkcjonuje samodzielnie lub z niewielkim wsparciem w znanych sobie sytuacjach i warunkach, natomiast w nowych lub zmieniających się sytuacjach wymaga większego wsparcia innej osoby (1 pkt)</w:t>
      </w:r>
    </w:p>
    <w:p w14:paraId="30DADB58" w14:textId="6B2AAB53" w:rsidR="00CD382F" w:rsidRPr="000516A1" w:rsidRDefault="00CD382F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osoba wymaga znacznego wsparcia innej osoby również w znanych sobie sytuacjach i warunkach, a w nowych lub zmieniających się sytuacjach zakres potrzebnego wsparcia może być jeszcze większy (2 pkt)</w:t>
      </w:r>
    </w:p>
    <w:p w14:paraId="2BA08D21" w14:textId="77777777" w:rsidR="00EA4736" w:rsidRDefault="00CD382F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…………………………………………………………………………………………………………………………………………………………..</w:t>
      </w:r>
    </w:p>
    <w:p w14:paraId="0BF683DA" w14:textId="00BBD557" w:rsidR="00EA4736" w:rsidRDefault="00CD382F" w:rsidP="00EA4736">
      <w:pPr>
        <w:spacing w:before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….…………………………………………………………………………………………………………………………………………………………………………….</w:t>
      </w:r>
      <w:r w:rsidR="00BC3A16">
        <w:rPr>
          <w:rFonts w:asciiTheme="majorHAnsi" w:eastAsiaTheme="minorHAnsi" w:hAnsiTheme="majorHAnsi" w:cstheme="majorHAnsi"/>
          <w:sz w:val="22"/>
          <w:lang w:val="pl-PL"/>
        </w:rPr>
        <w:t>.</w:t>
      </w:r>
    </w:p>
    <w:p w14:paraId="07C89CE9" w14:textId="4952E3B5" w:rsidR="00CD382F" w:rsidRPr="000516A1" w:rsidRDefault="00CD382F" w:rsidP="009246D1">
      <w:pPr>
        <w:spacing w:before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20E80FFA" w14:textId="40F41085" w:rsidR="005D5031" w:rsidRPr="000516A1" w:rsidRDefault="00EC72F2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Łączna liczba punktów uzyskanych w </w:t>
      </w:r>
      <w:r w:rsidR="00F27C14" w:rsidRPr="000516A1">
        <w:rPr>
          <w:rFonts w:asciiTheme="majorHAnsi" w:eastAsiaTheme="minorHAnsi" w:hAnsiTheme="majorHAnsi" w:cstheme="majorHAnsi"/>
          <w:sz w:val="22"/>
          <w:lang w:val="pl-PL"/>
        </w:rPr>
        <w:t>części</w:t>
      </w:r>
      <w:r w:rsidR="005D5031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V</w:t>
      </w:r>
      <w:r w:rsidR="008778D8">
        <w:rPr>
          <w:rFonts w:asciiTheme="majorHAnsi" w:eastAsiaTheme="minorHAnsi" w:hAnsiTheme="majorHAnsi" w:cstheme="majorHAnsi"/>
          <w:sz w:val="22"/>
          <w:lang w:val="pl-PL"/>
        </w:rPr>
        <w:t>II</w:t>
      </w:r>
      <w:r w:rsidR="005D5031" w:rsidRPr="000516A1">
        <w:rPr>
          <w:rFonts w:asciiTheme="majorHAnsi" w:eastAsiaTheme="minorHAnsi" w:hAnsiTheme="majorHAnsi" w:cstheme="majorHAnsi"/>
          <w:sz w:val="22"/>
          <w:lang w:val="pl-PL"/>
        </w:rPr>
        <w:t>: ……….</w:t>
      </w:r>
      <w:r w:rsidR="003F1EE2" w:rsidRPr="000516A1">
        <w:rPr>
          <w:rFonts w:asciiTheme="majorHAnsi" w:eastAsiaTheme="minorHAnsi" w:hAnsiTheme="majorHAnsi" w:cstheme="majorHAnsi"/>
          <w:sz w:val="22"/>
          <w:lang w:val="pl-PL"/>
        </w:rPr>
        <w:t>/</w:t>
      </w:r>
      <w:r w:rsidR="00CD382F" w:rsidRPr="000516A1">
        <w:rPr>
          <w:rFonts w:asciiTheme="majorHAnsi" w:eastAsiaTheme="minorHAnsi" w:hAnsiTheme="majorHAnsi" w:cstheme="majorHAnsi"/>
          <w:sz w:val="22"/>
          <w:lang w:val="pl-PL"/>
        </w:rPr>
        <w:t>8</w:t>
      </w:r>
      <w:r w:rsidR="005D5031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pkt.</w:t>
      </w:r>
    </w:p>
    <w:p w14:paraId="2CEFBCBA" w14:textId="3E845BB6" w:rsidR="00F85714" w:rsidRPr="00113698" w:rsidRDefault="00F85714" w:rsidP="00912F58">
      <w:pPr>
        <w:spacing w:before="24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113698">
        <w:rPr>
          <w:rFonts w:asciiTheme="majorHAnsi" w:hAnsiTheme="majorHAnsi" w:cstheme="majorHAnsi"/>
          <w:b/>
          <w:sz w:val="24"/>
          <w:szCs w:val="24"/>
          <w:lang w:val="pl-PL"/>
        </w:rPr>
        <w:t>VI</w:t>
      </w:r>
      <w:r w:rsidR="00B504E7">
        <w:rPr>
          <w:rFonts w:asciiTheme="majorHAnsi" w:hAnsiTheme="majorHAnsi" w:cstheme="majorHAnsi"/>
          <w:b/>
          <w:sz w:val="24"/>
          <w:szCs w:val="24"/>
          <w:lang w:val="pl-PL"/>
        </w:rPr>
        <w:t>I</w:t>
      </w:r>
      <w:r w:rsidR="008778D8">
        <w:rPr>
          <w:rFonts w:asciiTheme="majorHAnsi" w:hAnsiTheme="majorHAnsi" w:cstheme="majorHAnsi"/>
          <w:b/>
          <w:sz w:val="24"/>
          <w:szCs w:val="24"/>
          <w:lang w:val="pl-PL"/>
        </w:rPr>
        <w:t>I</w:t>
      </w:r>
      <w:r w:rsidRPr="00113698">
        <w:rPr>
          <w:rFonts w:asciiTheme="majorHAnsi" w:hAnsiTheme="majorHAnsi" w:cstheme="majorHAnsi"/>
          <w:b/>
          <w:sz w:val="24"/>
          <w:szCs w:val="24"/>
          <w:lang w:val="pl-PL"/>
        </w:rPr>
        <w:t>. WYNIKI OCENY:</w:t>
      </w:r>
    </w:p>
    <w:p w14:paraId="62AFE1C6" w14:textId="46845199" w:rsidR="00F85714" w:rsidRPr="00113698" w:rsidRDefault="00166654" w:rsidP="00F85714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113698">
        <w:rPr>
          <w:rFonts w:asciiTheme="majorHAnsi" w:eastAsiaTheme="minorHAnsi" w:hAnsiTheme="majorHAnsi" w:cstheme="majorHAnsi"/>
          <w:sz w:val="22"/>
          <w:lang w:val="pl-PL"/>
        </w:rPr>
        <w:t xml:space="preserve">Łączna liczba punktów uzyskanych w części </w:t>
      </w:r>
      <w:r w:rsidR="00F85714" w:rsidRPr="00113698">
        <w:rPr>
          <w:rFonts w:asciiTheme="majorHAnsi" w:eastAsiaTheme="minorHAnsi" w:hAnsiTheme="majorHAnsi" w:cstheme="majorHAnsi"/>
          <w:sz w:val="22"/>
          <w:lang w:val="pl-PL"/>
        </w:rPr>
        <w:t>III, IV</w:t>
      </w:r>
      <w:r w:rsidR="008778D8">
        <w:rPr>
          <w:rFonts w:asciiTheme="majorHAnsi" w:eastAsiaTheme="minorHAnsi" w:hAnsiTheme="majorHAnsi" w:cstheme="majorHAnsi"/>
          <w:sz w:val="22"/>
          <w:lang w:val="pl-PL"/>
        </w:rPr>
        <w:t>,</w:t>
      </w:r>
      <w:r w:rsidR="00F85714" w:rsidRPr="00113698">
        <w:rPr>
          <w:rFonts w:asciiTheme="majorHAnsi" w:eastAsiaTheme="minorHAnsi" w:hAnsiTheme="majorHAnsi" w:cstheme="majorHAnsi"/>
          <w:sz w:val="22"/>
          <w:lang w:val="pl-PL"/>
        </w:rPr>
        <w:t xml:space="preserve"> V</w:t>
      </w:r>
      <w:r w:rsidR="008778D8">
        <w:rPr>
          <w:rFonts w:asciiTheme="majorHAnsi" w:eastAsiaTheme="minorHAnsi" w:hAnsiTheme="majorHAnsi" w:cstheme="majorHAnsi"/>
          <w:sz w:val="22"/>
          <w:lang w:val="pl-PL"/>
        </w:rPr>
        <w:t xml:space="preserve"> i VII</w:t>
      </w:r>
      <w:r w:rsidR="00F85714" w:rsidRPr="00113698">
        <w:rPr>
          <w:rFonts w:asciiTheme="majorHAnsi" w:eastAsiaTheme="minorHAnsi" w:hAnsiTheme="majorHAnsi" w:cstheme="majorHAnsi"/>
          <w:sz w:val="22"/>
          <w:lang w:val="pl-PL"/>
        </w:rPr>
        <w:t>: ……….</w:t>
      </w:r>
      <w:r w:rsidR="00117C96" w:rsidRPr="00113698">
        <w:rPr>
          <w:rFonts w:asciiTheme="majorHAnsi" w:eastAsiaTheme="minorHAnsi" w:hAnsiTheme="majorHAnsi" w:cstheme="majorHAnsi"/>
          <w:sz w:val="22"/>
          <w:lang w:val="pl-PL"/>
        </w:rPr>
        <w:t>/</w:t>
      </w:r>
      <w:r w:rsidR="00D436A1">
        <w:rPr>
          <w:rFonts w:asciiTheme="majorHAnsi" w:eastAsiaTheme="minorHAnsi" w:hAnsiTheme="majorHAnsi" w:cstheme="majorHAnsi"/>
          <w:sz w:val="22"/>
          <w:lang w:val="pl-PL"/>
        </w:rPr>
        <w:t>3</w:t>
      </w:r>
      <w:r w:rsidRPr="00113698">
        <w:rPr>
          <w:rFonts w:asciiTheme="majorHAnsi" w:eastAsiaTheme="minorHAnsi" w:hAnsiTheme="majorHAnsi" w:cstheme="majorHAnsi"/>
          <w:sz w:val="22"/>
          <w:lang w:val="pl-PL"/>
        </w:rPr>
        <w:t>4</w:t>
      </w:r>
      <w:r w:rsidR="00F85714" w:rsidRPr="00113698">
        <w:rPr>
          <w:rFonts w:asciiTheme="majorHAnsi" w:eastAsiaTheme="minorHAnsi" w:hAnsiTheme="majorHAnsi" w:cstheme="majorHAnsi"/>
          <w:sz w:val="22"/>
          <w:lang w:val="pl-PL"/>
        </w:rPr>
        <w:t xml:space="preserve"> pkt.</w:t>
      </w:r>
    </w:p>
    <w:p w14:paraId="0427FB00" w14:textId="1842858B" w:rsidR="00F85714" w:rsidRPr="00113698" w:rsidRDefault="00DE7B42" w:rsidP="00802740">
      <w:pPr>
        <w:spacing w:before="240" w:after="0"/>
        <w:rPr>
          <w:rFonts w:asciiTheme="majorHAnsi" w:hAnsiTheme="majorHAnsi" w:cstheme="majorHAnsi"/>
          <w:bCs/>
          <w:sz w:val="22"/>
          <w:lang w:val="pl-PL"/>
        </w:rPr>
      </w:pPr>
      <w:r w:rsidRPr="00113698">
        <w:rPr>
          <w:rFonts w:asciiTheme="majorHAnsi" w:hAnsiTheme="majorHAnsi" w:cstheme="majorHAnsi"/>
          <w:bCs/>
          <w:sz w:val="22"/>
          <w:lang w:val="pl-PL"/>
        </w:rPr>
        <w:lastRenderedPageBreak/>
        <w:t>Podsumowanie i uzasadnienie wyniku oceny</w:t>
      </w:r>
      <w:r w:rsidR="00F85714" w:rsidRPr="00113698">
        <w:rPr>
          <w:rFonts w:asciiTheme="majorHAnsi" w:hAnsiTheme="majorHAnsi" w:cstheme="majorHAnsi"/>
          <w:bCs/>
          <w:sz w:val="22"/>
          <w:lang w:val="pl-PL"/>
        </w:rPr>
        <w:t>:</w:t>
      </w:r>
    </w:p>
    <w:p w14:paraId="598B7A1E" w14:textId="5D3B3445" w:rsidR="00EA4736" w:rsidRDefault="00F85714" w:rsidP="00EA4736">
      <w:pPr>
        <w:spacing w:before="120"/>
        <w:rPr>
          <w:rFonts w:asciiTheme="majorHAnsi" w:eastAsiaTheme="minorHAnsi" w:hAnsiTheme="majorHAnsi" w:cstheme="majorHAnsi"/>
          <w:sz w:val="22"/>
          <w:lang w:val="pl-PL"/>
        </w:rPr>
      </w:pPr>
      <w:r w:rsidRPr="00113698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</w:t>
      </w:r>
      <w:r w:rsidR="00BC3A16">
        <w:rPr>
          <w:rFonts w:asciiTheme="majorHAnsi" w:eastAsiaTheme="minorHAnsi" w:hAnsiTheme="majorHAnsi" w:cstheme="majorHAnsi"/>
          <w:sz w:val="22"/>
          <w:lang w:val="pl-PL"/>
        </w:rPr>
        <w:t>..</w:t>
      </w:r>
    </w:p>
    <w:p w14:paraId="2139BF38" w14:textId="4351252A" w:rsidR="00F85714" w:rsidRPr="00113698" w:rsidRDefault="00F85714" w:rsidP="009246D1">
      <w:pPr>
        <w:spacing w:before="120"/>
        <w:rPr>
          <w:rFonts w:asciiTheme="majorHAnsi" w:hAnsiTheme="majorHAnsi" w:cstheme="majorHAnsi"/>
          <w:bCs/>
          <w:sz w:val="22"/>
          <w:lang w:val="pl-PL"/>
        </w:rPr>
      </w:pPr>
      <w:r w:rsidRPr="00113698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</w:t>
      </w:r>
      <w:r w:rsidR="00BC3A16">
        <w:rPr>
          <w:rFonts w:asciiTheme="majorHAnsi" w:eastAsiaTheme="minorHAnsi" w:hAnsiTheme="majorHAnsi" w:cstheme="majorHAnsi"/>
          <w:sz w:val="22"/>
          <w:lang w:val="pl-PL"/>
        </w:rPr>
        <w:t>..</w:t>
      </w:r>
    </w:p>
    <w:p w14:paraId="55851F71" w14:textId="1B0B9DE4" w:rsidR="00F85714" w:rsidRPr="00113698" w:rsidRDefault="00F85714" w:rsidP="009246D1">
      <w:pPr>
        <w:spacing w:before="120"/>
        <w:rPr>
          <w:rFonts w:asciiTheme="majorHAnsi" w:eastAsiaTheme="minorHAnsi" w:hAnsiTheme="majorHAnsi" w:cstheme="majorHAnsi"/>
          <w:sz w:val="22"/>
          <w:lang w:val="pl-PL"/>
        </w:rPr>
      </w:pPr>
      <w:r w:rsidRPr="00113698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</w:t>
      </w:r>
      <w:r w:rsidR="00BC3A16">
        <w:rPr>
          <w:rFonts w:asciiTheme="majorHAnsi" w:eastAsiaTheme="minorHAnsi" w:hAnsiTheme="majorHAnsi" w:cstheme="majorHAnsi"/>
          <w:sz w:val="22"/>
          <w:lang w:val="pl-PL"/>
        </w:rPr>
        <w:t>..</w:t>
      </w:r>
    </w:p>
    <w:p w14:paraId="3A7E1B27" w14:textId="27B5014E" w:rsidR="005965C9" w:rsidRPr="00113698" w:rsidRDefault="005965C9" w:rsidP="009246D1">
      <w:pPr>
        <w:spacing w:before="120"/>
        <w:rPr>
          <w:rFonts w:asciiTheme="majorHAnsi" w:eastAsiaTheme="minorHAnsi" w:hAnsiTheme="majorHAnsi" w:cstheme="majorHAnsi"/>
          <w:sz w:val="22"/>
          <w:lang w:val="pl-PL"/>
        </w:rPr>
      </w:pPr>
      <w:r w:rsidRPr="00113698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</w:t>
      </w:r>
      <w:r w:rsidR="00BC3A16">
        <w:rPr>
          <w:rFonts w:asciiTheme="majorHAnsi" w:eastAsiaTheme="minorHAnsi" w:hAnsiTheme="majorHAnsi" w:cstheme="majorHAnsi"/>
          <w:sz w:val="22"/>
          <w:lang w:val="pl-PL"/>
        </w:rPr>
        <w:t>..</w:t>
      </w:r>
    </w:p>
    <w:p w14:paraId="4CF66E87" w14:textId="044B0C11" w:rsidR="005965C9" w:rsidRPr="00113698" w:rsidRDefault="005965C9" w:rsidP="009246D1">
      <w:pPr>
        <w:spacing w:before="120"/>
        <w:rPr>
          <w:rFonts w:asciiTheme="majorHAnsi" w:eastAsiaTheme="minorHAnsi" w:hAnsiTheme="majorHAnsi" w:cstheme="majorHAnsi"/>
          <w:sz w:val="22"/>
          <w:lang w:val="pl-PL"/>
        </w:rPr>
      </w:pPr>
      <w:r w:rsidRPr="00113698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4E1AA4B8" w14:textId="09737CA0" w:rsidR="005965C9" w:rsidRPr="00113698" w:rsidRDefault="005965C9" w:rsidP="009246D1">
      <w:pPr>
        <w:spacing w:before="120"/>
        <w:rPr>
          <w:rFonts w:asciiTheme="majorHAnsi" w:eastAsiaTheme="minorHAnsi" w:hAnsiTheme="majorHAnsi" w:cstheme="majorHAnsi"/>
          <w:sz w:val="22"/>
          <w:lang w:val="pl-PL"/>
        </w:rPr>
      </w:pPr>
      <w:r w:rsidRPr="00113698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2E80B9D4" w14:textId="2172489B" w:rsidR="005965C9" w:rsidRPr="00113698" w:rsidRDefault="005965C9" w:rsidP="009246D1">
      <w:pPr>
        <w:spacing w:before="120"/>
        <w:rPr>
          <w:rFonts w:asciiTheme="majorHAnsi" w:eastAsiaTheme="minorHAnsi" w:hAnsiTheme="majorHAnsi" w:cstheme="majorHAnsi"/>
          <w:sz w:val="22"/>
          <w:lang w:val="pl-PL"/>
        </w:rPr>
      </w:pPr>
      <w:r w:rsidRPr="00113698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3858182F" w14:textId="16523C4F" w:rsidR="005965C9" w:rsidRPr="00113698" w:rsidRDefault="005965C9" w:rsidP="009246D1">
      <w:pPr>
        <w:spacing w:before="120"/>
        <w:rPr>
          <w:rFonts w:asciiTheme="majorHAnsi" w:eastAsiaTheme="minorHAnsi" w:hAnsiTheme="majorHAnsi" w:cstheme="majorHAnsi"/>
          <w:sz w:val="22"/>
          <w:lang w:val="pl-PL"/>
        </w:rPr>
      </w:pPr>
      <w:r w:rsidRPr="00113698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6BE06981" w14:textId="40953559" w:rsidR="005965C9" w:rsidRPr="00113698" w:rsidRDefault="005965C9" w:rsidP="009246D1">
      <w:pPr>
        <w:spacing w:before="120"/>
        <w:rPr>
          <w:rFonts w:asciiTheme="majorHAnsi" w:eastAsiaTheme="minorHAnsi" w:hAnsiTheme="majorHAnsi" w:cstheme="majorHAnsi"/>
          <w:sz w:val="22"/>
          <w:lang w:val="pl-PL"/>
        </w:rPr>
      </w:pPr>
      <w:r w:rsidRPr="00113698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372C75AB" w14:textId="3DCE5F0E" w:rsidR="005965C9" w:rsidRDefault="005965C9" w:rsidP="009246D1">
      <w:pPr>
        <w:spacing w:before="120"/>
        <w:rPr>
          <w:rFonts w:asciiTheme="majorHAnsi" w:eastAsiaTheme="minorHAnsi" w:hAnsiTheme="majorHAnsi" w:cstheme="majorHAnsi"/>
          <w:sz w:val="22"/>
          <w:lang w:val="pl-PL"/>
        </w:rPr>
      </w:pPr>
      <w:r w:rsidRPr="00113698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15B4588E" w14:textId="65FFE021" w:rsidR="00D03A5E" w:rsidRPr="000516A1" w:rsidRDefault="008778D8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>
        <w:rPr>
          <w:rFonts w:asciiTheme="majorHAnsi" w:hAnsiTheme="majorHAnsi" w:cstheme="majorHAnsi"/>
          <w:b/>
          <w:sz w:val="24"/>
          <w:szCs w:val="24"/>
          <w:lang w:val="pl-PL"/>
        </w:rPr>
        <w:t>IX</w:t>
      </w:r>
      <w:r w:rsidR="00D03A5E" w:rsidRPr="000516A1">
        <w:rPr>
          <w:rFonts w:asciiTheme="majorHAnsi" w:hAnsiTheme="majorHAnsi" w:cstheme="majorHAnsi"/>
          <w:b/>
          <w:sz w:val="24"/>
          <w:szCs w:val="24"/>
          <w:lang w:val="pl-PL"/>
        </w:rPr>
        <w:t>. KRYTERIA PIERWSZEŃSTWA:</w:t>
      </w:r>
    </w:p>
    <w:p w14:paraId="23607860" w14:textId="2446472E" w:rsidR="00DE7B42" w:rsidRPr="009246D1" w:rsidRDefault="00DE7B42" w:rsidP="009246D1">
      <w:pPr>
        <w:spacing w:before="120"/>
        <w:rPr>
          <w:rFonts w:asciiTheme="majorHAnsi" w:hAnsiTheme="majorHAnsi" w:cstheme="majorHAnsi"/>
          <w:b/>
          <w:i/>
          <w:iCs/>
          <w:sz w:val="22"/>
          <w:lang w:val="pl-PL"/>
        </w:rPr>
      </w:pPr>
      <w:r w:rsidRPr="009246D1">
        <w:rPr>
          <w:rFonts w:asciiTheme="majorHAnsi" w:hAnsiTheme="majorHAnsi" w:cstheme="majorHAnsi"/>
          <w:b/>
          <w:i/>
          <w:iCs/>
          <w:sz w:val="22"/>
          <w:lang w:val="pl-PL"/>
        </w:rPr>
        <w:t xml:space="preserve">Uwaga: kryteria pierwszeństwa określone w części </w:t>
      </w:r>
      <w:r w:rsidR="009C6430" w:rsidRPr="009246D1">
        <w:rPr>
          <w:rFonts w:asciiTheme="majorHAnsi" w:hAnsiTheme="majorHAnsi" w:cstheme="majorHAnsi"/>
          <w:b/>
          <w:i/>
          <w:iCs/>
          <w:sz w:val="22"/>
          <w:lang w:val="pl-PL"/>
        </w:rPr>
        <w:t>V</w:t>
      </w:r>
      <w:r w:rsidRPr="009246D1">
        <w:rPr>
          <w:rFonts w:asciiTheme="majorHAnsi" w:hAnsiTheme="majorHAnsi" w:cstheme="majorHAnsi"/>
          <w:b/>
          <w:i/>
          <w:iCs/>
          <w:sz w:val="22"/>
          <w:lang w:val="pl-PL"/>
        </w:rPr>
        <w:t xml:space="preserve"> ust. </w:t>
      </w:r>
      <w:r w:rsidR="009C6430" w:rsidRPr="009246D1">
        <w:rPr>
          <w:rFonts w:asciiTheme="majorHAnsi" w:hAnsiTheme="majorHAnsi" w:cstheme="majorHAnsi"/>
          <w:b/>
          <w:i/>
          <w:iCs/>
          <w:sz w:val="22"/>
          <w:lang w:val="pl-PL"/>
        </w:rPr>
        <w:t>4</w:t>
      </w:r>
      <w:r w:rsidR="00674B80" w:rsidRPr="009246D1">
        <w:rPr>
          <w:rFonts w:asciiTheme="majorHAnsi" w:hAnsiTheme="majorHAnsi" w:cstheme="majorHAnsi"/>
          <w:b/>
          <w:i/>
          <w:iCs/>
          <w:sz w:val="22"/>
          <w:lang w:val="pl-PL"/>
        </w:rPr>
        <w:t xml:space="preserve"> </w:t>
      </w:r>
      <w:r w:rsidRPr="009246D1">
        <w:rPr>
          <w:rFonts w:asciiTheme="majorHAnsi" w:hAnsiTheme="majorHAnsi" w:cstheme="majorHAnsi"/>
          <w:b/>
          <w:i/>
          <w:iCs/>
          <w:sz w:val="22"/>
          <w:lang w:val="pl-PL"/>
        </w:rPr>
        <w:t xml:space="preserve">Programu stosuje się wyłącznie w przypadku, gdy wyniki oceny indywidualnej sytuacji osób zgłoszonych do Programu nie pozwalają </w:t>
      </w:r>
      <w:r w:rsidR="00EA4736" w:rsidRPr="009246D1">
        <w:rPr>
          <w:rFonts w:asciiTheme="majorHAnsi" w:hAnsiTheme="majorHAnsi" w:cstheme="majorHAnsi"/>
          <w:b/>
          <w:i/>
          <w:iCs/>
          <w:sz w:val="22"/>
          <w:lang w:val="pl-PL"/>
        </w:rPr>
        <w:t xml:space="preserve">na ustalenie kolejności przyznania usług opieki </w:t>
      </w:r>
      <w:proofErr w:type="spellStart"/>
      <w:r w:rsidR="00EA4736" w:rsidRPr="009246D1">
        <w:rPr>
          <w:rFonts w:asciiTheme="majorHAnsi" w:hAnsiTheme="majorHAnsi" w:cstheme="majorHAnsi"/>
          <w:b/>
          <w:i/>
          <w:iCs/>
          <w:sz w:val="22"/>
          <w:lang w:val="pl-PL"/>
        </w:rPr>
        <w:t>wytchnieniowej</w:t>
      </w:r>
      <w:proofErr w:type="spellEnd"/>
      <w:r w:rsidR="00EA4736" w:rsidRPr="009246D1">
        <w:rPr>
          <w:rFonts w:asciiTheme="majorHAnsi" w:hAnsiTheme="majorHAnsi" w:cstheme="majorHAnsi"/>
          <w:b/>
          <w:i/>
          <w:iCs/>
          <w:sz w:val="22"/>
          <w:lang w:val="pl-PL"/>
        </w:rPr>
        <w:t>, w szczególności z uwagi na jednakowe lub zbliżone wyniki tej oceny</w:t>
      </w:r>
      <w:r w:rsidRPr="009246D1">
        <w:rPr>
          <w:rFonts w:asciiTheme="majorHAnsi" w:hAnsiTheme="majorHAnsi" w:cstheme="majorHAnsi"/>
          <w:b/>
          <w:i/>
          <w:iCs/>
          <w:sz w:val="22"/>
          <w:lang w:val="pl-PL"/>
        </w:rPr>
        <w:t>.</w:t>
      </w:r>
    </w:p>
    <w:p w14:paraId="090D37CD" w14:textId="3725667C" w:rsidR="00ED55B8" w:rsidRPr="003D52E0" w:rsidRDefault="003D52E0" w:rsidP="009246D1">
      <w:pPr>
        <w:spacing w:before="24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Theme="majorHAnsi" w:eastAsiaTheme="minorHAnsi" w:hAnsiTheme="majorHAnsi" w:cstheme="majorHAnsi"/>
          <w:sz w:val="22"/>
          <w:lang w:val="pl-PL"/>
        </w:rPr>
        <w:t xml:space="preserve">Proszę wskazać, czy osoba wnioskująca spełnia którekolwiek z poniższych kryteriów pierwszeństwa określonych w części V ust. </w:t>
      </w:r>
      <w:r w:rsidR="009C6430">
        <w:rPr>
          <w:rFonts w:asciiTheme="majorHAnsi" w:eastAsiaTheme="minorHAnsi" w:hAnsiTheme="majorHAnsi" w:cstheme="majorHAnsi"/>
          <w:sz w:val="22"/>
          <w:lang w:val="pl-PL"/>
        </w:rPr>
        <w:t>4</w:t>
      </w:r>
      <w:r w:rsidR="00674B80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>Programu</w:t>
      </w:r>
      <w:r w:rsidR="00ED55B8" w:rsidRPr="003D52E0">
        <w:rPr>
          <w:rFonts w:asciiTheme="majorHAnsi" w:eastAsiaTheme="minorHAnsi" w:hAnsiTheme="majorHAnsi" w:cstheme="majorHAnsi"/>
          <w:sz w:val="22"/>
          <w:lang w:val="pl-PL"/>
        </w:rPr>
        <w:t>:</w:t>
      </w:r>
    </w:p>
    <w:p w14:paraId="6DF2FFAA" w14:textId="30D9746C" w:rsidR="00FE13E2" w:rsidRPr="003D52E0" w:rsidRDefault="00ED55B8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D15ED9">
        <w:rPr>
          <w:rFonts w:asciiTheme="majorHAnsi" w:eastAsiaTheme="minorHAnsi" w:hAnsiTheme="majorHAnsi" w:cstheme="majorHAnsi"/>
          <w:sz w:val="22"/>
          <w:lang w:val="pl-PL"/>
        </w:rPr>
        <w:t>o</w:t>
      </w:r>
      <w:r w:rsidR="00630C7D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soba wnioskująca </w:t>
      </w:r>
      <w:r w:rsidR="00E1240B" w:rsidRPr="00113698">
        <w:rPr>
          <w:rFonts w:asciiTheme="majorHAnsi" w:eastAsiaTheme="minorHAnsi" w:hAnsiTheme="majorHAnsi" w:cstheme="majorHAnsi"/>
          <w:sz w:val="22"/>
          <w:lang w:val="pl-PL"/>
        </w:rPr>
        <w:t xml:space="preserve">sprawuje bezpośrednią opiekę nad osobą z niepełnosprawnością, która stale przebywa w domu i nie korzysta np. z ośrodka wsparcia, z placówki pobytu całodobowego, z warsztatu terapii zajęciowej, szkoły i placówki, o których mowa w ustawie z dnia 7 września 1991 r. o systemie oświaty (Dz. U. z 2025 r. poz. 881, z </w:t>
      </w:r>
      <w:proofErr w:type="spellStart"/>
      <w:r w:rsidR="00E1240B" w:rsidRPr="00113698">
        <w:rPr>
          <w:rFonts w:asciiTheme="majorHAnsi" w:eastAsiaTheme="minorHAnsi" w:hAnsiTheme="majorHAnsi" w:cstheme="majorHAnsi"/>
          <w:sz w:val="22"/>
          <w:lang w:val="pl-PL"/>
        </w:rPr>
        <w:t>późn</w:t>
      </w:r>
      <w:proofErr w:type="spellEnd"/>
      <w:r w:rsidR="00E1240B" w:rsidRPr="00113698">
        <w:rPr>
          <w:rFonts w:asciiTheme="majorHAnsi" w:eastAsiaTheme="minorHAnsi" w:hAnsiTheme="majorHAnsi" w:cstheme="majorHAnsi"/>
          <w:sz w:val="22"/>
          <w:lang w:val="pl-PL"/>
        </w:rPr>
        <w:t>. zm.), nie uczy się lub nie studiuje. Przy czym korzystanie z nauczania indywidualnego w domu na podstawie orzeczenia o potrzebie indywidualnego nauczania nie pozbawia pierwszeństwa, o którym mowa powyżej</w:t>
      </w:r>
      <w:r w:rsidR="00FE13E2" w:rsidRPr="00504D57">
        <w:rPr>
          <w:rFonts w:asciiTheme="majorHAnsi" w:hAnsiTheme="majorHAnsi" w:cstheme="majorHAnsi"/>
          <w:bCs/>
          <w:color w:val="000000"/>
          <w:sz w:val="22"/>
          <w:lang w:val="pl-PL"/>
        </w:rPr>
        <w:t>.</w:t>
      </w:r>
    </w:p>
    <w:p w14:paraId="7F3FDF79" w14:textId="3878F07B" w:rsidR="00ED55B8" w:rsidRPr="00113698" w:rsidRDefault="00ED55B8" w:rsidP="009246D1">
      <w:pPr>
        <w:spacing w:after="0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</w:pPr>
      <w:r w:rsidRPr="00113698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113698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D15ED9">
        <w:rPr>
          <w:rFonts w:asciiTheme="majorHAnsi" w:eastAsiaTheme="minorHAnsi" w:hAnsiTheme="majorHAnsi" w:cstheme="majorHAnsi"/>
          <w:sz w:val="22"/>
          <w:lang w:val="pl-PL"/>
        </w:rPr>
        <w:t>o</w:t>
      </w:r>
      <w:r w:rsidR="00630C7D" w:rsidRPr="00113698">
        <w:rPr>
          <w:rFonts w:asciiTheme="majorHAnsi" w:eastAsiaTheme="minorHAnsi" w:hAnsiTheme="majorHAnsi" w:cstheme="majorHAnsi"/>
          <w:sz w:val="22"/>
          <w:lang w:val="pl-PL"/>
        </w:rPr>
        <w:t xml:space="preserve">soba wnioskująca </w:t>
      </w:r>
      <w:r w:rsidR="00E1240B" w:rsidRPr="00113698">
        <w:rPr>
          <w:rFonts w:asciiTheme="majorHAnsi" w:eastAsiaTheme="minorHAnsi" w:hAnsiTheme="majorHAnsi" w:cstheme="majorHAnsi"/>
          <w:sz w:val="22"/>
          <w:lang w:val="pl-PL"/>
        </w:rPr>
        <w:t>sprawuj</w:t>
      </w:r>
      <w:r w:rsidR="00041451">
        <w:rPr>
          <w:rFonts w:asciiTheme="majorHAnsi" w:eastAsiaTheme="minorHAnsi" w:hAnsiTheme="majorHAnsi" w:cstheme="majorHAnsi"/>
          <w:sz w:val="22"/>
          <w:lang w:val="pl-PL"/>
        </w:rPr>
        <w:t>e</w:t>
      </w:r>
      <w:r w:rsidR="00E1240B" w:rsidRPr="00113698">
        <w:rPr>
          <w:rFonts w:asciiTheme="majorHAnsi" w:eastAsiaTheme="minorHAnsi" w:hAnsiTheme="majorHAnsi" w:cstheme="majorHAnsi"/>
          <w:sz w:val="22"/>
          <w:lang w:val="pl-PL"/>
        </w:rPr>
        <w:t xml:space="preserve"> bezpośrednią opiekę jednocześnie nad dw</w:t>
      </w:r>
      <w:r w:rsidR="00F45301">
        <w:rPr>
          <w:rFonts w:asciiTheme="majorHAnsi" w:eastAsiaTheme="minorHAnsi" w:hAnsiTheme="majorHAnsi" w:cstheme="majorHAnsi"/>
          <w:sz w:val="22"/>
          <w:lang w:val="pl-PL"/>
        </w:rPr>
        <w:t>iema</w:t>
      </w:r>
      <w:r w:rsidR="00E1240B" w:rsidRPr="00113698">
        <w:rPr>
          <w:rFonts w:asciiTheme="majorHAnsi" w:eastAsiaTheme="minorHAnsi" w:hAnsiTheme="majorHAnsi" w:cstheme="majorHAnsi"/>
          <w:sz w:val="22"/>
          <w:lang w:val="pl-PL"/>
        </w:rPr>
        <w:t xml:space="preserve"> lub więcej osobami z niepełnosprawnością (w tym w sytuacji opieki dwupokoleniowej).</w:t>
      </w:r>
    </w:p>
    <w:p w14:paraId="5CAE29A4" w14:textId="52679D1F" w:rsidR="003D52E0" w:rsidRPr="003D52E0" w:rsidRDefault="003D52E0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D15ED9">
        <w:rPr>
          <w:rFonts w:asciiTheme="majorHAnsi" w:eastAsiaTheme="minorHAnsi" w:hAnsiTheme="majorHAnsi" w:cstheme="majorHAnsi"/>
          <w:sz w:val="22"/>
          <w:lang w:val="pl-PL"/>
        </w:rPr>
        <w:t>o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>soba wnioskująca nie spełnia żadnego z powyższych kryteriów</w:t>
      </w:r>
    </w:p>
    <w:p w14:paraId="2D0B6631" w14:textId="52E1262C" w:rsidR="00EA4736" w:rsidRDefault="00EA4736" w:rsidP="002C4A33">
      <w:pPr>
        <w:spacing w:before="240"/>
        <w:rPr>
          <w:rFonts w:asciiTheme="majorHAnsi" w:hAnsiTheme="majorHAnsi" w:cstheme="majorHAnsi"/>
          <w:b/>
          <w:sz w:val="22"/>
          <w:lang w:val="pl-PL"/>
        </w:rPr>
      </w:pPr>
    </w:p>
    <w:p w14:paraId="093E1665" w14:textId="38D046B8" w:rsidR="00D15ED9" w:rsidRDefault="00EA4736" w:rsidP="002C4A33">
      <w:pPr>
        <w:spacing w:before="240"/>
        <w:rPr>
          <w:rFonts w:asciiTheme="majorHAnsi" w:hAnsiTheme="majorHAnsi" w:cstheme="majorHAnsi"/>
          <w:bCs/>
          <w:sz w:val="22"/>
          <w:lang w:val="pl-PL"/>
        </w:rPr>
      </w:pPr>
      <w:r>
        <w:rPr>
          <w:rFonts w:asciiTheme="majorHAnsi" w:hAnsiTheme="majorHAnsi" w:cstheme="majorHAnsi"/>
          <w:b/>
          <w:sz w:val="22"/>
          <w:lang w:val="pl-PL"/>
        </w:rPr>
        <w:t>R</w:t>
      </w:r>
      <w:r w:rsidRPr="00EA4736">
        <w:rPr>
          <w:rFonts w:asciiTheme="majorHAnsi" w:hAnsiTheme="majorHAnsi" w:cstheme="majorHAnsi"/>
          <w:b/>
          <w:sz w:val="22"/>
          <w:lang w:val="pl-PL"/>
        </w:rPr>
        <w:t>ealizator Programu</w:t>
      </w:r>
      <w:r w:rsidR="00D15ED9" w:rsidRPr="009246D1">
        <w:rPr>
          <w:rFonts w:asciiTheme="majorHAnsi" w:hAnsiTheme="majorHAnsi" w:cstheme="majorHAnsi"/>
          <w:bCs/>
          <w:sz w:val="22"/>
          <w:lang w:val="pl-PL"/>
        </w:rPr>
        <w:t xml:space="preserve"> (</w:t>
      </w:r>
      <w:r w:rsidR="00D15ED9"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dane identyfikujące</w:t>
      </w:r>
      <w:r w:rsidR="00D15ED9" w:rsidRPr="009246D1">
        <w:rPr>
          <w:rFonts w:asciiTheme="majorHAnsi" w:hAnsiTheme="majorHAnsi" w:cstheme="majorHAnsi"/>
          <w:bCs/>
          <w:sz w:val="22"/>
          <w:lang w:val="pl-PL"/>
        </w:rPr>
        <w:t>)</w:t>
      </w:r>
      <w:r w:rsidRPr="009246D1">
        <w:rPr>
          <w:rFonts w:asciiTheme="majorHAnsi" w:hAnsiTheme="majorHAnsi" w:cstheme="majorHAnsi"/>
          <w:bCs/>
          <w:sz w:val="22"/>
          <w:lang w:val="pl-PL"/>
        </w:rPr>
        <w:t>:</w:t>
      </w:r>
    </w:p>
    <w:p w14:paraId="2282509C" w14:textId="79252D91" w:rsidR="00EA4736" w:rsidRDefault="00EA4736" w:rsidP="002C4A33">
      <w:pPr>
        <w:spacing w:before="240"/>
        <w:rPr>
          <w:rFonts w:asciiTheme="majorHAnsi" w:hAnsiTheme="majorHAnsi" w:cstheme="majorHAnsi"/>
          <w:bCs/>
          <w:sz w:val="22"/>
          <w:lang w:val="pl-PL"/>
        </w:rPr>
      </w:pPr>
      <w:r w:rsidRPr="009246D1">
        <w:rPr>
          <w:rFonts w:asciiTheme="majorHAnsi" w:hAnsiTheme="majorHAnsi" w:cstheme="majorHAnsi"/>
          <w:bCs/>
          <w:sz w:val="22"/>
          <w:lang w:val="pl-PL"/>
        </w:rPr>
        <w:t>…………………………………………………………………………………………………</w:t>
      </w:r>
      <w:r>
        <w:rPr>
          <w:rFonts w:asciiTheme="majorHAnsi" w:hAnsiTheme="majorHAnsi" w:cstheme="majorHAnsi"/>
          <w:bCs/>
          <w:sz w:val="22"/>
          <w:lang w:val="pl-PL"/>
        </w:rPr>
        <w:t>……</w:t>
      </w:r>
      <w:r w:rsidR="00211280">
        <w:rPr>
          <w:rFonts w:asciiTheme="majorHAnsi" w:hAnsiTheme="majorHAnsi" w:cstheme="majorHAnsi"/>
          <w:bCs/>
          <w:sz w:val="22"/>
          <w:lang w:val="pl-PL"/>
        </w:rPr>
        <w:t>…………………………………</w:t>
      </w:r>
      <w:r w:rsidR="00D15ED9">
        <w:rPr>
          <w:rFonts w:asciiTheme="majorHAnsi" w:hAnsiTheme="majorHAnsi" w:cstheme="majorHAnsi"/>
          <w:bCs/>
          <w:sz w:val="22"/>
          <w:lang w:val="pl-PL"/>
        </w:rPr>
        <w:t>………………………………….</w:t>
      </w:r>
    </w:p>
    <w:p w14:paraId="4482CEB1" w14:textId="3F9FCF83" w:rsidR="00EA4736" w:rsidRDefault="00EA4736" w:rsidP="002C4A33">
      <w:pPr>
        <w:spacing w:before="240"/>
        <w:rPr>
          <w:rFonts w:asciiTheme="majorHAnsi" w:hAnsiTheme="majorHAnsi" w:cstheme="majorHAnsi"/>
          <w:b/>
          <w:sz w:val="22"/>
          <w:lang w:val="pl-PL"/>
        </w:rPr>
      </w:pPr>
      <w:r>
        <w:rPr>
          <w:rFonts w:asciiTheme="majorHAnsi" w:hAnsiTheme="majorHAnsi" w:cstheme="majorHAnsi"/>
          <w:bCs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……………………………………………………………………………………………………………………………………………………………………………..</w:t>
      </w:r>
    </w:p>
    <w:p w14:paraId="250745F6" w14:textId="64FCC9A5" w:rsidR="00CD12B9" w:rsidRPr="000516A1" w:rsidRDefault="00ED33F4" w:rsidP="009246D1">
      <w:pPr>
        <w:spacing w:before="360" w:after="360"/>
        <w:rPr>
          <w:rFonts w:asciiTheme="maj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/>
          <w:sz w:val="22"/>
          <w:lang w:val="pl-PL"/>
        </w:rPr>
        <w:t>Osoby</w:t>
      </w:r>
      <w:r w:rsidR="001800F0" w:rsidRPr="000516A1">
        <w:rPr>
          <w:rFonts w:asciiTheme="majorHAnsi" w:hAnsiTheme="majorHAnsi" w:cstheme="majorHAnsi"/>
          <w:b/>
          <w:sz w:val="22"/>
          <w:lang w:val="pl-PL"/>
        </w:rPr>
        <w:t xml:space="preserve"> dokonujące oceny</w:t>
      </w:r>
      <w:r w:rsidR="00211280">
        <w:rPr>
          <w:rFonts w:asciiTheme="majorHAnsi" w:hAnsiTheme="majorHAnsi" w:cstheme="majorHAnsi"/>
          <w:b/>
          <w:sz w:val="22"/>
          <w:lang w:val="pl-PL"/>
        </w:rPr>
        <w:t xml:space="preserve"> </w:t>
      </w:r>
      <w:r w:rsidR="00211280" w:rsidRPr="009246D1">
        <w:rPr>
          <w:rFonts w:asciiTheme="majorHAnsi" w:hAnsiTheme="majorHAnsi" w:cstheme="majorHAnsi"/>
          <w:bCs/>
          <w:i/>
          <w:iCs/>
          <w:sz w:val="22"/>
          <w:lang w:val="pl-PL"/>
        </w:rPr>
        <w:t>(imię nazwisko + podpis)</w:t>
      </w:r>
      <w:r w:rsidR="001800F0" w:rsidRPr="009246D1">
        <w:rPr>
          <w:rFonts w:asciiTheme="majorHAnsi" w:hAnsiTheme="majorHAnsi" w:cstheme="majorHAnsi"/>
          <w:bCs/>
          <w:sz w:val="22"/>
          <w:lang w:val="pl-PL"/>
        </w:rPr>
        <w:t>:</w:t>
      </w:r>
    </w:p>
    <w:p w14:paraId="2313B95F" w14:textId="41D9C858" w:rsidR="00CD12B9" w:rsidRPr="000516A1" w:rsidRDefault="001800F0" w:rsidP="009246D1">
      <w:pPr>
        <w:spacing w:before="240"/>
        <w:rPr>
          <w:rFonts w:asciiTheme="maj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sz w:val="22"/>
          <w:lang w:val="pl-PL"/>
        </w:rPr>
        <w:t>1. ............................................................................................................................</w:t>
      </w:r>
      <w:r w:rsidR="00D15ED9">
        <w:rPr>
          <w:rFonts w:asciiTheme="majorHAnsi" w:hAnsiTheme="majorHAnsi" w:cstheme="majorHAnsi"/>
          <w:sz w:val="22"/>
          <w:lang w:val="pl-PL"/>
        </w:rPr>
        <w:t>...................................................</w:t>
      </w:r>
    </w:p>
    <w:p w14:paraId="46BB4488" w14:textId="50C9D005" w:rsidR="00CD12B9" w:rsidRPr="000516A1" w:rsidRDefault="001800F0" w:rsidP="009246D1">
      <w:pPr>
        <w:spacing w:before="240"/>
        <w:rPr>
          <w:rFonts w:asciiTheme="maj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sz w:val="22"/>
          <w:lang w:val="pl-PL"/>
        </w:rPr>
        <w:t>2. ............................................................................................................................</w:t>
      </w:r>
      <w:r w:rsidR="00D15ED9">
        <w:rPr>
          <w:rFonts w:asciiTheme="majorHAnsi" w:hAnsiTheme="majorHAnsi" w:cstheme="majorHAnsi"/>
          <w:sz w:val="22"/>
          <w:lang w:val="pl-PL"/>
        </w:rPr>
        <w:t>...................................................</w:t>
      </w:r>
    </w:p>
    <w:p w14:paraId="7A8FB3E8" w14:textId="5C369629" w:rsidR="00E76B55" w:rsidRPr="000516A1" w:rsidRDefault="00FE74A6" w:rsidP="009246D1">
      <w:pPr>
        <w:spacing w:before="240"/>
        <w:rPr>
          <w:rFonts w:asciiTheme="maj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sz w:val="22"/>
          <w:lang w:val="pl-PL"/>
        </w:rPr>
        <w:t>3. ............................................................................................................................</w:t>
      </w:r>
      <w:r w:rsidR="00D15ED9">
        <w:rPr>
          <w:rFonts w:asciiTheme="majorHAnsi" w:hAnsiTheme="majorHAnsi" w:cstheme="majorHAnsi"/>
          <w:sz w:val="22"/>
          <w:lang w:val="pl-PL"/>
        </w:rPr>
        <w:t>...................................................</w:t>
      </w:r>
    </w:p>
    <w:p w14:paraId="6D63FEF6" w14:textId="6C038853" w:rsidR="00630C7D" w:rsidRPr="000516A1" w:rsidRDefault="00630C7D" w:rsidP="00630C7D">
      <w:pPr>
        <w:spacing w:before="600" w:line="360" w:lineRule="auto"/>
        <w:rPr>
          <w:rFonts w:ascii="Calibri" w:hAnsi="Calibri" w:cs="Calibri"/>
          <w:sz w:val="22"/>
          <w:lang w:val="pl-PL"/>
        </w:rPr>
      </w:pPr>
      <w:r w:rsidRPr="000516A1">
        <w:rPr>
          <w:rFonts w:ascii="Calibri" w:hAnsi="Calibri" w:cs="Calibri"/>
          <w:sz w:val="22"/>
          <w:lang w:val="pl-PL"/>
        </w:rPr>
        <w:lastRenderedPageBreak/>
        <w:t>Miejscowość ……………………………………...</w:t>
      </w:r>
      <w:r w:rsidR="00BC3A16">
        <w:rPr>
          <w:rFonts w:ascii="Calibri" w:hAnsi="Calibri" w:cs="Calibri"/>
          <w:sz w:val="22"/>
          <w:lang w:val="pl-PL"/>
        </w:rPr>
        <w:t>..........................................</w:t>
      </w:r>
      <w:r w:rsidRPr="000516A1">
        <w:rPr>
          <w:rFonts w:ascii="Calibri" w:hAnsi="Calibri" w:cs="Calibri"/>
          <w:sz w:val="22"/>
          <w:lang w:val="pl-PL"/>
        </w:rPr>
        <w:t>, data ………………………</w:t>
      </w:r>
      <w:r w:rsidR="005965C9">
        <w:rPr>
          <w:rFonts w:ascii="Calibri" w:hAnsi="Calibri" w:cs="Calibri"/>
          <w:sz w:val="22"/>
          <w:lang w:val="pl-PL"/>
        </w:rPr>
        <w:t>……………………………</w:t>
      </w:r>
      <w:r w:rsidR="00BC3A16">
        <w:rPr>
          <w:rFonts w:ascii="Calibri" w:hAnsi="Calibri" w:cs="Calibri"/>
          <w:sz w:val="22"/>
          <w:lang w:val="pl-PL"/>
        </w:rPr>
        <w:t>……….</w:t>
      </w:r>
    </w:p>
    <w:p w14:paraId="1940F923" w14:textId="5E91BEBA" w:rsidR="00CD12B9" w:rsidRPr="000516A1" w:rsidRDefault="00E76B55" w:rsidP="009246D1">
      <w:pPr>
        <w:spacing w:before="360"/>
        <w:rPr>
          <w:rFonts w:asciiTheme="majorHAnsi" w:hAnsiTheme="majorHAnsi" w:cstheme="majorHAnsi"/>
          <w:sz w:val="22"/>
          <w:lang w:val="pl-PL"/>
        </w:rPr>
      </w:pPr>
      <w:r w:rsidRPr="009246D1">
        <w:rPr>
          <w:rFonts w:asciiTheme="majorHAnsi" w:hAnsiTheme="majorHAnsi" w:cstheme="majorHAnsi"/>
          <w:b/>
          <w:bCs/>
          <w:sz w:val="22"/>
          <w:lang w:val="pl-PL"/>
        </w:rPr>
        <w:t xml:space="preserve">Nr karty oceny </w:t>
      </w:r>
      <w:r w:rsidR="00BC3A16" w:rsidRPr="009246D1">
        <w:rPr>
          <w:rFonts w:asciiTheme="majorHAnsi" w:hAnsiTheme="majorHAnsi" w:cstheme="majorHAnsi"/>
          <w:b/>
          <w:bCs/>
          <w:sz w:val="22"/>
          <w:lang w:val="pl-PL"/>
        </w:rPr>
        <w:t>indywidualnej</w:t>
      </w:r>
      <w:r w:rsidR="00BC3A16">
        <w:rPr>
          <w:rFonts w:asciiTheme="majorHAnsi" w:hAnsiTheme="majorHAnsi" w:cstheme="majorHAnsi"/>
          <w:sz w:val="22"/>
          <w:lang w:val="pl-PL"/>
        </w:rPr>
        <w:t xml:space="preserve"> </w:t>
      </w:r>
      <w:r w:rsidRPr="000516A1">
        <w:rPr>
          <w:rFonts w:asciiTheme="majorHAnsi" w:hAnsiTheme="majorHAnsi" w:cstheme="majorHAnsi"/>
          <w:sz w:val="22"/>
          <w:lang w:val="pl-PL"/>
        </w:rPr>
        <w:t>(</w:t>
      </w:r>
      <w:r w:rsidRPr="009246D1">
        <w:rPr>
          <w:rFonts w:asciiTheme="majorHAnsi" w:hAnsiTheme="majorHAnsi" w:cstheme="majorHAnsi"/>
          <w:i/>
          <w:iCs/>
          <w:sz w:val="22"/>
          <w:lang w:val="pl-PL"/>
        </w:rPr>
        <w:t>nadany przez realizatora Programu</w:t>
      </w:r>
      <w:r w:rsidRPr="000516A1">
        <w:rPr>
          <w:rFonts w:asciiTheme="majorHAnsi" w:hAnsiTheme="majorHAnsi" w:cstheme="majorHAnsi"/>
          <w:sz w:val="22"/>
          <w:lang w:val="pl-PL"/>
        </w:rPr>
        <w:t>):</w:t>
      </w:r>
      <w:r w:rsidR="00D15ED9">
        <w:rPr>
          <w:rFonts w:asciiTheme="majorHAnsi" w:hAnsiTheme="majorHAnsi" w:cstheme="majorHAnsi"/>
          <w:sz w:val="22"/>
          <w:lang w:val="pl-PL"/>
        </w:rPr>
        <w:t xml:space="preserve"> </w:t>
      </w:r>
      <w:r w:rsidRPr="000516A1">
        <w:rPr>
          <w:rFonts w:asciiTheme="majorHAnsi" w:hAnsiTheme="majorHAnsi" w:cstheme="majorHAnsi"/>
          <w:sz w:val="22"/>
          <w:lang w:val="pl-PL"/>
        </w:rPr>
        <w:t>………….……………………………</w:t>
      </w:r>
      <w:r w:rsidR="00BC3A16">
        <w:rPr>
          <w:rFonts w:asciiTheme="majorHAnsi" w:hAnsiTheme="majorHAnsi" w:cstheme="majorHAnsi"/>
          <w:sz w:val="22"/>
          <w:lang w:val="pl-PL"/>
        </w:rPr>
        <w:t>…………………………</w:t>
      </w:r>
    </w:p>
    <w:sectPr w:rsidR="00CD12B9" w:rsidRPr="000516A1" w:rsidSect="00FE74A6">
      <w:footerReference w:type="default" r:id="rId8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317B2" w14:textId="77777777" w:rsidR="00EE2B53" w:rsidRDefault="00EE2B53">
      <w:pPr>
        <w:spacing w:after="0"/>
      </w:pPr>
      <w:r>
        <w:separator/>
      </w:r>
    </w:p>
  </w:endnote>
  <w:endnote w:type="continuationSeparator" w:id="0">
    <w:p w14:paraId="00E26E84" w14:textId="77777777" w:rsidR="00EE2B53" w:rsidRDefault="00EE2B5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17396427"/>
      <w:docPartObj>
        <w:docPartGallery w:val="Page Numbers (Bottom of Page)"/>
        <w:docPartUnique/>
      </w:docPartObj>
    </w:sdtPr>
    <w:sdtEndPr/>
    <w:sdtContent>
      <w:p w14:paraId="2ADB9B7B" w14:textId="04E4BA0F" w:rsidR="002517B8" w:rsidRDefault="002517B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4FE09A22" w14:textId="77777777" w:rsidR="002517B8" w:rsidRDefault="002517B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782A9" w14:textId="77777777" w:rsidR="00EE2B53" w:rsidRDefault="00EE2B53">
      <w:pPr>
        <w:spacing w:after="0"/>
      </w:pPr>
      <w:r>
        <w:separator/>
      </w:r>
    </w:p>
  </w:footnote>
  <w:footnote w:type="continuationSeparator" w:id="0">
    <w:p w14:paraId="2D846B36" w14:textId="77777777" w:rsidR="00EE2B53" w:rsidRDefault="00EE2B5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BA4E08"/>
    <w:multiLevelType w:val="hybridMultilevel"/>
    <w:tmpl w:val="20EC7958"/>
    <w:lvl w:ilvl="0" w:tplc="3684D8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493F8A"/>
    <w:multiLevelType w:val="hybridMultilevel"/>
    <w:tmpl w:val="AB36A2CA"/>
    <w:lvl w:ilvl="0" w:tplc="54C8E2C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661339"/>
    <w:multiLevelType w:val="hybridMultilevel"/>
    <w:tmpl w:val="3604C0BE"/>
    <w:lvl w:ilvl="0" w:tplc="209C5536">
      <w:start w:val="1"/>
      <w:numFmt w:val="bullet"/>
      <w:lvlText w:val="−"/>
      <w:lvlJc w:val="left"/>
      <w:pPr>
        <w:ind w:left="720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8E3037"/>
    <w:multiLevelType w:val="hybridMultilevel"/>
    <w:tmpl w:val="93DCF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911098"/>
    <w:multiLevelType w:val="multilevel"/>
    <w:tmpl w:val="761ED4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D1F4272"/>
    <w:multiLevelType w:val="hybridMultilevel"/>
    <w:tmpl w:val="AC9EA546"/>
    <w:lvl w:ilvl="0" w:tplc="209C5536">
      <w:start w:val="1"/>
      <w:numFmt w:val="bullet"/>
      <w:lvlText w:val="−"/>
      <w:lvlJc w:val="left"/>
      <w:pPr>
        <w:ind w:left="720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ED762B"/>
    <w:multiLevelType w:val="hybridMultilevel"/>
    <w:tmpl w:val="C56432C2"/>
    <w:lvl w:ilvl="0" w:tplc="10A4CB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683B03"/>
    <w:multiLevelType w:val="hybridMultilevel"/>
    <w:tmpl w:val="AB321E3C"/>
    <w:lvl w:ilvl="0" w:tplc="2ED2B1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5E260D"/>
    <w:multiLevelType w:val="hybridMultilevel"/>
    <w:tmpl w:val="F006A26E"/>
    <w:lvl w:ilvl="0" w:tplc="39EEDA4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0D484A"/>
    <w:multiLevelType w:val="hybridMultilevel"/>
    <w:tmpl w:val="F1D28D5C"/>
    <w:lvl w:ilvl="0" w:tplc="17C67E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A460CC"/>
    <w:multiLevelType w:val="hybridMultilevel"/>
    <w:tmpl w:val="749AC588"/>
    <w:lvl w:ilvl="0" w:tplc="209C5536">
      <w:start w:val="1"/>
      <w:numFmt w:val="bullet"/>
      <w:lvlText w:val="−"/>
      <w:lvlJc w:val="left"/>
      <w:pPr>
        <w:ind w:left="720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972BD5"/>
    <w:multiLevelType w:val="hybridMultilevel"/>
    <w:tmpl w:val="15A25E26"/>
    <w:lvl w:ilvl="0" w:tplc="0E149B3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B5689F"/>
    <w:multiLevelType w:val="hybridMultilevel"/>
    <w:tmpl w:val="F7B0D58C"/>
    <w:lvl w:ilvl="0" w:tplc="2D64DC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97797A"/>
    <w:multiLevelType w:val="hybridMultilevel"/>
    <w:tmpl w:val="37DA17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CA316D"/>
    <w:multiLevelType w:val="hybridMultilevel"/>
    <w:tmpl w:val="6AE8A56C"/>
    <w:lvl w:ilvl="0" w:tplc="672ECC2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862203"/>
    <w:multiLevelType w:val="hybridMultilevel"/>
    <w:tmpl w:val="D70C9F18"/>
    <w:lvl w:ilvl="0" w:tplc="CBE493A2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73B44C2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B3C62D6C">
      <w:start w:val="1"/>
      <w:numFmt w:val="lowerRoman"/>
      <w:lvlText w:val="%3."/>
      <w:lvlJc w:val="right"/>
      <w:pPr>
        <w:ind w:left="2160" w:hanging="180"/>
      </w:pPr>
    </w:lvl>
    <w:lvl w:ilvl="3" w:tplc="FAB8F282">
      <w:start w:val="1"/>
      <w:numFmt w:val="decimal"/>
      <w:lvlText w:val="%4."/>
      <w:lvlJc w:val="left"/>
      <w:pPr>
        <w:ind w:left="2880" w:hanging="360"/>
      </w:pPr>
    </w:lvl>
    <w:lvl w:ilvl="4" w:tplc="FF12F818">
      <w:start w:val="1"/>
      <w:numFmt w:val="lowerLetter"/>
      <w:lvlText w:val="%5."/>
      <w:lvlJc w:val="left"/>
      <w:pPr>
        <w:ind w:left="3600" w:hanging="360"/>
      </w:pPr>
    </w:lvl>
    <w:lvl w:ilvl="5" w:tplc="77E63BB4">
      <w:start w:val="1"/>
      <w:numFmt w:val="lowerRoman"/>
      <w:lvlText w:val="%6."/>
      <w:lvlJc w:val="right"/>
      <w:pPr>
        <w:ind w:left="4320" w:hanging="180"/>
      </w:pPr>
    </w:lvl>
    <w:lvl w:ilvl="6" w:tplc="C5C244EC">
      <w:start w:val="1"/>
      <w:numFmt w:val="decimal"/>
      <w:lvlText w:val="%7."/>
      <w:lvlJc w:val="left"/>
      <w:pPr>
        <w:ind w:left="5040" w:hanging="360"/>
      </w:pPr>
    </w:lvl>
    <w:lvl w:ilvl="7" w:tplc="924ACAFE">
      <w:start w:val="1"/>
      <w:numFmt w:val="lowerLetter"/>
      <w:lvlText w:val="%8."/>
      <w:lvlJc w:val="left"/>
      <w:pPr>
        <w:ind w:left="5760" w:hanging="360"/>
      </w:pPr>
    </w:lvl>
    <w:lvl w:ilvl="8" w:tplc="266697D4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BA73EA"/>
    <w:multiLevelType w:val="hybridMultilevel"/>
    <w:tmpl w:val="4112DD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5"/>
  </w:num>
  <w:num w:numId="11">
    <w:abstractNumId w:val="16"/>
  </w:num>
  <w:num w:numId="12">
    <w:abstractNumId w:val="18"/>
  </w:num>
  <w:num w:numId="13">
    <w:abstractNumId w:val="21"/>
  </w:num>
  <w:num w:numId="14">
    <w:abstractNumId w:val="9"/>
  </w:num>
  <w:num w:numId="15">
    <w:abstractNumId w:val="25"/>
  </w:num>
  <w:num w:numId="16">
    <w:abstractNumId w:val="13"/>
  </w:num>
  <w:num w:numId="17">
    <w:abstractNumId w:val="20"/>
  </w:num>
  <w:num w:numId="18">
    <w:abstractNumId w:val="17"/>
  </w:num>
  <w:num w:numId="19">
    <w:abstractNumId w:val="10"/>
  </w:num>
  <w:num w:numId="20">
    <w:abstractNumId w:val="23"/>
  </w:num>
  <w:num w:numId="21">
    <w:abstractNumId w:val="22"/>
  </w:num>
  <w:num w:numId="22">
    <w:abstractNumId w:val="11"/>
  </w:num>
  <w:num w:numId="23">
    <w:abstractNumId w:val="24"/>
  </w:num>
  <w:num w:numId="24">
    <w:abstractNumId w:val="12"/>
  </w:num>
  <w:num w:numId="25">
    <w:abstractNumId w:val="14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979"/>
    <w:rsid w:val="00034616"/>
    <w:rsid w:val="00041451"/>
    <w:rsid w:val="000516A1"/>
    <w:rsid w:val="0006063C"/>
    <w:rsid w:val="000A2B17"/>
    <w:rsid w:val="000A4C57"/>
    <w:rsid w:val="000B7973"/>
    <w:rsid w:val="000C1D9D"/>
    <w:rsid w:val="000D70A5"/>
    <w:rsid w:val="000E3BB2"/>
    <w:rsid w:val="000F48B7"/>
    <w:rsid w:val="00102496"/>
    <w:rsid w:val="00105CBC"/>
    <w:rsid w:val="001116FC"/>
    <w:rsid w:val="00113698"/>
    <w:rsid w:val="00117C96"/>
    <w:rsid w:val="001266D5"/>
    <w:rsid w:val="0013749E"/>
    <w:rsid w:val="0015074B"/>
    <w:rsid w:val="00166654"/>
    <w:rsid w:val="001728C8"/>
    <w:rsid w:val="001800F0"/>
    <w:rsid w:val="001814D2"/>
    <w:rsid w:val="001A6F7C"/>
    <w:rsid w:val="001B7341"/>
    <w:rsid w:val="001D09D6"/>
    <w:rsid w:val="001E4D8D"/>
    <w:rsid w:val="00211280"/>
    <w:rsid w:val="00211D3A"/>
    <w:rsid w:val="002207BB"/>
    <w:rsid w:val="002346E4"/>
    <w:rsid w:val="002517B8"/>
    <w:rsid w:val="00252229"/>
    <w:rsid w:val="0029639D"/>
    <w:rsid w:val="002B1AA4"/>
    <w:rsid w:val="002C4A33"/>
    <w:rsid w:val="002F5486"/>
    <w:rsid w:val="003052A7"/>
    <w:rsid w:val="00311E62"/>
    <w:rsid w:val="00326F90"/>
    <w:rsid w:val="003871B4"/>
    <w:rsid w:val="003B52A7"/>
    <w:rsid w:val="003C4D21"/>
    <w:rsid w:val="003C5566"/>
    <w:rsid w:val="003D52E0"/>
    <w:rsid w:val="003E14EC"/>
    <w:rsid w:val="003E15EA"/>
    <w:rsid w:val="003F1EE2"/>
    <w:rsid w:val="003F53D6"/>
    <w:rsid w:val="00424B57"/>
    <w:rsid w:val="00484A42"/>
    <w:rsid w:val="004A6191"/>
    <w:rsid w:val="004B1C3C"/>
    <w:rsid w:val="004C30C0"/>
    <w:rsid w:val="004C4133"/>
    <w:rsid w:val="004C47E6"/>
    <w:rsid w:val="004D5784"/>
    <w:rsid w:val="005043AA"/>
    <w:rsid w:val="00504D57"/>
    <w:rsid w:val="005223DB"/>
    <w:rsid w:val="00535676"/>
    <w:rsid w:val="005536CE"/>
    <w:rsid w:val="00553B07"/>
    <w:rsid w:val="00573D95"/>
    <w:rsid w:val="00575747"/>
    <w:rsid w:val="005965C9"/>
    <w:rsid w:val="00596F91"/>
    <w:rsid w:val="005B336C"/>
    <w:rsid w:val="005B6CA2"/>
    <w:rsid w:val="005C3548"/>
    <w:rsid w:val="005D5031"/>
    <w:rsid w:val="005F14B4"/>
    <w:rsid w:val="00603AA3"/>
    <w:rsid w:val="00624815"/>
    <w:rsid w:val="00625190"/>
    <w:rsid w:val="00630C7D"/>
    <w:rsid w:val="00631CA7"/>
    <w:rsid w:val="006358A6"/>
    <w:rsid w:val="00663128"/>
    <w:rsid w:val="00674B80"/>
    <w:rsid w:val="006A6C58"/>
    <w:rsid w:val="006F4093"/>
    <w:rsid w:val="006F5D0F"/>
    <w:rsid w:val="006F64D2"/>
    <w:rsid w:val="00761B04"/>
    <w:rsid w:val="007628B9"/>
    <w:rsid w:val="00775BB4"/>
    <w:rsid w:val="00794F0D"/>
    <w:rsid w:val="0079563D"/>
    <w:rsid w:val="007A1642"/>
    <w:rsid w:val="007B164A"/>
    <w:rsid w:val="007B269F"/>
    <w:rsid w:val="007B3F24"/>
    <w:rsid w:val="007E01F3"/>
    <w:rsid w:val="007E0274"/>
    <w:rsid w:val="007E7A35"/>
    <w:rsid w:val="007F52AD"/>
    <w:rsid w:val="008006A3"/>
    <w:rsid w:val="00802740"/>
    <w:rsid w:val="008058EC"/>
    <w:rsid w:val="00807806"/>
    <w:rsid w:val="008116B6"/>
    <w:rsid w:val="00815F1B"/>
    <w:rsid w:val="00851C2D"/>
    <w:rsid w:val="008778D8"/>
    <w:rsid w:val="008955A5"/>
    <w:rsid w:val="00896014"/>
    <w:rsid w:val="00912F58"/>
    <w:rsid w:val="00923CBD"/>
    <w:rsid w:val="009246D1"/>
    <w:rsid w:val="009325D7"/>
    <w:rsid w:val="00942A0E"/>
    <w:rsid w:val="00951D73"/>
    <w:rsid w:val="009567C1"/>
    <w:rsid w:val="00967F08"/>
    <w:rsid w:val="009756C8"/>
    <w:rsid w:val="0099170D"/>
    <w:rsid w:val="00994CCD"/>
    <w:rsid w:val="009A6EEC"/>
    <w:rsid w:val="009C6430"/>
    <w:rsid w:val="009E1E4B"/>
    <w:rsid w:val="009F3AE3"/>
    <w:rsid w:val="00A050A5"/>
    <w:rsid w:val="00A42EF0"/>
    <w:rsid w:val="00A4795B"/>
    <w:rsid w:val="00A84D99"/>
    <w:rsid w:val="00AA1D8D"/>
    <w:rsid w:val="00AA5214"/>
    <w:rsid w:val="00AD54CC"/>
    <w:rsid w:val="00B23A3B"/>
    <w:rsid w:val="00B47730"/>
    <w:rsid w:val="00B504E7"/>
    <w:rsid w:val="00B531F6"/>
    <w:rsid w:val="00B6776F"/>
    <w:rsid w:val="00B71126"/>
    <w:rsid w:val="00BC3A16"/>
    <w:rsid w:val="00BE5278"/>
    <w:rsid w:val="00BF7F15"/>
    <w:rsid w:val="00C02BF8"/>
    <w:rsid w:val="00C152B7"/>
    <w:rsid w:val="00C45C43"/>
    <w:rsid w:val="00C51922"/>
    <w:rsid w:val="00C64D84"/>
    <w:rsid w:val="00C7641E"/>
    <w:rsid w:val="00C874E2"/>
    <w:rsid w:val="00C95E35"/>
    <w:rsid w:val="00CB0664"/>
    <w:rsid w:val="00CB5637"/>
    <w:rsid w:val="00CD12B9"/>
    <w:rsid w:val="00CD382F"/>
    <w:rsid w:val="00CE187A"/>
    <w:rsid w:val="00CE5086"/>
    <w:rsid w:val="00CE791F"/>
    <w:rsid w:val="00D03A5E"/>
    <w:rsid w:val="00D15ED9"/>
    <w:rsid w:val="00D436A1"/>
    <w:rsid w:val="00D621EF"/>
    <w:rsid w:val="00D75B14"/>
    <w:rsid w:val="00D806FC"/>
    <w:rsid w:val="00D85C07"/>
    <w:rsid w:val="00D85E0B"/>
    <w:rsid w:val="00DA754E"/>
    <w:rsid w:val="00DD4448"/>
    <w:rsid w:val="00DE7B42"/>
    <w:rsid w:val="00DF6D11"/>
    <w:rsid w:val="00E078CE"/>
    <w:rsid w:val="00E1240B"/>
    <w:rsid w:val="00E13B10"/>
    <w:rsid w:val="00E16B4C"/>
    <w:rsid w:val="00E30090"/>
    <w:rsid w:val="00E3676B"/>
    <w:rsid w:val="00E40248"/>
    <w:rsid w:val="00E45E2B"/>
    <w:rsid w:val="00E46991"/>
    <w:rsid w:val="00E547F6"/>
    <w:rsid w:val="00E71AB4"/>
    <w:rsid w:val="00E76B55"/>
    <w:rsid w:val="00E86473"/>
    <w:rsid w:val="00E9363D"/>
    <w:rsid w:val="00E95ABB"/>
    <w:rsid w:val="00EA120D"/>
    <w:rsid w:val="00EA4736"/>
    <w:rsid w:val="00EC72F2"/>
    <w:rsid w:val="00ED33F4"/>
    <w:rsid w:val="00ED4AE9"/>
    <w:rsid w:val="00ED55B8"/>
    <w:rsid w:val="00EE2B53"/>
    <w:rsid w:val="00EF3F0E"/>
    <w:rsid w:val="00F1438D"/>
    <w:rsid w:val="00F26771"/>
    <w:rsid w:val="00F27C14"/>
    <w:rsid w:val="00F45301"/>
    <w:rsid w:val="00F63417"/>
    <w:rsid w:val="00F85714"/>
    <w:rsid w:val="00F924A9"/>
    <w:rsid w:val="00FA30C8"/>
    <w:rsid w:val="00FB5C96"/>
    <w:rsid w:val="00FC407F"/>
    <w:rsid w:val="00FC693F"/>
    <w:rsid w:val="00FD1037"/>
    <w:rsid w:val="00FD4FB5"/>
    <w:rsid w:val="00FD660E"/>
    <w:rsid w:val="00FE13E2"/>
    <w:rsid w:val="00FE374C"/>
    <w:rsid w:val="00FE7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E5FDD2"/>
  <w14:defaultImageDpi w14:val="300"/>
  <w15:docId w15:val="{61E69E14-2043-4966-AA62-2C8CA1C7A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4736"/>
    <w:pPr>
      <w:spacing w:after="40" w:line="240" w:lineRule="auto"/>
    </w:pPr>
    <w:rPr>
      <w:rFonts w:ascii="Arial" w:hAnsi="Arial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00" w:after="6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100" w:after="6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3B52A7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D54CC"/>
    <w:pPr>
      <w:spacing w:after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D54CC"/>
    <w:rPr>
      <w:rFonts w:ascii="Arial" w:hAnsi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D54CC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2517B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Odwoaniedokomentarza">
    <w:name w:val="annotation reference"/>
    <w:basedOn w:val="Domylnaczcionkaakapitu"/>
    <w:unhideWhenUsed/>
    <w:rsid w:val="00EF3F0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3F0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F3F0E"/>
    <w:rPr>
      <w:rFonts w:ascii="Arial" w:hAnsi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3F0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3F0E"/>
    <w:rPr>
      <w:rFonts w:ascii="Arial" w:hAnsi="Arial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F3F0E"/>
    <w:pPr>
      <w:spacing w:after="0" w:line="240" w:lineRule="auto"/>
    </w:pPr>
    <w:rPr>
      <w:rFonts w:ascii="Arial" w:hAnsi="Arial"/>
      <w:sz w:val="19"/>
    </w:rPr>
  </w:style>
  <w:style w:type="character" w:customStyle="1" w:styleId="AkapitzlistZnak">
    <w:name w:val="Akapit z listą Znak"/>
    <w:link w:val="Akapitzlist"/>
    <w:uiPriority w:val="34"/>
    <w:locked/>
    <w:rsid w:val="00E1240B"/>
    <w:rPr>
      <w:rFonts w:ascii="Arial" w:hAnsi="Arial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766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4774</Words>
  <Characters>28644</Characters>
  <Application>Microsoft Office Word</Application>
  <DocSecurity>0</DocSecurity>
  <Lines>238</Lines>
  <Paragraphs>66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33352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Pilzak Piotr</cp:lastModifiedBy>
  <cp:revision>2</cp:revision>
  <dcterms:created xsi:type="dcterms:W3CDTF">2026-11-05T13:46:00Z</dcterms:created>
  <dcterms:modified xsi:type="dcterms:W3CDTF">2026-11-05T13:46:00Z</dcterms:modified>
  <cp:category/>
</cp:coreProperties>
</file>